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90819" w14:textId="77777777" w:rsidR="00E074E3" w:rsidRPr="000D332A" w:rsidRDefault="00000000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CỘNG HÒA XÃ HỘI CHỦ NGHĨA VIỆT NAM</w:t>
      </w:r>
    </w:p>
    <w:p w14:paraId="38C858AF" w14:textId="77777777" w:rsidR="00E074E3" w:rsidRPr="000D332A" w:rsidRDefault="00000000">
      <w:pPr>
        <w:pStyle w:val="Heading2"/>
        <w:jc w:val="center"/>
        <w:rPr>
          <w:rFonts w:ascii="Times New Roman" w:hAnsi="Times New Roman" w:cs="Times New Roman"/>
          <w:color w:val="000000" w:themeColor="text1"/>
        </w:rPr>
      </w:pPr>
      <w:r w:rsidRPr="000D332A">
        <w:rPr>
          <w:rFonts w:ascii="Times New Roman" w:hAnsi="Times New Roman" w:cs="Times New Roman"/>
          <w:color w:val="000000" w:themeColor="text1"/>
        </w:rPr>
        <w:t>Độc lập - Tự do - Hạnh phúc</w:t>
      </w:r>
    </w:p>
    <w:p w14:paraId="78FF14DA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6CCFE2E2" w14:textId="77777777" w:rsidR="00E074E3" w:rsidRPr="000D332A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THÔNG BÁO BỔ NHIỆM NHÂN SỰ</w:t>
      </w:r>
    </w:p>
    <w:p w14:paraId="7E3FE352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7400BE4B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Kính gửi: Toàn thể cán bộ, nhân viên công ty/đơn vị</w:t>
      </w:r>
    </w:p>
    <w:p w14:paraId="5B9126AD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Căn cứ vào nhu cầu tổ chức và phát triển của công ty/đơn vị; Căn cứ Quyết định số .../QĐ-... ngày .../.../... của Giám đốc/Hội đồng quản trị về việc bổ nhiệm nhân sự;</w:t>
      </w:r>
    </w:p>
    <w:p w14:paraId="6A85962F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Nay Ban lãnh đạo công ty/đơn vị xin trân trọng thông báo về việc bổ nhiệm nhân sự như sau:</w:t>
      </w:r>
    </w:p>
    <w:p w14:paraId="21DF7306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1. Họ và tên: ...............................................................</w:t>
      </w:r>
    </w:p>
    <w:p w14:paraId="144C80E1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2. Chức vụ hiện tại: ......................................................</w:t>
      </w:r>
    </w:p>
    <w:p w14:paraId="55F8E718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3. Chức vụ bổ nhiệm: ....................................................</w:t>
      </w:r>
    </w:p>
    <w:p w14:paraId="48C655C4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4. Thời gian hiệu lực: kể từ ngày .../.../...</w:t>
      </w:r>
    </w:p>
    <w:p w14:paraId="7BD51611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Việc bổ nhiệm này nhằm tăng cường hiệu quả quản lý, điều hành, đáp ứng yêu cầu phát triển của công ty/đơn vị trong giai đoạn mới.</w:t>
      </w:r>
    </w:p>
    <w:p w14:paraId="38BC9086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Đề nghị các phòng ban/bộ phận và toàn thể cán bộ, nhân viên phối hợp, hỗ trợ để nhân sự mới hoàn thành tốt nhiệm vụ được giao.</w:t>
      </w:r>
    </w:p>
    <w:p w14:paraId="35013262" w14:textId="77777777" w:rsidR="00E074E3" w:rsidRPr="000D332A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Trân trọng thông báo!</w:t>
      </w: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09F69AF1" w14:textId="77777777" w:rsidR="00E074E3" w:rsidRPr="000D332A" w:rsidRDefault="00000000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......., ngày .... tháng .... năm ....</w:t>
      </w:r>
    </w:p>
    <w:p w14:paraId="54A2D203" w14:textId="77777777" w:rsidR="00E074E3" w:rsidRPr="000D332A" w:rsidRDefault="00000000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GIÁM ĐỐC/TỔNG GIÁM ĐỐC</w:t>
      </w:r>
    </w:p>
    <w:p w14:paraId="055F9B5B" w14:textId="77777777" w:rsidR="00E074E3" w:rsidRPr="000D332A" w:rsidRDefault="00000000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332A">
        <w:rPr>
          <w:rFonts w:ascii="Times New Roman" w:hAnsi="Times New Roman" w:cs="Times New Roman"/>
          <w:color w:val="000000" w:themeColor="text1"/>
          <w:sz w:val="26"/>
          <w:szCs w:val="26"/>
        </w:rPr>
        <w:t>(Ký, ghi rõ họ tên, đóng dấu)</w:t>
      </w:r>
    </w:p>
    <w:sectPr w:rsidR="00E074E3" w:rsidRPr="000D332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0688347">
    <w:abstractNumId w:val="8"/>
  </w:num>
  <w:num w:numId="2" w16cid:durableId="455680861">
    <w:abstractNumId w:val="6"/>
  </w:num>
  <w:num w:numId="3" w16cid:durableId="123697736">
    <w:abstractNumId w:val="5"/>
  </w:num>
  <w:num w:numId="4" w16cid:durableId="1540703763">
    <w:abstractNumId w:val="4"/>
  </w:num>
  <w:num w:numId="5" w16cid:durableId="1784183124">
    <w:abstractNumId w:val="7"/>
  </w:num>
  <w:num w:numId="6" w16cid:durableId="541791130">
    <w:abstractNumId w:val="3"/>
  </w:num>
  <w:num w:numId="7" w16cid:durableId="1468623970">
    <w:abstractNumId w:val="2"/>
  </w:num>
  <w:num w:numId="8" w16cid:durableId="1341006460">
    <w:abstractNumId w:val="1"/>
  </w:num>
  <w:num w:numId="9" w16cid:durableId="101090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32A"/>
    <w:rsid w:val="0015074B"/>
    <w:rsid w:val="0029639D"/>
    <w:rsid w:val="00326F90"/>
    <w:rsid w:val="00AA1D8D"/>
    <w:rsid w:val="00B47730"/>
    <w:rsid w:val="00CB0664"/>
    <w:rsid w:val="00E074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B59A36"/>
  <w14:defaultImageDpi w14:val="300"/>
  <w15:docId w15:val="{A6A4995D-4B82-4DD6-8C93-44EAD400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2025-09-25T02:30:00Z</dcterms:created>
  <dcterms:modified xsi:type="dcterms:W3CDTF">2025-09-25T02:30:00Z</dcterms:modified>
  <cp:category/>
</cp:coreProperties>
</file>