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E09774" w14:textId="77777777" w:rsidR="00514791" w:rsidRPr="000352F5" w:rsidRDefault="00000000">
      <w:pPr>
        <w:jc w:val="center"/>
        <w:rPr>
          <w:rFonts w:ascii="Times New Roman" w:hAnsi="Times New Roman" w:cs="Times New Roman"/>
          <w:sz w:val="26"/>
          <w:szCs w:val="26"/>
        </w:rPr>
      </w:pPr>
      <w:r w:rsidRPr="000352F5">
        <w:rPr>
          <w:rFonts w:ascii="Times New Roman" w:hAnsi="Times New Roman" w:cs="Times New Roman"/>
          <w:b/>
          <w:sz w:val="26"/>
          <w:szCs w:val="26"/>
        </w:rPr>
        <w:t>CỘNG HÒA XÃ HỘI CHỦ NGHĨA VIỆT NAM</w:t>
      </w:r>
    </w:p>
    <w:p w14:paraId="25F5AD0F" w14:textId="47F16831" w:rsidR="00514791" w:rsidRPr="000352F5" w:rsidRDefault="00000000" w:rsidP="000352F5">
      <w:pPr>
        <w:jc w:val="center"/>
        <w:rPr>
          <w:rFonts w:ascii="Times New Roman" w:hAnsi="Times New Roman" w:cs="Times New Roman"/>
          <w:sz w:val="26"/>
          <w:szCs w:val="26"/>
        </w:rPr>
      </w:pPr>
      <w:r w:rsidRPr="000352F5">
        <w:rPr>
          <w:rFonts w:ascii="Times New Roman" w:hAnsi="Times New Roman" w:cs="Times New Roman"/>
          <w:b/>
          <w:sz w:val="26"/>
          <w:szCs w:val="26"/>
        </w:rPr>
        <w:t>Độc lập - Tự do - Hạnh phúc</w:t>
      </w:r>
      <w:r w:rsidRPr="000352F5">
        <w:rPr>
          <w:rFonts w:ascii="Times New Roman" w:hAnsi="Times New Roman" w:cs="Times New Roman"/>
          <w:sz w:val="26"/>
          <w:szCs w:val="26"/>
        </w:rPr>
        <w:br/>
      </w:r>
    </w:p>
    <w:p w14:paraId="5CFCE82C" w14:textId="77777777" w:rsidR="00514791" w:rsidRPr="000352F5" w:rsidRDefault="00000000">
      <w:pPr>
        <w:jc w:val="center"/>
        <w:rPr>
          <w:rFonts w:ascii="Times New Roman" w:hAnsi="Times New Roman" w:cs="Times New Roman"/>
          <w:sz w:val="26"/>
          <w:szCs w:val="26"/>
        </w:rPr>
      </w:pPr>
      <w:r w:rsidRPr="000352F5">
        <w:rPr>
          <w:rFonts w:ascii="Times New Roman" w:hAnsi="Times New Roman" w:cs="Times New Roman"/>
          <w:b/>
          <w:sz w:val="26"/>
          <w:szCs w:val="26"/>
        </w:rPr>
        <w:t>THÔNG BÁO</w:t>
      </w:r>
    </w:p>
    <w:p w14:paraId="6D63C403" w14:textId="77777777" w:rsidR="00514791" w:rsidRPr="000352F5" w:rsidRDefault="00000000">
      <w:pPr>
        <w:jc w:val="center"/>
        <w:rPr>
          <w:rFonts w:ascii="Times New Roman" w:hAnsi="Times New Roman" w:cs="Times New Roman"/>
          <w:sz w:val="26"/>
          <w:szCs w:val="26"/>
        </w:rPr>
      </w:pPr>
      <w:r w:rsidRPr="000352F5">
        <w:rPr>
          <w:rFonts w:ascii="Times New Roman" w:hAnsi="Times New Roman" w:cs="Times New Roman"/>
          <w:i/>
          <w:sz w:val="26"/>
          <w:szCs w:val="26"/>
        </w:rPr>
        <w:t>V/v Ban hành quy định về giờ làm việc của Công ty</w:t>
      </w:r>
    </w:p>
    <w:p w14:paraId="276393BD" w14:textId="1336F4EC" w:rsidR="00514791" w:rsidRPr="000352F5" w:rsidRDefault="00514791">
      <w:pPr>
        <w:rPr>
          <w:rFonts w:ascii="Times New Roman" w:hAnsi="Times New Roman" w:cs="Times New Roman"/>
          <w:sz w:val="26"/>
          <w:szCs w:val="26"/>
        </w:rPr>
      </w:pPr>
    </w:p>
    <w:p w14:paraId="32277BD3" w14:textId="77777777" w:rsidR="00514791" w:rsidRPr="000352F5" w:rsidRDefault="00000000" w:rsidP="000352F5">
      <w:pPr>
        <w:spacing w:line="360" w:lineRule="auto"/>
        <w:rPr>
          <w:rFonts w:ascii="Times New Roman" w:hAnsi="Times New Roman" w:cs="Times New Roman"/>
          <w:sz w:val="26"/>
          <w:szCs w:val="26"/>
        </w:rPr>
      </w:pPr>
      <w:r w:rsidRPr="000352F5">
        <w:rPr>
          <w:rFonts w:ascii="Times New Roman" w:hAnsi="Times New Roman" w:cs="Times New Roman"/>
          <w:b/>
          <w:sz w:val="26"/>
          <w:szCs w:val="26"/>
        </w:rPr>
        <w:t>Kính gửi: Toàn thể cán bộ, công nhân viên trong Công ty</w:t>
      </w:r>
      <w:r w:rsidRPr="000352F5">
        <w:rPr>
          <w:rFonts w:ascii="Times New Roman" w:hAnsi="Times New Roman" w:cs="Times New Roman"/>
          <w:b/>
          <w:sz w:val="26"/>
          <w:szCs w:val="26"/>
        </w:rPr>
        <w:br/>
      </w:r>
      <w:r w:rsidRPr="000352F5">
        <w:rPr>
          <w:rFonts w:ascii="Times New Roman" w:hAnsi="Times New Roman" w:cs="Times New Roman"/>
          <w:b/>
          <w:sz w:val="26"/>
          <w:szCs w:val="26"/>
        </w:rPr>
        <w:br/>
      </w:r>
      <w:r w:rsidRPr="000352F5">
        <w:rPr>
          <w:rFonts w:ascii="Times New Roman" w:hAnsi="Times New Roman" w:cs="Times New Roman"/>
          <w:sz w:val="26"/>
          <w:szCs w:val="26"/>
        </w:rPr>
        <w:t>Để tăng cường kỷ luật lao động, nâng cao năng suất và đảm bảo sự thống nhất trong tổ chức sản xuất kinh doanh, Ban Giám đốc Công ty trân trọng thông báo và yêu cầu thực hiện nghiêm túc Quy định về giờ làm việc như sau:</w:t>
      </w:r>
      <w:r w:rsidRPr="000352F5">
        <w:rPr>
          <w:rFonts w:ascii="Times New Roman" w:hAnsi="Times New Roman" w:cs="Times New Roman"/>
          <w:sz w:val="26"/>
          <w:szCs w:val="26"/>
        </w:rPr>
        <w:br/>
      </w:r>
      <w:r w:rsidRPr="000352F5">
        <w:rPr>
          <w:rFonts w:ascii="Times New Roman" w:hAnsi="Times New Roman" w:cs="Times New Roman"/>
          <w:sz w:val="26"/>
          <w:szCs w:val="26"/>
        </w:rPr>
        <w:br/>
      </w:r>
      <w:r w:rsidRPr="000352F5">
        <w:rPr>
          <w:rFonts w:ascii="Times New Roman" w:hAnsi="Times New Roman" w:cs="Times New Roman"/>
          <w:b/>
          <w:sz w:val="26"/>
          <w:szCs w:val="26"/>
        </w:rPr>
        <w:t>1. Thời gian làm việc chính thức:</w:t>
      </w:r>
      <w:r w:rsidRPr="000352F5">
        <w:rPr>
          <w:rFonts w:ascii="Times New Roman" w:hAnsi="Times New Roman" w:cs="Times New Roman"/>
          <w:b/>
          <w:sz w:val="26"/>
          <w:szCs w:val="26"/>
        </w:rPr>
        <w:br/>
      </w:r>
      <w:r w:rsidRPr="000352F5">
        <w:rPr>
          <w:rFonts w:ascii="Times New Roman" w:hAnsi="Times New Roman" w:cs="Times New Roman"/>
          <w:sz w:val="26"/>
          <w:szCs w:val="26"/>
        </w:rPr>
        <w:t>- Buổi sáng: từ 08 giờ 00 đến 12 giờ 00.</w:t>
      </w:r>
      <w:r w:rsidRPr="000352F5">
        <w:rPr>
          <w:rFonts w:ascii="Times New Roman" w:hAnsi="Times New Roman" w:cs="Times New Roman"/>
          <w:sz w:val="26"/>
          <w:szCs w:val="26"/>
        </w:rPr>
        <w:br/>
        <w:t>- Buổi chiều: từ 13 giờ 00 đến 17 giờ 00.</w:t>
      </w:r>
      <w:r w:rsidRPr="000352F5">
        <w:rPr>
          <w:rFonts w:ascii="Times New Roman" w:hAnsi="Times New Roman" w:cs="Times New Roman"/>
          <w:sz w:val="26"/>
          <w:szCs w:val="26"/>
        </w:rPr>
        <w:br/>
        <w:t>- Thời gian nghỉ trưa: từ 12 giờ 00 đến 13 giờ 00.</w:t>
      </w:r>
      <w:r w:rsidRPr="000352F5">
        <w:rPr>
          <w:rFonts w:ascii="Times New Roman" w:hAnsi="Times New Roman" w:cs="Times New Roman"/>
          <w:sz w:val="26"/>
          <w:szCs w:val="26"/>
        </w:rPr>
        <w:br/>
      </w:r>
      <w:r w:rsidRPr="000352F5">
        <w:rPr>
          <w:rFonts w:ascii="Times New Roman" w:hAnsi="Times New Roman" w:cs="Times New Roman"/>
          <w:sz w:val="26"/>
          <w:szCs w:val="26"/>
        </w:rPr>
        <w:br/>
      </w:r>
      <w:r w:rsidRPr="000352F5">
        <w:rPr>
          <w:rFonts w:ascii="Times New Roman" w:hAnsi="Times New Roman" w:cs="Times New Roman"/>
          <w:b/>
          <w:sz w:val="26"/>
          <w:szCs w:val="26"/>
        </w:rPr>
        <w:t>2. Ngày làm việc trong tuần:</w:t>
      </w:r>
      <w:r w:rsidRPr="000352F5">
        <w:rPr>
          <w:rFonts w:ascii="Times New Roman" w:hAnsi="Times New Roman" w:cs="Times New Roman"/>
          <w:b/>
          <w:sz w:val="26"/>
          <w:szCs w:val="26"/>
        </w:rPr>
        <w:br/>
      </w:r>
      <w:r w:rsidRPr="000352F5">
        <w:rPr>
          <w:rFonts w:ascii="Times New Roman" w:hAnsi="Times New Roman" w:cs="Times New Roman"/>
          <w:sz w:val="26"/>
          <w:szCs w:val="26"/>
        </w:rPr>
        <w:t>- Làm việc từ thứ Hai đến hết thứ Sáu hằng tuần.</w:t>
      </w:r>
      <w:r w:rsidRPr="000352F5">
        <w:rPr>
          <w:rFonts w:ascii="Times New Roman" w:hAnsi="Times New Roman" w:cs="Times New Roman"/>
          <w:sz w:val="26"/>
          <w:szCs w:val="26"/>
        </w:rPr>
        <w:br/>
        <w:t>- Nghỉ vào các ngày thứ Bảy, Chủ nhật và các ngày nghỉ lễ, tết theo quy định của pháp luật.</w:t>
      </w:r>
      <w:r w:rsidRPr="000352F5">
        <w:rPr>
          <w:rFonts w:ascii="Times New Roman" w:hAnsi="Times New Roman" w:cs="Times New Roman"/>
          <w:sz w:val="26"/>
          <w:szCs w:val="26"/>
        </w:rPr>
        <w:br/>
      </w:r>
      <w:r w:rsidRPr="000352F5">
        <w:rPr>
          <w:rFonts w:ascii="Times New Roman" w:hAnsi="Times New Roman" w:cs="Times New Roman"/>
          <w:sz w:val="26"/>
          <w:szCs w:val="26"/>
        </w:rPr>
        <w:br/>
      </w:r>
      <w:r w:rsidRPr="000352F5">
        <w:rPr>
          <w:rFonts w:ascii="Times New Roman" w:hAnsi="Times New Roman" w:cs="Times New Roman"/>
          <w:b/>
          <w:sz w:val="26"/>
          <w:szCs w:val="26"/>
        </w:rPr>
        <w:t>3. Trách nhiệm tuân thủ:</w:t>
      </w:r>
      <w:r w:rsidRPr="000352F5">
        <w:rPr>
          <w:rFonts w:ascii="Times New Roman" w:hAnsi="Times New Roman" w:cs="Times New Roman"/>
          <w:b/>
          <w:sz w:val="26"/>
          <w:szCs w:val="26"/>
        </w:rPr>
        <w:br/>
      </w:r>
      <w:r w:rsidRPr="000352F5">
        <w:rPr>
          <w:rFonts w:ascii="Times New Roman" w:hAnsi="Times New Roman" w:cs="Times New Roman"/>
          <w:sz w:val="26"/>
          <w:szCs w:val="26"/>
        </w:rPr>
        <w:t>- Toàn thể cán bộ, công nhân viên phải có mặt đúng giờ quy định, không tự ý đi muộn, về sớm.</w:t>
      </w:r>
      <w:r w:rsidRPr="000352F5">
        <w:rPr>
          <w:rFonts w:ascii="Times New Roman" w:hAnsi="Times New Roman" w:cs="Times New Roman"/>
          <w:sz w:val="26"/>
          <w:szCs w:val="26"/>
        </w:rPr>
        <w:br/>
        <w:t>- Trường hợp có lý do chính đáng, người lao động phải thông báo và được sự chấp thuận của người quản lý trực tiếp.</w:t>
      </w:r>
      <w:r w:rsidRPr="000352F5">
        <w:rPr>
          <w:rFonts w:ascii="Times New Roman" w:hAnsi="Times New Roman" w:cs="Times New Roman"/>
          <w:sz w:val="26"/>
          <w:szCs w:val="26"/>
        </w:rPr>
        <w:br/>
        <w:t>- Việc vi phạm sẽ bị xử lý theo nội quy lao động của Công ty.</w:t>
      </w:r>
      <w:r w:rsidRPr="000352F5">
        <w:rPr>
          <w:rFonts w:ascii="Times New Roman" w:hAnsi="Times New Roman" w:cs="Times New Roman"/>
          <w:sz w:val="26"/>
          <w:szCs w:val="26"/>
        </w:rPr>
        <w:br/>
      </w:r>
      <w:r w:rsidRPr="000352F5">
        <w:rPr>
          <w:rFonts w:ascii="Times New Roman" w:hAnsi="Times New Roman" w:cs="Times New Roman"/>
          <w:sz w:val="26"/>
          <w:szCs w:val="26"/>
        </w:rPr>
        <w:lastRenderedPageBreak/>
        <w:br/>
        <w:t>Ban Giám đốc Công ty đề nghị các phòng ban, đơn vị trực thuộc và toàn thể cán bộ, công nhân viên nghiêm túc chấp hành.</w:t>
      </w:r>
    </w:p>
    <w:p w14:paraId="2FC6100A" w14:textId="77777777" w:rsidR="00514791" w:rsidRPr="000352F5" w:rsidRDefault="00000000" w:rsidP="000352F5">
      <w:pPr>
        <w:spacing w:line="360" w:lineRule="auto"/>
        <w:rPr>
          <w:rFonts w:ascii="Times New Roman" w:hAnsi="Times New Roman" w:cs="Times New Roman"/>
          <w:sz w:val="26"/>
          <w:szCs w:val="26"/>
        </w:rPr>
      </w:pPr>
      <w:r w:rsidRPr="000352F5">
        <w:rPr>
          <w:rFonts w:ascii="Times New Roman" w:hAnsi="Times New Roman" w:cs="Times New Roman"/>
          <w:sz w:val="26"/>
          <w:szCs w:val="26"/>
        </w:rPr>
        <w:br/>
      </w:r>
    </w:p>
    <w:p w14:paraId="5C6226EC" w14:textId="77777777" w:rsidR="00514791" w:rsidRPr="000352F5" w:rsidRDefault="00000000">
      <w:pPr>
        <w:rPr>
          <w:rFonts w:ascii="Times New Roman" w:hAnsi="Times New Roman" w:cs="Times New Roman"/>
          <w:sz w:val="26"/>
          <w:szCs w:val="26"/>
        </w:rPr>
      </w:pPr>
      <w:r w:rsidRPr="000352F5">
        <w:rPr>
          <w:rFonts w:ascii="Times New Roman" w:hAnsi="Times New Roman" w:cs="Times New Roman"/>
          <w:b/>
          <w:sz w:val="26"/>
          <w:szCs w:val="26"/>
        </w:rPr>
        <w:t>Nơi nhận:</w:t>
      </w:r>
    </w:p>
    <w:p w14:paraId="3C7C1D07" w14:textId="77777777" w:rsidR="00514791" w:rsidRPr="000352F5" w:rsidRDefault="00000000">
      <w:pPr>
        <w:rPr>
          <w:rFonts w:ascii="Times New Roman" w:hAnsi="Times New Roman" w:cs="Times New Roman"/>
          <w:sz w:val="26"/>
          <w:szCs w:val="26"/>
        </w:rPr>
      </w:pPr>
      <w:r w:rsidRPr="000352F5">
        <w:rPr>
          <w:rFonts w:ascii="Times New Roman" w:hAnsi="Times New Roman" w:cs="Times New Roman"/>
          <w:sz w:val="26"/>
          <w:szCs w:val="26"/>
        </w:rPr>
        <w:t>- Như trên</w:t>
      </w:r>
    </w:p>
    <w:p w14:paraId="00726199" w14:textId="77777777" w:rsidR="00514791" w:rsidRPr="000352F5" w:rsidRDefault="00000000">
      <w:pPr>
        <w:rPr>
          <w:rFonts w:ascii="Times New Roman" w:hAnsi="Times New Roman" w:cs="Times New Roman"/>
          <w:sz w:val="26"/>
          <w:szCs w:val="26"/>
        </w:rPr>
      </w:pPr>
      <w:r w:rsidRPr="000352F5">
        <w:rPr>
          <w:rFonts w:ascii="Times New Roman" w:hAnsi="Times New Roman" w:cs="Times New Roman"/>
          <w:sz w:val="26"/>
          <w:szCs w:val="26"/>
        </w:rPr>
        <w:t>- Lưu: VT</w:t>
      </w:r>
    </w:p>
    <w:p w14:paraId="6D6B3EF0" w14:textId="4F21C658" w:rsidR="00514791" w:rsidRPr="000352F5" w:rsidRDefault="00000000" w:rsidP="000352F5">
      <w:pPr>
        <w:rPr>
          <w:rFonts w:ascii="Times New Roman" w:hAnsi="Times New Roman" w:cs="Times New Roman"/>
          <w:sz w:val="26"/>
          <w:szCs w:val="26"/>
        </w:rPr>
      </w:pPr>
      <w:r w:rsidRPr="000352F5">
        <w:rPr>
          <w:rFonts w:ascii="Times New Roman" w:hAnsi="Times New Roman" w:cs="Times New Roman"/>
          <w:sz w:val="26"/>
          <w:szCs w:val="26"/>
        </w:rPr>
        <w:br/>
      </w:r>
      <w:r w:rsidR="000352F5">
        <w:rPr>
          <w:rFonts w:ascii="Times New Roman" w:hAnsi="Times New Roman" w:cs="Times New Roman"/>
          <w:sz w:val="26"/>
          <w:szCs w:val="26"/>
        </w:rPr>
        <w:t xml:space="preserve">                                                                                  </w:t>
      </w:r>
      <w:r w:rsidRPr="000352F5">
        <w:rPr>
          <w:rFonts w:ascii="Times New Roman" w:hAnsi="Times New Roman" w:cs="Times New Roman"/>
          <w:b/>
          <w:sz w:val="26"/>
          <w:szCs w:val="26"/>
        </w:rPr>
        <w:t>ĐẠI DIỆN BAN GIÁM ĐỐC</w:t>
      </w:r>
    </w:p>
    <w:p w14:paraId="465A5EAB" w14:textId="77777777" w:rsidR="00514791" w:rsidRPr="000352F5" w:rsidRDefault="00000000">
      <w:pPr>
        <w:jc w:val="right"/>
        <w:rPr>
          <w:rFonts w:ascii="Times New Roman" w:hAnsi="Times New Roman" w:cs="Times New Roman"/>
          <w:sz w:val="26"/>
          <w:szCs w:val="26"/>
        </w:rPr>
      </w:pPr>
      <w:r w:rsidRPr="000352F5">
        <w:rPr>
          <w:rFonts w:ascii="Times New Roman" w:hAnsi="Times New Roman" w:cs="Times New Roman"/>
          <w:sz w:val="26"/>
          <w:szCs w:val="26"/>
        </w:rPr>
        <w:t>Chức vụ: ...................................</w:t>
      </w:r>
    </w:p>
    <w:p w14:paraId="13EEAC1A" w14:textId="77777777" w:rsidR="00514791" w:rsidRPr="000352F5" w:rsidRDefault="00000000">
      <w:pPr>
        <w:jc w:val="right"/>
        <w:rPr>
          <w:rFonts w:ascii="Times New Roman" w:hAnsi="Times New Roman" w:cs="Times New Roman"/>
          <w:sz w:val="26"/>
          <w:szCs w:val="26"/>
        </w:rPr>
      </w:pPr>
      <w:r w:rsidRPr="000352F5">
        <w:rPr>
          <w:rFonts w:ascii="Times New Roman" w:hAnsi="Times New Roman" w:cs="Times New Roman"/>
          <w:sz w:val="26"/>
          <w:szCs w:val="26"/>
        </w:rPr>
        <w:t>(Ký, ghi rõ họ tên và đóng dấu)</w:t>
      </w:r>
    </w:p>
    <w:sectPr w:rsidR="00514791" w:rsidRPr="000352F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4088730">
    <w:abstractNumId w:val="8"/>
  </w:num>
  <w:num w:numId="2" w16cid:durableId="1521308953">
    <w:abstractNumId w:val="6"/>
  </w:num>
  <w:num w:numId="3" w16cid:durableId="1518419542">
    <w:abstractNumId w:val="5"/>
  </w:num>
  <w:num w:numId="4" w16cid:durableId="1007170818">
    <w:abstractNumId w:val="4"/>
  </w:num>
  <w:num w:numId="5" w16cid:durableId="1908606366">
    <w:abstractNumId w:val="7"/>
  </w:num>
  <w:num w:numId="6" w16cid:durableId="186217553">
    <w:abstractNumId w:val="3"/>
  </w:num>
  <w:num w:numId="7" w16cid:durableId="1142774222">
    <w:abstractNumId w:val="2"/>
  </w:num>
  <w:num w:numId="8" w16cid:durableId="1726682854">
    <w:abstractNumId w:val="1"/>
  </w:num>
  <w:num w:numId="9" w16cid:durableId="1101296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2F5"/>
    <w:rsid w:val="0006063C"/>
    <w:rsid w:val="0015074B"/>
    <w:rsid w:val="0029639D"/>
    <w:rsid w:val="00326F90"/>
    <w:rsid w:val="0051479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DB4C41"/>
  <w14:defaultImageDpi w14:val="300"/>
  <w15:docId w15:val="{BE44AC6C-45A0-4C1C-9908-B704287E9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2025-09-15T01:09:00Z</dcterms:created>
  <dcterms:modified xsi:type="dcterms:W3CDTF">2025-09-15T01:09:00Z</dcterms:modified>
  <cp:category/>
</cp:coreProperties>
</file>