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6E348" w14:textId="77777777" w:rsidR="005F584F" w:rsidRPr="00A45B18" w:rsidRDefault="00000000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CỘNG HÒA XÃ HỘI CHỦ NGHĨA VIỆT NAM</w:t>
      </w:r>
    </w:p>
    <w:p w14:paraId="6FBA3837" w14:textId="77777777" w:rsidR="005F584F" w:rsidRPr="00A45B18" w:rsidRDefault="00000000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Độc lập - Tự do - Hạnh phúc</w:t>
      </w:r>
    </w:p>
    <w:p w14:paraId="560B87DF" w14:textId="47E9C380" w:rsidR="005F584F" w:rsidRPr="00A45B18" w:rsidRDefault="005F584F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3685373" w14:textId="77777777" w:rsidR="005F584F" w:rsidRPr="00A45B18" w:rsidRDefault="00000000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QUYẾT ĐỊNH</w:t>
      </w: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  <w:t>V/v cho nghỉ việc do không đáp ứng yêu cầu công việc</w:t>
      </w:r>
    </w:p>
    <w:p w14:paraId="245629A9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  <w:t>Số: ....../QĐ-....</w:t>
      </w: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18890BCB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Căn cứ Bộ luật Lao động năm 2019;</w:t>
      </w:r>
    </w:p>
    <w:p w14:paraId="5C962497" w14:textId="35E04DCE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Căn cứ Hợp đồng lao động số .... ký ngày ....... giữa Công ty ........ và Ông/Bà ...................;</w:t>
      </w:r>
    </w:p>
    <w:p w14:paraId="07069764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Căn cứ Nội quy lao động của Công ty ........;</w:t>
      </w:r>
    </w:p>
    <w:p w14:paraId="22EA8556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Căn cứ kết quả đánh giá, nhận xét về quá trình làm việc của Ông/Bà ....................;</w:t>
      </w:r>
    </w:p>
    <w:p w14:paraId="1A09FBF4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Xét đề nghị của Trưởng phòng Nhân sự,</w:t>
      </w:r>
    </w:p>
    <w:p w14:paraId="0C136C9A" w14:textId="77777777" w:rsidR="005F584F" w:rsidRPr="00A45B18" w:rsidRDefault="00000000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  <w:t>QUYẾT ĐỊNH:</w:t>
      </w: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603A02D2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Điều 1. Chấm dứt hợp đồng lao động và cho nghỉ việc đối với Ông/Bà:</w:t>
      </w:r>
    </w:p>
    <w:p w14:paraId="2C8B18F1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Họ và tên: ..................................................................................</w:t>
      </w:r>
    </w:p>
    <w:p w14:paraId="6F48A98B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Chức vụ/Bộ phận: .........................................................................</w:t>
      </w:r>
    </w:p>
    <w:p w14:paraId="519D2B16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Lý do: Không đáp ứng yêu cầu công việc theo đánh giá của Công ty.</w:t>
      </w:r>
    </w:p>
    <w:p w14:paraId="158AD2EC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  <w:t>Điều 2. Thời điểm chấm dứt hợp đồng lao động kể từ ngày .... tháng .... năm ....</w:t>
      </w:r>
    </w:p>
    <w:p w14:paraId="09CA58BE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  <w:t>Điều 3. Ông/Bà .................................. có trách nhiệm bàn giao toàn bộ công việc, tài sản, tài liệu liên quan cho bộ phận/ cá nhân được phân công trước ngày nghỉ việc chính thức.</w:t>
      </w:r>
    </w:p>
    <w:p w14:paraId="32BB1C8F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br/>
        <w:t>Điều 4. Các phòng ban có liên quan chịu trách nhiệm thực hiện Quyết định này.</w:t>
      </w:r>
    </w:p>
    <w:p w14:paraId="4F4361E1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  <w:t>Quyết định này có hiệu lực kể từ ngày ký.</w:t>
      </w: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670EDCF6" w14:textId="77777777" w:rsidR="005F584F" w:rsidRPr="00A45B18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t>Nơi nhận:</w:t>
      </w: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Như Điều 1;</w:t>
      </w: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Lưu: VP.</w:t>
      </w:r>
    </w:p>
    <w:p w14:paraId="403FBC9B" w14:textId="77777777" w:rsidR="005F584F" w:rsidRPr="00A45B18" w:rsidRDefault="00000000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  <w:t>ĐẠI DIỆN THEO PHÁP LUẬT</w:t>
      </w:r>
      <w:r w:rsidRPr="00A45B18">
        <w:rPr>
          <w:rFonts w:ascii="Times New Roman" w:hAnsi="Times New Roman" w:cs="Times New Roman"/>
          <w:color w:val="000000" w:themeColor="text1"/>
          <w:sz w:val="26"/>
          <w:szCs w:val="26"/>
        </w:rPr>
        <w:br/>
        <w:t>(Ký, ghi rõ họ tên, đóng dấu)</w:t>
      </w:r>
    </w:p>
    <w:sectPr w:rsidR="005F584F" w:rsidRPr="00A45B1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8588894">
    <w:abstractNumId w:val="8"/>
  </w:num>
  <w:num w:numId="2" w16cid:durableId="2110850131">
    <w:abstractNumId w:val="6"/>
  </w:num>
  <w:num w:numId="3" w16cid:durableId="1400518755">
    <w:abstractNumId w:val="5"/>
  </w:num>
  <w:num w:numId="4" w16cid:durableId="552038795">
    <w:abstractNumId w:val="4"/>
  </w:num>
  <w:num w:numId="5" w16cid:durableId="301814987">
    <w:abstractNumId w:val="7"/>
  </w:num>
  <w:num w:numId="6" w16cid:durableId="2024433813">
    <w:abstractNumId w:val="3"/>
  </w:num>
  <w:num w:numId="7" w16cid:durableId="1185481467">
    <w:abstractNumId w:val="2"/>
  </w:num>
  <w:num w:numId="8" w16cid:durableId="619992901">
    <w:abstractNumId w:val="1"/>
  </w:num>
  <w:num w:numId="9" w16cid:durableId="1782262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F584F"/>
    <w:rsid w:val="008B3BD1"/>
    <w:rsid w:val="00A45B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AA0860"/>
  <w14:defaultImageDpi w14:val="300"/>
  <w15:docId w15:val="{AEC399C5-5978-47F4-A1CD-DAA703AA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3</cp:revision>
  <dcterms:created xsi:type="dcterms:W3CDTF">2025-09-26T09:06:00Z</dcterms:created>
  <dcterms:modified xsi:type="dcterms:W3CDTF">2025-09-26T09:06:00Z</dcterms:modified>
  <cp:category/>
</cp:coreProperties>
</file>