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09774" w14:textId="06D6CAAD" w:rsidR="00514791" w:rsidRPr="007C5A88" w:rsidRDefault="007C5A88" w:rsidP="007C5A88">
      <w:pPr>
        <w:rPr>
          <w:rFonts w:ascii="Times New Roman" w:hAnsi="Times New Roman" w:cs="Times New Roman"/>
          <w:sz w:val="26"/>
          <w:szCs w:val="26"/>
        </w:rPr>
      </w:pPr>
      <w:r w:rsidRPr="007C5A88">
        <w:rPr>
          <w:rStyle w:val="Strong"/>
          <w:rFonts w:ascii="Times New Roman" w:hAnsi="Times New Roman" w:cs="Times New Roman"/>
          <w:sz w:val="26"/>
          <w:szCs w:val="26"/>
        </w:rPr>
        <w:t>TÊN CÔNG TY ..........</w:t>
      </w:r>
      <w:r w:rsidRPr="007C5A88">
        <w:rPr>
          <w:rStyle w:val="Strong"/>
          <w:rFonts w:ascii="Times New Roman" w:hAnsi="Times New Roman" w:cs="Times New Roman"/>
          <w:sz w:val="26"/>
          <w:szCs w:val="26"/>
        </w:rPr>
        <w:t xml:space="preserve">                    </w:t>
      </w:r>
      <w:r w:rsidRPr="007C5A88">
        <w:rPr>
          <w:rStyle w:val="Strong"/>
          <w:rFonts w:ascii="Times New Roman" w:hAnsi="Times New Roman" w:cs="Times New Roman"/>
          <w:sz w:val="26"/>
          <w:szCs w:val="26"/>
        </w:rPr>
        <w:t>CỘNG HÒA XÃ HỘI CHỦ NGHĨA</w:t>
      </w:r>
      <w:r w:rsidRPr="007C5A88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r w:rsidRPr="007C5A88">
        <w:rPr>
          <w:rStyle w:val="Strong"/>
          <w:rFonts w:ascii="Times New Roman" w:hAnsi="Times New Roman" w:cs="Times New Roman"/>
          <w:sz w:val="26"/>
          <w:szCs w:val="26"/>
        </w:rPr>
        <w:t>VIỆT</w:t>
      </w:r>
      <w:r w:rsidRPr="007C5A88">
        <w:rPr>
          <w:rStyle w:val="Strong"/>
          <w:rFonts w:ascii="Times New Roman" w:hAnsi="Times New Roman" w:cs="Times New Roman"/>
          <w:sz w:val="26"/>
          <w:szCs w:val="26"/>
        </w:rPr>
        <w:t xml:space="preserve"> NAM</w:t>
      </w:r>
      <w:r w:rsidRPr="007C5A88">
        <w:rPr>
          <w:rFonts w:ascii="Times New Roman" w:hAnsi="Times New Roman" w:cs="Times New Roman"/>
          <w:sz w:val="26"/>
          <w:szCs w:val="26"/>
        </w:rPr>
        <w:br/>
      </w:r>
      <w:r w:rsidRPr="007C5A88">
        <w:rPr>
          <w:rStyle w:val="Strong"/>
          <w:rFonts w:ascii="Times New Roman" w:hAnsi="Times New Roman" w:cs="Times New Roman"/>
          <w:sz w:val="26"/>
          <w:szCs w:val="26"/>
        </w:rPr>
        <w:t>Địa chỉ:</w:t>
      </w:r>
      <w:r w:rsidRPr="007C5A88">
        <w:rPr>
          <w:rFonts w:ascii="Times New Roman" w:hAnsi="Times New Roman" w:cs="Times New Roman"/>
          <w:sz w:val="26"/>
          <w:szCs w:val="26"/>
        </w:rPr>
        <w:t xml:space="preserve"> .............</w:t>
      </w:r>
      <w:r w:rsidRPr="007C5A88"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 w:rsidRPr="0097186D">
        <w:rPr>
          <w:rFonts w:ascii="Times New Roman" w:hAnsi="Times New Roman" w:cs="Times New Roman"/>
          <w:b/>
          <w:bCs/>
          <w:sz w:val="26"/>
          <w:szCs w:val="26"/>
        </w:rPr>
        <w:t>Độc lập - Tự do - Hạnh phúc</w:t>
      </w:r>
      <w:r w:rsidRPr="007C5A88">
        <w:rPr>
          <w:rFonts w:ascii="Times New Roman" w:hAnsi="Times New Roman" w:cs="Times New Roman"/>
          <w:sz w:val="26"/>
          <w:szCs w:val="26"/>
        </w:rPr>
        <w:br/>
      </w:r>
      <w:r w:rsidRPr="007C5A88">
        <w:rPr>
          <w:rStyle w:val="Strong"/>
          <w:rFonts w:ascii="Times New Roman" w:hAnsi="Times New Roman" w:cs="Times New Roman"/>
          <w:sz w:val="26"/>
          <w:szCs w:val="26"/>
        </w:rPr>
        <w:t>Điện thoại:</w:t>
      </w:r>
      <w:r w:rsidRPr="007C5A88">
        <w:rPr>
          <w:rFonts w:ascii="Times New Roman" w:hAnsi="Times New Roman" w:cs="Times New Roman"/>
          <w:sz w:val="26"/>
          <w:szCs w:val="26"/>
        </w:rPr>
        <w:t xml:space="preserve"> ............</w:t>
      </w:r>
      <w:r w:rsidRPr="007C5A88">
        <w:rPr>
          <w:rFonts w:ascii="Times New Roman" w:hAnsi="Times New Roman" w:cs="Times New Roman"/>
          <w:sz w:val="26"/>
          <w:szCs w:val="26"/>
        </w:rPr>
        <w:t xml:space="preserve">     </w:t>
      </w:r>
    </w:p>
    <w:p w14:paraId="071DA470" w14:textId="77777777" w:rsidR="007C5A88" w:rsidRPr="007C5A88" w:rsidRDefault="007C5A88" w:rsidP="007C5A88">
      <w:pPr>
        <w:pStyle w:val="NormalWeb"/>
        <w:rPr>
          <w:rFonts w:eastAsia="Times New Roman"/>
          <w:b/>
          <w:bCs/>
          <w:sz w:val="26"/>
          <w:szCs w:val="26"/>
        </w:rPr>
      </w:pPr>
    </w:p>
    <w:p w14:paraId="0E52840C" w14:textId="77777777" w:rsidR="007C5A88" w:rsidRPr="007C5A88" w:rsidRDefault="007C5A88" w:rsidP="007C5A88">
      <w:pPr>
        <w:pStyle w:val="NormalWeb"/>
        <w:ind w:firstLine="3240"/>
        <w:rPr>
          <w:rFonts w:eastAsia="Times New Roman"/>
          <w:b/>
          <w:bCs/>
          <w:sz w:val="26"/>
          <w:szCs w:val="26"/>
        </w:rPr>
      </w:pPr>
      <w:r w:rsidRPr="007C5A88">
        <w:rPr>
          <w:rFonts w:eastAsia="Times New Roman"/>
          <w:b/>
          <w:bCs/>
          <w:sz w:val="26"/>
          <w:szCs w:val="26"/>
        </w:rPr>
        <w:t>THƯ MỜI NHẬN VIỆC</w:t>
      </w:r>
    </w:p>
    <w:p w14:paraId="29B60AFE" w14:textId="6E82ADF0" w:rsidR="007C5A88" w:rsidRPr="007C5A88" w:rsidRDefault="007C5A88" w:rsidP="007C5A88">
      <w:pPr>
        <w:pStyle w:val="NormalWeb"/>
        <w:ind w:firstLine="3240"/>
        <w:rPr>
          <w:rFonts w:eastAsia="Times New Roman"/>
          <w:b/>
          <w:bCs/>
          <w:sz w:val="26"/>
          <w:szCs w:val="26"/>
        </w:rPr>
      </w:pPr>
      <w:r w:rsidRPr="007C5A88">
        <w:rPr>
          <w:rFonts w:eastAsia="Times New Roman"/>
          <w:b/>
          <w:bCs/>
          <w:sz w:val="26"/>
          <w:szCs w:val="26"/>
        </w:rPr>
        <w:t>(Số: ………/…/</w:t>
      </w:r>
      <w:r w:rsidRPr="007C5A88">
        <w:rPr>
          <w:rFonts w:eastAsia="Times New Roman"/>
          <w:b/>
          <w:bCs/>
          <w:sz w:val="26"/>
          <w:szCs w:val="26"/>
        </w:rPr>
        <w:t>….</w:t>
      </w:r>
      <w:r w:rsidRPr="007C5A88">
        <w:rPr>
          <w:rFonts w:eastAsia="Times New Roman"/>
          <w:b/>
          <w:bCs/>
          <w:sz w:val="26"/>
          <w:szCs w:val="26"/>
        </w:rPr>
        <w:t>)</w:t>
      </w:r>
    </w:p>
    <w:p w14:paraId="23070F77" w14:textId="77777777" w:rsidR="007C5A88" w:rsidRPr="007C5A88" w:rsidRDefault="007C5A88" w:rsidP="007C5A88">
      <w:pPr>
        <w:pStyle w:val="NormalWeb"/>
        <w:rPr>
          <w:rFonts w:eastAsia="Times New Roman"/>
          <w:b/>
          <w:bCs/>
          <w:sz w:val="26"/>
          <w:szCs w:val="26"/>
        </w:rPr>
      </w:pPr>
    </w:p>
    <w:p w14:paraId="14C98FBC" w14:textId="47D07436" w:rsidR="007C5A88" w:rsidRPr="007C5A88" w:rsidRDefault="007C5A88" w:rsidP="0097186D">
      <w:pPr>
        <w:pStyle w:val="NormalWeb"/>
        <w:spacing w:line="360" w:lineRule="auto"/>
        <w:rPr>
          <w:rFonts w:eastAsia="Times New Roman"/>
          <w:sz w:val="26"/>
          <w:szCs w:val="26"/>
        </w:rPr>
      </w:pPr>
      <w:r w:rsidRPr="007C5A88">
        <w:rPr>
          <w:rFonts w:eastAsia="Times New Roman"/>
          <w:b/>
          <w:bCs/>
          <w:sz w:val="26"/>
          <w:szCs w:val="26"/>
        </w:rPr>
        <w:t>Kính gửi:</w:t>
      </w:r>
      <w:r w:rsidRPr="007C5A88">
        <w:rPr>
          <w:rFonts w:eastAsia="Times New Roman"/>
          <w:sz w:val="26"/>
          <w:szCs w:val="26"/>
        </w:rPr>
        <w:t xml:space="preserve"> Ông/Bà ......................................................</w:t>
      </w:r>
    </w:p>
    <w:p w14:paraId="139BD4F3" w14:textId="124F992A" w:rsidR="007C5A88" w:rsidRPr="007C5A88" w:rsidRDefault="007C5A88" w:rsidP="0097186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C5A88">
        <w:rPr>
          <w:rFonts w:ascii="Times New Roman" w:eastAsia="Times New Roman" w:hAnsi="Times New Roman" w:cs="Times New Roman"/>
          <w:sz w:val="26"/>
          <w:szCs w:val="26"/>
        </w:rPr>
        <w:t>Căn cứ kết quả tuyển dụng ngày .../.../...... và nhu cầu nhân sự của Công ty,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br/>
        <w:t xml:space="preserve">Ban Giám đốc Công ty </w:t>
      </w:r>
      <w:r w:rsidRPr="007C5A88">
        <w:rPr>
          <w:rFonts w:ascii="Times New Roman" w:eastAsia="Times New Roman" w:hAnsi="Times New Roman" w:cs="Times New Roman"/>
          <w:b/>
          <w:bCs/>
          <w:sz w:val="26"/>
          <w:szCs w:val="26"/>
        </w:rPr>
        <w:t>..................................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t xml:space="preserve"> trân trọng thông báo và mời Ông/Bà đến nhận việc với các thông tin cụ thể sau:</w:t>
      </w:r>
    </w:p>
    <w:p w14:paraId="5C4523DA" w14:textId="0463F046" w:rsidR="007C5A88" w:rsidRPr="007C5A88" w:rsidRDefault="007C5A88" w:rsidP="0097186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C5A88">
        <w:rPr>
          <w:rFonts w:ascii="Times New Roman" w:eastAsia="Times New Roman" w:hAnsi="Times New Roman" w:cs="Times New Roman"/>
          <w:b/>
          <w:bCs/>
          <w:sz w:val="26"/>
          <w:szCs w:val="26"/>
        </w:rPr>
        <w:t>1. Vị trí công việc: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t xml:space="preserve"> ..............................................................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br/>
      </w:r>
      <w:r w:rsidRPr="007C5A88">
        <w:rPr>
          <w:rFonts w:ascii="Times New Roman" w:eastAsia="Times New Roman" w:hAnsi="Times New Roman" w:cs="Times New Roman"/>
          <w:b/>
          <w:bCs/>
          <w:sz w:val="26"/>
          <w:szCs w:val="26"/>
        </w:rPr>
        <w:t>2. Bộ phận làm việc: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t xml:space="preserve"> ..............................................................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br/>
      </w:r>
      <w:r w:rsidRPr="007C5A88">
        <w:rPr>
          <w:rFonts w:ascii="Times New Roman" w:eastAsia="Times New Roman" w:hAnsi="Times New Roman" w:cs="Times New Roman"/>
          <w:b/>
          <w:bCs/>
          <w:sz w:val="26"/>
          <w:szCs w:val="26"/>
        </w:rPr>
        <w:t>3. Địa điểm làm việc: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t xml:space="preserve"> ..............................................................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br/>
      </w:r>
      <w:r w:rsidRPr="007C5A88">
        <w:rPr>
          <w:rFonts w:ascii="Times New Roman" w:eastAsia="Times New Roman" w:hAnsi="Times New Roman" w:cs="Times New Roman"/>
          <w:b/>
          <w:bCs/>
          <w:sz w:val="26"/>
          <w:szCs w:val="26"/>
        </w:rPr>
        <w:t>4. Mức lương khởi điểm: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t xml:space="preserve"> .................... VNĐ/tháng (chưa bao gồm các khoản phụ cấp, thưởng theo quy định của Công ty).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br/>
      </w:r>
      <w:r w:rsidRPr="007C5A88">
        <w:rPr>
          <w:rFonts w:ascii="Times New Roman" w:eastAsia="Times New Roman" w:hAnsi="Times New Roman" w:cs="Times New Roman"/>
          <w:b/>
          <w:bCs/>
          <w:sz w:val="26"/>
          <w:szCs w:val="26"/>
        </w:rPr>
        <w:t>5. Thời gian làm việc: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t xml:space="preserve"> Theo giờ hành chính (hoặc ca kíp theo quy định của Công ty).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br/>
      </w:r>
      <w:r w:rsidRPr="007C5A88">
        <w:rPr>
          <w:rFonts w:ascii="Times New Roman" w:eastAsia="Times New Roman" w:hAnsi="Times New Roman" w:cs="Times New Roman"/>
          <w:b/>
          <w:bCs/>
          <w:sz w:val="26"/>
          <w:szCs w:val="26"/>
        </w:rPr>
        <w:t>6. Thời gian nhận việc: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t xml:space="preserve"> ...giờ ....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t>ngày .... tháng</w:t>
      </w:r>
      <w:r w:rsidR="0097186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t>....</w:t>
      </w:r>
      <w:r w:rsidR="0097186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t>năm ...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br/>
      </w:r>
      <w:r w:rsidRPr="007C5A88">
        <w:rPr>
          <w:rFonts w:ascii="Times New Roman" w:eastAsia="Times New Roman" w:hAnsi="Times New Roman" w:cs="Times New Roman"/>
          <w:b/>
          <w:bCs/>
          <w:sz w:val="26"/>
          <w:szCs w:val="26"/>
        </w:rPr>
        <w:t>7. Người liên hệ:</w:t>
      </w:r>
      <w:r w:rsidRPr="007C5A88">
        <w:rPr>
          <w:rFonts w:ascii="Times New Roman" w:eastAsia="Times New Roman" w:hAnsi="Times New Roman" w:cs="Times New Roman"/>
          <w:sz w:val="26"/>
          <w:szCs w:val="26"/>
        </w:rPr>
        <w:t xml:space="preserve"> ..............................................................</w:t>
      </w:r>
    </w:p>
    <w:p w14:paraId="637D372A" w14:textId="77777777" w:rsidR="007C5A88" w:rsidRPr="007C5A88" w:rsidRDefault="007C5A88" w:rsidP="0097186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C5A88">
        <w:rPr>
          <w:rFonts w:ascii="Times New Roman" w:eastAsia="Times New Roman" w:hAnsi="Times New Roman" w:cs="Times New Roman"/>
          <w:sz w:val="26"/>
          <w:szCs w:val="26"/>
        </w:rPr>
        <w:t>Đề nghị Ông/Bà có mặt đúng thời gian, mang theo các giấy tờ cần thiết (CMND/CCCD, bản sao văn bằng, chứng chỉ, hồ sơ sức khỏe...) để hoàn tất thủ tục tiếp nhận.</w:t>
      </w:r>
    </w:p>
    <w:p w14:paraId="55BA1F59" w14:textId="38E9632C" w:rsidR="007C5A88" w:rsidRPr="007C5A88" w:rsidRDefault="007C5A88" w:rsidP="0097186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C5A88">
        <w:rPr>
          <w:rFonts w:ascii="Times New Roman" w:eastAsia="Times New Roman" w:hAnsi="Times New Roman" w:cs="Times New Roman"/>
          <w:sz w:val="26"/>
          <w:szCs w:val="26"/>
        </w:rPr>
        <w:t>Nếu Ông/Bà đồng ý nhận việc theo nội dung trên, vui lòng ký xác nhận vào phần dưới đây và gửi lại cho Phòng Hành chính – Nhân sự trước ngày .../.../...... để Công ty bố trí công việc theo đúng kế hoạch.</w:t>
      </w:r>
    </w:p>
    <w:p w14:paraId="6051720C" w14:textId="77777777" w:rsidR="007C5A88" w:rsidRPr="007C5A88" w:rsidRDefault="007C5A88" w:rsidP="0097186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C5A88">
        <w:rPr>
          <w:rFonts w:ascii="Times New Roman" w:eastAsia="Times New Roman" w:hAnsi="Times New Roman" w:cs="Times New Roman"/>
          <w:sz w:val="26"/>
          <w:szCs w:val="26"/>
        </w:rPr>
        <w:t>Rất mong Ông/Bà sắp xếp thời gian hợp lý và có mặt đúng lịch hẹn.</w:t>
      </w:r>
    </w:p>
    <w:p w14:paraId="2FC6100A" w14:textId="09054E8D" w:rsidR="00514791" w:rsidRPr="0097186D" w:rsidRDefault="007C5A88" w:rsidP="0097186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C5A88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Trân trọng thông báo!</w:t>
      </w:r>
      <w:r w:rsidR="00000000" w:rsidRPr="007C5A88">
        <w:rPr>
          <w:rFonts w:ascii="Times New Roman" w:hAnsi="Times New Roman" w:cs="Times New Roman"/>
          <w:sz w:val="26"/>
          <w:szCs w:val="26"/>
        </w:rPr>
        <w:br/>
      </w:r>
    </w:p>
    <w:p w14:paraId="5C6226EC" w14:textId="77777777" w:rsidR="00514791" w:rsidRPr="007C5A88" w:rsidRDefault="00000000" w:rsidP="0097186D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C5A88">
        <w:rPr>
          <w:rFonts w:ascii="Times New Roman" w:hAnsi="Times New Roman" w:cs="Times New Roman"/>
          <w:b/>
          <w:sz w:val="26"/>
          <w:szCs w:val="26"/>
        </w:rPr>
        <w:t>Nơi nhận:</w:t>
      </w:r>
    </w:p>
    <w:p w14:paraId="3C7C1D07" w14:textId="77777777" w:rsidR="00514791" w:rsidRPr="007C5A88" w:rsidRDefault="00000000" w:rsidP="0097186D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C5A88">
        <w:rPr>
          <w:rFonts w:ascii="Times New Roman" w:hAnsi="Times New Roman" w:cs="Times New Roman"/>
          <w:sz w:val="26"/>
          <w:szCs w:val="26"/>
        </w:rPr>
        <w:t>- Như trên</w:t>
      </w:r>
    </w:p>
    <w:p w14:paraId="00726199" w14:textId="77777777" w:rsidR="00514791" w:rsidRPr="007C5A88" w:rsidRDefault="00000000" w:rsidP="0097186D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7C5A88">
        <w:rPr>
          <w:rFonts w:ascii="Times New Roman" w:hAnsi="Times New Roman" w:cs="Times New Roman"/>
          <w:sz w:val="26"/>
          <w:szCs w:val="26"/>
        </w:rPr>
        <w:t>- Lưu: VT</w:t>
      </w:r>
    </w:p>
    <w:p w14:paraId="6D6B3EF0" w14:textId="4F21C658" w:rsidR="00514791" w:rsidRPr="007C5A88" w:rsidRDefault="00000000" w:rsidP="000352F5">
      <w:pPr>
        <w:rPr>
          <w:rFonts w:ascii="Times New Roman" w:hAnsi="Times New Roman" w:cs="Times New Roman"/>
          <w:sz w:val="26"/>
          <w:szCs w:val="26"/>
        </w:rPr>
      </w:pPr>
      <w:r w:rsidRPr="007C5A88">
        <w:rPr>
          <w:rFonts w:ascii="Times New Roman" w:hAnsi="Times New Roman" w:cs="Times New Roman"/>
          <w:sz w:val="26"/>
          <w:szCs w:val="26"/>
        </w:rPr>
        <w:br/>
      </w:r>
      <w:r w:rsidR="000352F5" w:rsidRPr="007C5A8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 w:rsidRPr="007C5A88">
        <w:rPr>
          <w:rFonts w:ascii="Times New Roman" w:hAnsi="Times New Roman" w:cs="Times New Roman"/>
          <w:b/>
          <w:sz w:val="26"/>
          <w:szCs w:val="26"/>
        </w:rPr>
        <w:t>ĐẠI DIỆN BAN GIÁM ĐỐC</w:t>
      </w:r>
    </w:p>
    <w:p w14:paraId="465A5EAB" w14:textId="77777777" w:rsidR="00514791" w:rsidRPr="007C5A88" w:rsidRDefault="00000000">
      <w:pPr>
        <w:jc w:val="right"/>
        <w:rPr>
          <w:rFonts w:ascii="Times New Roman" w:hAnsi="Times New Roman" w:cs="Times New Roman"/>
          <w:sz w:val="26"/>
          <w:szCs w:val="26"/>
        </w:rPr>
      </w:pPr>
      <w:r w:rsidRPr="007C5A88">
        <w:rPr>
          <w:rFonts w:ascii="Times New Roman" w:hAnsi="Times New Roman" w:cs="Times New Roman"/>
          <w:sz w:val="26"/>
          <w:szCs w:val="26"/>
        </w:rPr>
        <w:t>Chức vụ: ...................................</w:t>
      </w:r>
    </w:p>
    <w:p w14:paraId="13EEAC1A" w14:textId="77777777" w:rsidR="00514791" w:rsidRPr="007C5A88" w:rsidRDefault="00000000">
      <w:pPr>
        <w:jc w:val="right"/>
        <w:rPr>
          <w:rFonts w:ascii="Times New Roman" w:hAnsi="Times New Roman" w:cs="Times New Roman"/>
          <w:sz w:val="26"/>
          <w:szCs w:val="26"/>
        </w:rPr>
      </w:pPr>
      <w:r w:rsidRPr="007C5A88">
        <w:rPr>
          <w:rFonts w:ascii="Times New Roman" w:hAnsi="Times New Roman" w:cs="Times New Roman"/>
          <w:sz w:val="26"/>
          <w:szCs w:val="26"/>
        </w:rPr>
        <w:t>(Ký, ghi rõ họ tên và đóng dấu)</w:t>
      </w:r>
    </w:p>
    <w:sectPr w:rsidR="00514791" w:rsidRPr="007C5A88" w:rsidSect="007C5A88">
      <w:pgSz w:w="12240" w:h="15840"/>
      <w:pgMar w:top="1440" w:right="99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11F2FFB"/>
    <w:multiLevelType w:val="multilevel"/>
    <w:tmpl w:val="E8EEA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4088730">
    <w:abstractNumId w:val="8"/>
  </w:num>
  <w:num w:numId="2" w16cid:durableId="1521308953">
    <w:abstractNumId w:val="6"/>
  </w:num>
  <w:num w:numId="3" w16cid:durableId="1518419542">
    <w:abstractNumId w:val="5"/>
  </w:num>
  <w:num w:numId="4" w16cid:durableId="1007170818">
    <w:abstractNumId w:val="4"/>
  </w:num>
  <w:num w:numId="5" w16cid:durableId="1908606366">
    <w:abstractNumId w:val="7"/>
  </w:num>
  <w:num w:numId="6" w16cid:durableId="186217553">
    <w:abstractNumId w:val="3"/>
  </w:num>
  <w:num w:numId="7" w16cid:durableId="1142774222">
    <w:abstractNumId w:val="2"/>
  </w:num>
  <w:num w:numId="8" w16cid:durableId="1726682854">
    <w:abstractNumId w:val="1"/>
  </w:num>
  <w:num w:numId="9" w16cid:durableId="1101296446">
    <w:abstractNumId w:val="0"/>
  </w:num>
  <w:num w:numId="10" w16cid:durableId="13186077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2F5"/>
    <w:rsid w:val="0006063C"/>
    <w:rsid w:val="0015074B"/>
    <w:rsid w:val="0029639D"/>
    <w:rsid w:val="00326F90"/>
    <w:rsid w:val="00514791"/>
    <w:rsid w:val="007C5A88"/>
    <w:rsid w:val="0097186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B4C41"/>
  <w14:defaultImageDpi w14:val="300"/>
  <w15:docId w15:val="{BE44AC6C-45A0-4C1C-9908-B704287E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7C5A8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99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2</cp:revision>
  <dcterms:created xsi:type="dcterms:W3CDTF">2025-09-15T01:51:00Z</dcterms:created>
  <dcterms:modified xsi:type="dcterms:W3CDTF">2025-09-15T01:51:00Z</dcterms:modified>
  <cp:category/>
</cp:coreProperties>
</file>