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DF0A9" w14:textId="7D9583E1" w:rsidR="00D07A23" w:rsidRPr="002219F6" w:rsidRDefault="002219F6" w:rsidP="002219F6">
      <w:pPr>
        <w:ind w:right="-720"/>
        <w:rPr>
          <w:rFonts w:ascii="Times New Roman" w:hAnsi="Times New Roman" w:cs="Times New Roman"/>
          <w:sz w:val="24"/>
          <w:szCs w:val="24"/>
        </w:rPr>
      </w:pPr>
      <w:r>
        <w:rPr>
          <w:rFonts w:ascii="Times New Roman" w:hAnsi="Times New Roman" w:cs="Times New Roman"/>
          <w:b/>
          <w:sz w:val="24"/>
          <w:szCs w:val="24"/>
        </w:rPr>
        <w:t xml:space="preserve">                                                  </w:t>
      </w:r>
      <w:r w:rsidR="00000000" w:rsidRPr="002219F6">
        <w:rPr>
          <w:rFonts w:ascii="Times New Roman" w:hAnsi="Times New Roman" w:cs="Times New Roman"/>
          <w:b/>
          <w:sz w:val="24"/>
          <w:szCs w:val="24"/>
        </w:rPr>
        <w:t>ĐẢNG CỘNG SẢN VIỆT NAM</w:t>
      </w:r>
      <w:r w:rsidR="00000000" w:rsidRPr="002219F6">
        <w:rPr>
          <w:rFonts w:ascii="Times New Roman" w:hAnsi="Times New Roman" w:cs="Times New Roman"/>
          <w:sz w:val="24"/>
          <w:szCs w:val="24"/>
        </w:rPr>
        <w:br/>
      </w:r>
    </w:p>
    <w:p w14:paraId="6CA66300" w14:textId="77777777" w:rsidR="00D07A23" w:rsidRPr="002219F6" w:rsidRDefault="00000000" w:rsidP="002219F6">
      <w:pPr>
        <w:tabs>
          <w:tab w:val="left" w:pos="9360"/>
        </w:tabs>
        <w:ind w:right="-720" w:firstLine="5040"/>
        <w:rPr>
          <w:rFonts w:ascii="Times New Roman" w:hAnsi="Times New Roman" w:cs="Times New Roman"/>
          <w:sz w:val="24"/>
          <w:szCs w:val="24"/>
        </w:rPr>
      </w:pPr>
      <w:r w:rsidRPr="002219F6">
        <w:rPr>
          <w:rFonts w:ascii="Times New Roman" w:hAnsi="Times New Roman" w:cs="Times New Roman"/>
          <w:sz w:val="24"/>
          <w:szCs w:val="24"/>
        </w:rPr>
        <w:t>........., ngày .... tháng .... năm .......</w:t>
      </w:r>
      <w:r w:rsidRPr="002219F6">
        <w:rPr>
          <w:rFonts w:ascii="Times New Roman" w:hAnsi="Times New Roman" w:cs="Times New Roman"/>
          <w:sz w:val="24"/>
          <w:szCs w:val="24"/>
        </w:rPr>
        <w:br/>
      </w:r>
    </w:p>
    <w:p w14:paraId="4630EE83" w14:textId="77777777" w:rsidR="00D07A23" w:rsidRPr="002219F6" w:rsidRDefault="00000000" w:rsidP="002219F6">
      <w:pPr>
        <w:ind w:right="-720"/>
        <w:jc w:val="center"/>
        <w:rPr>
          <w:rFonts w:ascii="Times New Roman" w:hAnsi="Times New Roman" w:cs="Times New Roman"/>
          <w:sz w:val="24"/>
          <w:szCs w:val="24"/>
        </w:rPr>
      </w:pPr>
      <w:r w:rsidRPr="002219F6">
        <w:rPr>
          <w:rFonts w:ascii="Times New Roman" w:hAnsi="Times New Roman" w:cs="Times New Roman"/>
          <w:b/>
          <w:sz w:val="24"/>
          <w:szCs w:val="24"/>
        </w:rPr>
        <w:t>BẢN TỰ KIỂM ĐIỂM</w:t>
      </w:r>
    </w:p>
    <w:p w14:paraId="5E3AE6A3" w14:textId="77777777" w:rsidR="00D07A23" w:rsidRPr="002219F6" w:rsidRDefault="00000000" w:rsidP="002219F6">
      <w:pPr>
        <w:ind w:right="-720"/>
        <w:rPr>
          <w:rFonts w:ascii="Times New Roman" w:hAnsi="Times New Roman" w:cs="Times New Roman"/>
          <w:sz w:val="24"/>
          <w:szCs w:val="24"/>
        </w:rPr>
      </w:pPr>
      <w:r w:rsidRPr="002219F6">
        <w:rPr>
          <w:rFonts w:ascii="Times New Roman" w:hAnsi="Times New Roman" w:cs="Times New Roman"/>
          <w:sz w:val="24"/>
          <w:szCs w:val="24"/>
        </w:rPr>
        <w:br/>
      </w:r>
    </w:p>
    <w:p w14:paraId="14AEED42" w14:textId="77777777" w:rsidR="00D07A23" w:rsidRPr="002219F6" w:rsidRDefault="00000000" w:rsidP="002219F6">
      <w:pPr>
        <w:ind w:right="-720"/>
        <w:rPr>
          <w:rFonts w:ascii="Times New Roman" w:hAnsi="Times New Roman" w:cs="Times New Roman"/>
          <w:sz w:val="24"/>
          <w:szCs w:val="24"/>
        </w:rPr>
      </w:pPr>
      <w:r w:rsidRPr="002219F6">
        <w:rPr>
          <w:rFonts w:ascii="Times New Roman" w:hAnsi="Times New Roman" w:cs="Times New Roman"/>
          <w:sz w:val="24"/>
          <w:szCs w:val="24"/>
        </w:rPr>
        <w:t>Kính gửi:</w:t>
      </w:r>
      <w:r w:rsidRPr="002219F6">
        <w:rPr>
          <w:rFonts w:ascii="Times New Roman" w:hAnsi="Times New Roman" w:cs="Times New Roman"/>
          <w:sz w:val="24"/>
          <w:szCs w:val="24"/>
        </w:rPr>
        <w:br/>
      </w:r>
    </w:p>
    <w:p w14:paraId="15D0C1FD" w14:textId="77777777" w:rsidR="00D07A23" w:rsidRPr="002219F6" w:rsidRDefault="00000000" w:rsidP="002219F6">
      <w:pPr>
        <w:ind w:right="-720"/>
        <w:rPr>
          <w:rFonts w:ascii="Times New Roman" w:hAnsi="Times New Roman" w:cs="Times New Roman"/>
          <w:sz w:val="24"/>
          <w:szCs w:val="24"/>
        </w:rPr>
      </w:pPr>
      <w:r w:rsidRPr="002219F6">
        <w:rPr>
          <w:rFonts w:ascii="Times New Roman" w:hAnsi="Times New Roman" w:cs="Times New Roman"/>
          <w:sz w:val="24"/>
          <w:szCs w:val="24"/>
        </w:rPr>
        <w:t>- Chi uỷ chi bộ...................................................................</w:t>
      </w:r>
      <w:r w:rsidRPr="002219F6">
        <w:rPr>
          <w:rFonts w:ascii="Times New Roman" w:hAnsi="Times New Roman" w:cs="Times New Roman"/>
          <w:sz w:val="24"/>
          <w:szCs w:val="24"/>
        </w:rPr>
        <w:br/>
      </w:r>
    </w:p>
    <w:p w14:paraId="04AEC58E" w14:textId="77777777" w:rsidR="00D07A23" w:rsidRPr="002219F6" w:rsidRDefault="00000000" w:rsidP="002219F6">
      <w:pPr>
        <w:ind w:right="-720"/>
        <w:rPr>
          <w:rFonts w:ascii="Times New Roman" w:hAnsi="Times New Roman" w:cs="Times New Roman"/>
          <w:sz w:val="24"/>
          <w:szCs w:val="24"/>
        </w:rPr>
      </w:pPr>
      <w:r w:rsidRPr="002219F6">
        <w:rPr>
          <w:rFonts w:ascii="Times New Roman" w:hAnsi="Times New Roman" w:cs="Times New Roman"/>
          <w:sz w:val="24"/>
          <w:szCs w:val="24"/>
        </w:rPr>
        <w:t>- Đảng uỷ...........................................................................</w:t>
      </w:r>
      <w:r w:rsidRPr="002219F6">
        <w:rPr>
          <w:rFonts w:ascii="Times New Roman" w:hAnsi="Times New Roman" w:cs="Times New Roman"/>
          <w:sz w:val="24"/>
          <w:szCs w:val="24"/>
        </w:rPr>
        <w:br/>
      </w:r>
    </w:p>
    <w:p w14:paraId="3FDD865E" w14:textId="77777777"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 xml:space="preserve">Tên tôi là: Nguyễn Văn </w:t>
      </w:r>
      <w:proofErr w:type="gramStart"/>
      <w:r w:rsidRPr="002219F6">
        <w:rPr>
          <w:rFonts w:ascii="Times New Roman" w:hAnsi="Times New Roman" w:cs="Times New Roman"/>
          <w:sz w:val="24"/>
          <w:szCs w:val="24"/>
        </w:rPr>
        <w:t>A</w:t>
      </w:r>
      <w:proofErr w:type="gramEnd"/>
      <w:r w:rsidRPr="002219F6">
        <w:rPr>
          <w:rFonts w:ascii="Times New Roman" w:hAnsi="Times New Roman" w:cs="Times New Roman"/>
          <w:sz w:val="24"/>
          <w:szCs w:val="24"/>
        </w:rPr>
        <w:t xml:space="preserve">   Sinh ngày 01/01/1985</w:t>
      </w:r>
    </w:p>
    <w:p w14:paraId="30789D50" w14:textId="77777777"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Nơi ở hiện nay: Hà Nội</w:t>
      </w:r>
    </w:p>
    <w:p w14:paraId="1E37E5C0" w14:textId="77777777"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Vào Đảng Cộng sản Việt Nam ngày 01/01/2010 tại chi bộ: Chi bộ X</w:t>
      </w:r>
    </w:p>
    <w:p w14:paraId="6175A880" w14:textId="77777777"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Chính thức ngày: 01/01/2011 tại chi bộ: Chi bộ X</w:t>
      </w:r>
    </w:p>
    <w:p w14:paraId="74D682ED" w14:textId="23D2E0D9"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Hiện đang công tác và sinh hoạt tại chi bộ: Chi bộ X - Cơ quan A</w:t>
      </w:r>
    </w:p>
    <w:p w14:paraId="2D0B72EF" w14:textId="63BDF7B6" w:rsid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 xml:space="preserve">Căn cứ tiêu chuẩn, nhiệm vụ của người Đảng viên, tôi đã vi phạm chính sách dân số, kế hoạch hóa gia đình do sinh con thứ </w:t>
      </w:r>
      <w:r w:rsidR="002219F6">
        <w:rPr>
          <w:rFonts w:ascii="Times New Roman" w:hAnsi="Times New Roman" w:cs="Times New Roman"/>
          <w:sz w:val="24"/>
          <w:szCs w:val="24"/>
        </w:rPr>
        <w:t>3</w:t>
      </w:r>
    </w:p>
    <w:p w14:paraId="4918D581" w14:textId="10EF3532"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Nguyên nhân của hành vi vi phạm nêu trên như sau:</w:t>
      </w:r>
      <w:r w:rsidR="002219F6">
        <w:rPr>
          <w:rFonts w:ascii="Times New Roman" w:hAnsi="Times New Roman" w:cs="Times New Roman"/>
          <w:sz w:val="24"/>
          <w:szCs w:val="24"/>
        </w:rPr>
        <w:t xml:space="preserve"> </w:t>
      </w:r>
      <w:r w:rsidRPr="002219F6">
        <w:rPr>
          <w:rFonts w:ascii="Times New Roman" w:hAnsi="Times New Roman" w:cs="Times New Roman"/>
          <w:sz w:val="24"/>
          <w:szCs w:val="24"/>
        </w:rPr>
        <w:t>Do mong muốn cá nhân và áp lực từ gia đình.</w:t>
      </w:r>
    </w:p>
    <w:p w14:paraId="61447FDF" w14:textId="5117EA86"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t>Trên đây là bản tự kiểm điểm của tôi về việc sinh con thứ ba trong quá trình sinh hoạt đảng tại Chi bộ…, Đảng bộ… Theo Quy định 69-QĐ/TW của Ban Bí thư, tôi xin tự nhận hình thức kỷ luật là khiển trách.</w:t>
      </w:r>
    </w:p>
    <w:p w14:paraId="1BEA7ABC" w14:textId="77777777" w:rsidR="00D07A23" w:rsidRPr="002219F6" w:rsidRDefault="00000000" w:rsidP="002219F6">
      <w:pPr>
        <w:spacing w:line="360" w:lineRule="auto"/>
        <w:ind w:right="-720"/>
        <w:rPr>
          <w:rFonts w:ascii="Times New Roman" w:hAnsi="Times New Roman" w:cs="Times New Roman"/>
          <w:sz w:val="24"/>
          <w:szCs w:val="24"/>
        </w:rPr>
      </w:pPr>
      <w:r w:rsidRPr="002219F6">
        <w:rPr>
          <w:rFonts w:ascii="Times New Roman" w:hAnsi="Times New Roman" w:cs="Times New Roman"/>
          <w:sz w:val="24"/>
          <w:szCs w:val="24"/>
        </w:rPr>
        <w:lastRenderedPageBreak/>
        <w:t>Tôi xin hứa sẽ không tái phạm vi phạm chính sách dân số, kế hoạch hóa gia đình đã được quy định và luôn phấn đấu thực hiện tốt nhiệm vụ Đảng viên, xứng đáng là người đảng viên Đảng Cộng sản Việt Nam.</w:t>
      </w:r>
    </w:p>
    <w:p w14:paraId="0D734748" w14:textId="77777777" w:rsidR="00D07A23" w:rsidRPr="002219F6" w:rsidRDefault="00000000" w:rsidP="002219F6">
      <w:pPr>
        <w:ind w:right="-720"/>
        <w:rPr>
          <w:rFonts w:ascii="Times New Roman" w:hAnsi="Times New Roman" w:cs="Times New Roman"/>
          <w:sz w:val="24"/>
          <w:szCs w:val="24"/>
        </w:rPr>
      </w:pPr>
      <w:r w:rsidRPr="002219F6">
        <w:rPr>
          <w:rFonts w:ascii="Times New Roman" w:hAnsi="Times New Roman" w:cs="Times New Roman"/>
          <w:sz w:val="24"/>
          <w:szCs w:val="24"/>
        </w:rPr>
        <w:br/>
      </w:r>
      <w:r w:rsidRPr="002219F6">
        <w:rPr>
          <w:rFonts w:ascii="Times New Roman" w:hAnsi="Times New Roman" w:cs="Times New Roman"/>
          <w:sz w:val="24"/>
          <w:szCs w:val="24"/>
        </w:rPr>
        <w:br/>
      </w:r>
    </w:p>
    <w:p w14:paraId="1A82457D" w14:textId="77777777" w:rsidR="00D07A23" w:rsidRPr="002219F6" w:rsidRDefault="00000000" w:rsidP="002219F6">
      <w:pPr>
        <w:ind w:right="-720" w:firstLine="5670"/>
        <w:rPr>
          <w:rFonts w:ascii="Times New Roman" w:hAnsi="Times New Roman" w:cs="Times New Roman"/>
          <w:sz w:val="24"/>
          <w:szCs w:val="24"/>
        </w:rPr>
      </w:pPr>
      <w:r w:rsidRPr="002219F6">
        <w:rPr>
          <w:rFonts w:ascii="Times New Roman" w:hAnsi="Times New Roman" w:cs="Times New Roman"/>
          <w:sz w:val="24"/>
          <w:szCs w:val="24"/>
        </w:rPr>
        <w:t>NGƯỜI TỰ KIỂM ĐIỂM</w:t>
      </w:r>
    </w:p>
    <w:p w14:paraId="12B085F5" w14:textId="77777777" w:rsidR="00D07A23" w:rsidRPr="002219F6" w:rsidRDefault="00000000" w:rsidP="002219F6">
      <w:pPr>
        <w:ind w:right="-720" w:firstLine="5670"/>
        <w:rPr>
          <w:rFonts w:ascii="Times New Roman" w:hAnsi="Times New Roman" w:cs="Times New Roman"/>
          <w:sz w:val="24"/>
          <w:szCs w:val="24"/>
        </w:rPr>
      </w:pPr>
      <w:r w:rsidRPr="002219F6">
        <w:rPr>
          <w:rFonts w:ascii="Times New Roman" w:hAnsi="Times New Roman" w:cs="Times New Roman"/>
          <w:sz w:val="24"/>
          <w:szCs w:val="24"/>
        </w:rPr>
        <w:t>(Ký và ghi rõ họ tên)</w:t>
      </w:r>
    </w:p>
    <w:sectPr w:rsidR="00D07A23" w:rsidRPr="002219F6" w:rsidSect="002219F6">
      <w:pgSz w:w="12240" w:h="15840"/>
      <w:pgMar w:top="1440" w:right="279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1534261">
    <w:abstractNumId w:val="8"/>
  </w:num>
  <w:num w:numId="2" w16cid:durableId="122507902">
    <w:abstractNumId w:val="6"/>
  </w:num>
  <w:num w:numId="3" w16cid:durableId="997002868">
    <w:abstractNumId w:val="5"/>
  </w:num>
  <w:num w:numId="4" w16cid:durableId="1156799373">
    <w:abstractNumId w:val="4"/>
  </w:num>
  <w:num w:numId="5" w16cid:durableId="642657146">
    <w:abstractNumId w:val="7"/>
  </w:num>
  <w:num w:numId="6" w16cid:durableId="1877228617">
    <w:abstractNumId w:val="3"/>
  </w:num>
  <w:num w:numId="7" w16cid:durableId="300621387">
    <w:abstractNumId w:val="2"/>
  </w:num>
  <w:num w:numId="8" w16cid:durableId="1486319359">
    <w:abstractNumId w:val="1"/>
  </w:num>
  <w:num w:numId="9" w16cid:durableId="1832482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19F6"/>
    <w:rsid w:val="0029639D"/>
    <w:rsid w:val="00326F90"/>
    <w:rsid w:val="00AA1D8D"/>
    <w:rsid w:val="00B1241F"/>
    <w:rsid w:val="00B47730"/>
    <w:rsid w:val="00CB0664"/>
    <w:rsid w:val="00D07A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77376"/>
  <w14:defaultImageDpi w14:val="300"/>
  <w15:docId w15:val="{BDAB204B-596D-408D-985F-CDB7A08C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2025-09-08T08:10:00Z</dcterms:created>
  <dcterms:modified xsi:type="dcterms:W3CDTF">2025-09-08T08:10:00Z</dcterms:modified>
  <cp:category/>
</cp:coreProperties>
</file>