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481222" w14:textId="1D88649E" w:rsidR="004F3725" w:rsidRDefault="00A829CC" w:rsidP="00A829CC">
      <w:pPr>
        <w:ind w:firstLine="2430"/>
      </w:pPr>
      <w:r>
        <w:rPr>
          <w:b/>
          <w:sz w:val="26"/>
        </w:rPr>
        <w:t xml:space="preserve"> </w:t>
      </w:r>
      <w:r w:rsidR="00000000">
        <w:rPr>
          <w:b/>
          <w:sz w:val="26"/>
        </w:rPr>
        <w:t>ĐẢNG CỘNG SẢN VIỆT NAM</w:t>
      </w:r>
    </w:p>
    <w:p w14:paraId="5CEC972A" w14:textId="0690D122" w:rsidR="004F3725" w:rsidRDefault="004F3725"/>
    <w:p w14:paraId="7B7006FD" w14:textId="3FC513AE" w:rsidR="004F3725" w:rsidRDefault="00A829CC" w:rsidP="00A829CC">
      <w:pPr>
        <w:ind w:firstLine="5850"/>
      </w:pPr>
      <w:r>
        <w:t xml:space="preserve"> </w:t>
      </w:r>
      <w:r w:rsidR="00000000">
        <w:t>........., ngày .... tháng .... năm .......</w:t>
      </w:r>
      <w:r w:rsidR="00000000">
        <w:br/>
      </w:r>
    </w:p>
    <w:p w14:paraId="13C904DC" w14:textId="4EFA8C44" w:rsidR="004F3725" w:rsidRDefault="00A829CC" w:rsidP="00A829CC">
      <w:pPr>
        <w:ind w:firstLine="2790"/>
      </w:pPr>
      <w:r>
        <w:rPr>
          <w:b/>
          <w:sz w:val="28"/>
        </w:rPr>
        <w:t xml:space="preserve"> </w:t>
      </w:r>
      <w:r w:rsidR="00000000">
        <w:rPr>
          <w:b/>
          <w:sz w:val="28"/>
        </w:rPr>
        <w:t>BẢN TỰ KIỂM ĐIỂM</w:t>
      </w:r>
    </w:p>
    <w:p w14:paraId="21CC2399" w14:textId="77777777" w:rsidR="004F3725" w:rsidRDefault="00000000">
      <w:r>
        <w:br/>
      </w:r>
    </w:p>
    <w:p w14:paraId="2F7E567C" w14:textId="58E94260" w:rsidR="004F3725" w:rsidRPr="00A829CC" w:rsidRDefault="00000000" w:rsidP="00A829CC">
      <w:pPr>
        <w:spacing w:line="360" w:lineRule="auto"/>
        <w:rPr>
          <w:rFonts w:ascii="Times New Roman" w:hAnsi="Times New Roman" w:cs="Times New Roman"/>
          <w:sz w:val="24"/>
          <w:szCs w:val="24"/>
        </w:rPr>
      </w:pPr>
      <w:r w:rsidRPr="00A829CC">
        <w:rPr>
          <w:rFonts w:ascii="Times New Roman" w:hAnsi="Times New Roman" w:cs="Times New Roman"/>
          <w:sz w:val="24"/>
          <w:szCs w:val="24"/>
        </w:rPr>
        <w:t>Kính gửi:</w:t>
      </w:r>
    </w:p>
    <w:p w14:paraId="1CC8ABD7" w14:textId="464908CF" w:rsidR="004F3725" w:rsidRPr="00A829CC" w:rsidRDefault="00000000" w:rsidP="00A829CC">
      <w:pPr>
        <w:spacing w:line="360" w:lineRule="auto"/>
        <w:rPr>
          <w:rFonts w:ascii="Times New Roman" w:hAnsi="Times New Roman" w:cs="Times New Roman"/>
          <w:sz w:val="24"/>
          <w:szCs w:val="24"/>
        </w:rPr>
      </w:pPr>
      <w:r w:rsidRPr="00A829CC">
        <w:rPr>
          <w:rFonts w:ascii="Times New Roman" w:hAnsi="Times New Roman" w:cs="Times New Roman"/>
          <w:sz w:val="24"/>
          <w:szCs w:val="24"/>
        </w:rPr>
        <w:t>- Chi uỷ chi bộ...................................................................</w:t>
      </w:r>
    </w:p>
    <w:p w14:paraId="597513F2" w14:textId="07A45477" w:rsidR="004F3725" w:rsidRDefault="00000000" w:rsidP="00A829CC">
      <w:pPr>
        <w:spacing w:line="360" w:lineRule="auto"/>
        <w:rPr>
          <w:rFonts w:ascii="Times New Roman" w:hAnsi="Times New Roman" w:cs="Times New Roman"/>
          <w:sz w:val="24"/>
          <w:szCs w:val="24"/>
        </w:rPr>
      </w:pPr>
      <w:r w:rsidRPr="00A829CC">
        <w:rPr>
          <w:rFonts w:ascii="Times New Roman" w:hAnsi="Times New Roman" w:cs="Times New Roman"/>
          <w:sz w:val="24"/>
          <w:szCs w:val="24"/>
        </w:rPr>
        <w:t>- Đảng uỷ...........................................................................</w:t>
      </w:r>
    </w:p>
    <w:p w14:paraId="5A9FB9E3" w14:textId="77777777" w:rsidR="00A829CC" w:rsidRPr="00A829CC" w:rsidRDefault="00A829CC" w:rsidP="00A829CC">
      <w:pPr>
        <w:spacing w:line="360" w:lineRule="auto"/>
        <w:rPr>
          <w:rFonts w:ascii="Times New Roman" w:hAnsi="Times New Roman" w:cs="Times New Roman"/>
          <w:sz w:val="24"/>
          <w:szCs w:val="24"/>
        </w:rPr>
      </w:pPr>
    </w:p>
    <w:p w14:paraId="7B8B17A2" w14:textId="77777777" w:rsidR="004F3725" w:rsidRPr="00A829CC" w:rsidRDefault="00000000" w:rsidP="00A829CC">
      <w:pPr>
        <w:spacing w:line="360" w:lineRule="auto"/>
        <w:rPr>
          <w:rFonts w:ascii="Times New Roman" w:hAnsi="Times New Roman" w:cs="Times New Roman"/>
          <w:sz w:val="24"/>
          <w:szCs w:val="24"/>
        </w:rPr>
      </w:pPr>
      <w:r w:rsidRPr="00A829CC">
        <w:rPr>
          <w:rFonts w:ascii="Times New Roman" w:hAnsi="Times New Roman" w:cs="Times New Roman"/>
          <w:sz w:val="24"/>
          <w:szCs w:val="24"/>
        </w:rPr>
        <w:t>Tên tôi là: Lê Văn C   Sinh ngày 20/10/1980</w:t>
      </w:r>
    </w:p>
    <w:p w14:paraId="22169132" w14:textId="77777777" w:rsidR="004F3725" w:rsidRPr="00A829CC" w:rsidRDefault="00000000" w:rsidP="00A829CC">
      <w:pPr>
        <w:spacing w:line="360" w:lineRule="auto"/>
        <w:rPr>
          <w:rFonts w:ascii="Times New Roman" w:hAnsi="Times New Roman" w:cs="Times New Roman"/>
          <w:sz w:val="24"/>
          <w:szCs w:val="24"/>
        </w:rPr>
      </w:pPr>
      <w:r w:rsidRPr="00A829CC">
        <w:rPr>
          <w:rFonts w:ascii="Times New Roman" w:hAnsi="Times New Roman" w:cs="Times New Roman"/>
          <w:sz w:val="24"/>
          <w:szCs w:val="24"/>
        </w:rPr>
        <w:t>Nơi ở hiện nay: Đà Nẵng</w:t>
      </w:r>
    </w:p>
    <w:p w14:paraId="56CD0201" w14:textId="77777777" w:rsidR="004F3725" w:rsidRPr="00A829CC" w:rsidRDefault="00000000" w:rsidP="00A829CC">
      <w:pPr>
        <w:spacing w:line="360" w:lineRule="auto"/>
        <w:rPr>
          <w:rFonts w:ascii="Times New Roman" w:hAnsi="Times New Roman" w:cs="Times New Roman"/>
          <w:sz w:val="24"/>
          <w:szCs w:val="24"/>
        </w:rPr>
      </w:pPr>
      <w:r w:rsidRPr="00A829CC">
        <w:rPr>
          <w:rFonts w:ascii="Times New Roman" w:hAnsi="Times New Roman" w:cs="Times New Roman"/>
          <w:sz w:val="24"/>
          <w:szCs w:val="24"/>
        </w:rPr>
        <w:t>Vào Đảng Cộng sản Việt Nam ngày 20/11/2005 tại chi bộ: Chi bộ Z</w:t>
      </w:r>
    </w:p>
    <w:p w14:paraId="11D2CE36" w14:textId="77777777" w:rsidR="004F3725" w:rsidRPr="00A829CC" w:rsidRDefault="00000000" w:rsidP="00A829CC">
      <w:pPr>
        <w:spacing w:line="360" w:lineRule="auto"/>
        <w:rPr>
          <w:rFonts w:ascii="Times New Roman" w:hAnsi="Times New Roman" w:cs="Times New Roman"/>
          <w:sz w:val="24"/>
          <w:szCs w:val="24"/>
        </w:rPr>
      </w:pPr>
      <w:r w:rsidRPr="00A829CC">
        <w:rPr>
          <w:rFonts w:ascii="Times New Roman" w:hAnsi="Times New Roman" w:cs="Times New Roman"/>
          <w:sz w:val="24"/>
          <w:szCs w:val="24"/>
        </w:rPr>
        <w:t>Chính thức ngày: 20/11/2006 tại chi bộ: Chi bộ Z</w:t>
      </w:r>
    </w:p>
    <w:p w14:paraId="5BFD9482" w14:textId="14118259" w:rsidR="004F3725" w:rsidRPr="00A829CC" w:rsidRDefault="00000000" w:rsidP="00A829CC">
      <w:pPr>
        <w:spacing w:line="360" w:lineRule="auto"/>
        <w:rPr>
          <w:rFonts w:ascii="Times New Roman" w:hAnsi="Times New Roman" w:cs="Times New Roman"/>
          <w:sz w:val="24"/>
          <w:szCs w:val="24"/>
        </w:rPr>
      </w:pPr>
      <w:r w:rsidRPr="00A829CC">
        <w:rPr>
          <w:rFonts w:ascii="Times New Roman" w:hAnsi="Times New Roman" w:cs="Times New Roman"/>
          <w:sz w:val="24"/>
          <w:szCs w:val="24"/>
        </w:rPr>
        <w:t>Hiện đang công tác và sinh hoạt tại chi bộ: Chi bộ Z - Cơ quan C</w:t>
      </w:r>
    </w:p>
    <w:p w14:paraId="1F7C292D" w14:textId="77777777" w:rsidR="00A829CC" w:rsidRDefault="00000000" w:rsidP="00A829CC">
      <w:pPr>
        <w:spacing w:line="360" w:lineRule="auto"/>
        <w:rPr>
          <w:rFonts w:ascii="Times New Roman" w:hAnsi="Times New Roman" w:cs="Times New Roman"/>
          <w:sz w:val="24"/>
          <w:szCs w:val="24"/>
        </w:rPr>
      </w:pPr>
      <w:r w:rsidRPr="00A829CC">
        <w:rPr>
          <w:rFonts w:ascii="Times New Roman" w:hAnsi="Times New Roman" w:cs="Times New Roman"/>
          <w:sz w:val="24"/>
          <w:szCs w:val="24"/>
        </w:rPr>
        <w:t xml:space="preserve">Căn cứ tiêu chuẩn, nhiệm vụ của người Đảng viên, tôi đã vi phạm chính sách dân số, kế hoạch hóa gia đình do sinh con thứ 3. </w:t>
      </w:r>
    </w:p>
    <w:p w14:paraId="2089DEAD" w14:textId="4FC6372D" w:rsidR="004F3725" w:rsidRPr="00A829CC" w:rsidRDefault="00000000" w:rsidP="00A829CC">
      <w:pPr>
        <w:spacing w:line="360" w:lineRule="auto"/>
        <w:rPr>
          <w:rFonts w:ascii="Times New Roman" w:hAnsi="Times New Roman" w:cs="Times New Roman"/>
          <w:sz w:val="24"/>
          <w:szCs w:val="24"/>
        </w:rPr>
      </w:pPr>
      <w:r w:rsidRPr="00A829CC">
        <w:rPr>
          <w:rFonts w:ascii="Times New Roman" w:hAnsi="Times New Roman" w:cs="Times New Roman"/>
          <w:sz w:val="24"/>
          <w:szCs w:val="24"/>
        </w:rPr>
        <w:t>Nguyên nhân của hành vi vi phạm nêu trên như sau:</w:t>
      </w:r>
      <w:r w:rsidR="00A829CC">
        <w:rPr>
          <w:rFonts w:ascii="Times New Roman" w:hAnsi="Times New Roman" w:cs="Times New Roman"/>
          <w:sz w:val="24"/>
          <w:szCs w:val="24"/>
        </w:rPr>
        <w:t xml:space="preserve"> </w:t>
      </w:r>
      <w:r w:rsidRPr="00A829CC">
        <w:rPr>
          <w:rFonts w:ascii="Times New Roman" w:hAnsi="Times New Roman" w:cs="Times New Roman"/>
          <w:sz w:val="24"/>
          <w:szCs w:val="24"/>
        </w:rPr>
        <w:t xml:space="preserve">Do mong muốn có </w:t>
      </w:r>
      <w:r w:rsidR="00A829CC">
        <w:rPr>
          <w:rFonts w:ascii="Times New Roman" w:hAnsi="Times New Roman" w:cs="Times New Roman"/>
          <w:sz w:val="24"/>
          <w:szCs w:val="24"/>
        </w:rPr>
        <w:t xml:space="preserve">thêm </w:t>
      </w:r>
      <w:r w:rsidRPr="00A829CC">
        <w:rPr>
          <w:rFonts w:ascii="Times New Roman" w:hAnsi="Times New Roman" w:cs="Times New Roman"/>
          <w:sz w:val="24"/>
          <w:szCs w:val="24"/>
        </w:rPr>
        <w:t>con, chưa kiên quyết chấp hành quy định.</w:t>
      </w:r>
    </w:p>
    <w:p w14:paraId="2C59E091" w14:textId="7F8798A8" w:rsidR="004F3725" w:rsidRPr="00A829CC" w:rsidRDefault="00000000" w:rsidP="00A829CC">
      <w:pPr>
        <w:spacing w:line="360" w:lineRule="auto"/>
        <w:rPr>
          <w:rFonts w:ascii="Times New Roman" w:hAnsi="Times New Roman" w:cs="Times New Roman"/>
          <w:sz w:val="24"/>
          <w:szCs w:val="24"/>
        </w:rPr>
      </w:pPr>
      <w:r w:rsidRPr="00A829CC">
        <w:rPr>
          <w:rFonts w:ascii="Times New Roman" w:hAnsi="Times New Roman" w:cs="Times New Roman"/>
          <w:sz w:val="24"/>
          <w:szCs w:val="24"/>
        </w:rPr>
        <w:t>Trên đây là bản tự kiểm điểm của tôi về việc sinh con thứ ba trong quá trình sinh hoạt đảng tại Chi bộ…, Đảng bộ… Theo Quy định 69-QĐ/TW của Ban Bí thư, tôi xin tự nhận hình thức kỷ luật là khiển trách.</w:t>
      </w:r>
    </w:p>
    <w:p w14:paraId="61A56B25" w14:textId="497867B6" w:rsidR="004F3725" w:rsidRPr="00A829CC" w:rsidRDefault="00000000" w:rsidP="00A829CC">
      <w:pPr>
        <w:spacing w:line="360" w:lineRule="auto"/>
        <w:rPr>
          <w:rFonts w:ascii="Times New Roman" w:hAnsi="Times New Roman" w:cs="Times New Roman"/>
          <w:sz w:val="24"/>
          <w:szCs w:val="24"/>
        </w:rPr>
      </w:pPr>
      <w:r w:rsidRPr="00A829CC">
        <w:rPr>
          <w:rFonts w:ascii="Times New Roman" w:hAnsi="Times New Roman" w:cs="Times New Roman"/>
          <w:sz w:val="24"/>
          <w:szCs w:val="24"/>
        </w:rPr>
        <w:lastRenderedPageBreak/>
        <w:t>Tôi xin hứa sẽ không tái phạm vi phạm chính sách dân số, kế hoạch hóa gia đình đã được quy định và luôn phấn đấu thực hiện tốt nhiệm vụ Đảng viên, xứng đáng là người đảng viên Đảng Cộng sản Việt Nam.</w:t>
      </w:r>
    </w:p>
    <w:p w14:paraId="220C6301" w14:textId="77777777" w:rsidR="004F3725" w:rsidRPr="00A829CC" w:rsidRDefault="00000000" w:rsidP="00A829CC">
      <w:pPr>
        <w:spacing w:line="360" w:lineRule="auto"/>
        <w:rPr>
          <w:rFonts w:ascii="Times New Roman" w:hAnsi="Times New Roman" w:cs="Times New Roman"/>
          <w:sz w:val="24"/>
          <w:szCs w:val="24"/>
        </w:rPr>
      </w:pPr>
      <w:r w:rsidRPr="00A829CC">
        <w:rPr>
          <w:rFonts w:ascii="Times New Roman" w:hAnsi="Times New Roman" w:cs="Times New Roman"/>
          <w:sz w:val="24"/>
          <w:szCs w:val="24"/>
        </w:rPr>
        <w:br/>
      </w:r>
      <w:r w:rsidRPr="00A829CC">
        <w:rPr>
          <w:rFonts w:ascii="Times New Roman" w:hAnsi="Times New Roman" w:cs="Times New Roman"/>
          <w:sz w:val="24"/>
          <w:szCs w:val="24"/>
        </w:rPr>
        <w:br/>
      </w:r>
    </w:p>
    <w:p w14:paraId="503EDACE" w14:textId="77777777" w:rsidR="004F3725" w:rsidRPr="00A829CC" w:rsidRDefault="00000000" w:rsidP="00A829CC">
      <w:pPr>
        <w:spacing w:line="360" w:lineRule="auto"/>
        <w:ind w:firstLine="6480"/>
        <w:rPr>
          <w:rFonts w:ascii="Times New Roman" w:hAnsi="Times New Roman" w:cs="Times New Roman"/>
          <w:sz w:val="24"/>
          <w:szCs w:val="24"/>
        </w:rPr>
      </w:pPr>
      <w:r w:rsidRPr="00A829CC">
        <w:rPr>
          <w:rFonts w:ascii="Times New Roman" w:hAnsi="Times New Roman" w:cs="Times New Roman"/>
          <w:sz w:val="24"/>
          <w:szCs w:val="24"/>
        </w:rPr>
        <w:t>NGƯỜI TỰ KIỂM ĐIỂM</w:t>
      </w:r>
    </w:p>
    <w:p w14:paraId="165CE894" w14:textId="77777777" w:rsidR="004F3725" w:rsidRPr="00A829CC" w:rsidRDefault="00000000" w:rsidP="00A829CC">
      <w:pPr>
        <w:spacing w:line="360" w:lineRule="auto"/>
        <w:ind w:firstLine="6480"/>
        <w:rPr>
          <w:rFonts w:ascii="Times New Roman" w:hAnsi="Times New Roman" w:cs="Times New Roman"/>
          <w:sz w:val="24"/>
          <w:szCs w:val="24"/>
        </w:rPr>
      </w:pPr>
      <w:r w:rsidRPr="00A829CC">
        <w:rPr>
          <w:rFonts w:ascii="Times New Roman" w:hAnsi="Times New Roman" w:cs="Times New Roman"/>
          <w:sz w:val="24"/>
          <w:szCs w:val="24"/>
        </w:rPr>
        <w:t>(Ký và ghi rõ họ tên)</w:t>
      </w:r>
    </w:p>
    <w:sectPr w:rsidR="004F3725" w:rsidRPr="00A829CC" w:rsidSect="00A829CC">
      <w:pgSz w:w="12240" w:h="15840"/>
      <w:pgMar w:top="1440" w:right="81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25040828">
    <w:abstractNumId w:val="8"/>
  </w:num>
  <w:num w:numId="2" w16cid:durableId="1546025152">
    <w:abstractNumId w:val="6"/>
  </w:num>
  <w:num w:numId="3" w16cid:durableId="2140763725">
    <w:abstractNumId w:val="5"/>
  </w:num>
  <w:num w:numId="4" w16cid:durableId="1910340576">
    <w:abstractNumId w:val="4"/>
  </w:num>
  <w:num w:numId="5" w16cid:durableId="1363019744">
    <w:abstractNumId w:val="7"/>
  </w:num>
  <w:num w:numId="6" w16cid:durableId="1633444144">
    <w:abstractNumId w:val="3"/>
  </w:num>
  <w:num w:numId="7" w16cid:durableId="1258096010">
    <w:abstractNumId w:val="2"/>
  </w:num>
  <w:num w:numId="8" w16cid:durableId="1729914075">
    <w:abstractNumId w:val="1"/>
  </w:num>
  <w:num w:numId="9" w16cid:durableId="1582760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F3725"/>
    <w:rsid w:val="00A829CC"/>
    <w:rsid w:val="00AA1D8D"/>
    <w:rsid w:val="00B47730"/>
    <w:rsid w:val="00CB0664"/>
    <w:rsid w:val="00D802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93334E"/>
  <w14:defaultImageDpi w14:val="300"/>
  <w15:docId w15:val="{BDAB204B-596D-408D-985F-CDB7A08C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179</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Triều Long LĐTL</cp:lastModifiedBy>
  <cp:revision>2</cp:revision>
  <dcterms:created xsi:type="dcterms:W3CDTF">2025-09-08T08:15:00Z</dcterms:created>
  <dcterms:modified xsi:type="dcterms:W3CDTF">2025-09-08T08:15:00Z</dcterms:modified>
  <cp:category/>
</cp:coreProperties>
</file>