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9540" w:type="dxa"/>
        <w:tblInd w:w="-1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38"/>
        <w:gridCol w:w="6302"/>
      </w:tblGrid>
      <w:tr w:rsidR="00053BFA" w14:paraId="21503F72" w14:textId="77777777" w:rsidTr="00053BFA">
        <w:tc>
          <w:tcPr>
            <w:tcW w:w="323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BBA9EF" w14:textId="77777777" w:rsidR="00053BFA" w:rsidRDefault="00053BFA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</w:rPr>
              <w:t>CƠ QUAN, ĐƠN VỊ….</w:t>
            </w:r>
          </w:p>
          <w:p w14:paraId="7CBF62F4" w14:textId="77777777" w:rsidR="00BF4248" w:rsidRDefault="00BF4248" w:rsidP="00BF4248">
            <w:pPr>
              <w:spacing w:after="0" w:line="360" w:lineRule="auto"/>
              <w:rPr>
                <w:rFonts w:ascii="Times New Roman" w:hAnsi="Times New Roman" w:cs="Times New Roman"/>
                <w:bCs/>
                <w:sz w:val="28"/>
              </w:rPr>
            </w:pPr>
          </w:p>
          <w:p w14:paraId="502DC37D" w14:textId="6CE0879C" w:rsidR="00053BFA" w:rsidRDefault="00053BFA" w:rsidP="00BF4248">
            <w:pPr>
              <w:spacing w:after="0" w:line="360" w:lineRule="auto"/>
              <w:rPr>
                <w:rFonts w:ascii="Times New Roman" w:hAnsi="Times New Roman" w:cs="Times New Roman"/>
                <w:bCs/>
                <w:sz w:val="28"/>
              </w:rPr>
            </w:pPr>
            <w:r>
              <w:rPr>
                <w:rFonts w:ascii="Times New Roman" w:hAnsi="Times New Roman" w:cs="Times New Roman"/>
                <w:bCs/>
                <w:sz w:val="28"/>
              </w:rPr>
              <w:t>Số: ……………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</w:rPr>
              <w:t>…..</w:t>
            </w:r>
            <w:proofErr w:type="gramEnd"/>
          </w:p>
        </w:tc>
        <w:tc>
          <w:tcPr>
            <w:tcW w:w="630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B179BD" w14:textId="77777777" w:rsidR="00053BFA" w:rsidRDefault="00053BFA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</w:rPr>
              <w:t>CỘNG HÒA XÃ HỘI CHỦ NGHĨA VIỆT NAM</w:t>
            </w:r>
            <w:r>
              <w:rPr>
                <w:rFonts w:ascii="Times New Roman" w:hAnsi="Times New Roman" w:cs="Times New Roman"/>
                <w:b/>
                <w:bCs/>
                <w:sz w:val="28"/>
              </w:rPr>
              <w:br/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  <w:t>Độc lập - Tự do - Hạnh phúc</w:t>
            </w:r>
            <w:r>
              <w:rPr>
                <w:rFonts w:ascii="Times New Roman" w:hAnsi="Times New Roman" w:cs="Times New Roman"/>
                <w:b/>
                <w:bCs/>
                <w:szCs w:val="24"/>
                <w:u w:val="single"/>
              </w:rPr>
              <w:t xml:space="preserve"> </w:t>
            </w:r>
          </w:p>
          <w:p w14:paraId="342966D6" w14:textId="77777777" w:rsidR="00BF4248" w:rsidRDefault="00053BFA" w:rsidP="00BF4248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i/>
                <w:sz w:val="28"/>
              </w:rPr>
            </w:pPr>
            <w:r>
              <w:rPr>
                <w:rFonts w:ascii="Times New Roman" w:hAnsi="Times New Roman" w:cs="Times New Roman"/>
                <w:bCs/>
                <w:i/>
                <w:sz w:val="28"/>
              </w:rPr>
              <w:t xml:space="preserve">   </w:t>
            </w:r>
          </w:p>
          <w:p w14:paraId="61980DA4" w14:textId="64D582E5" w:rsidR="00053BFA" w:rsidRPr="00BF4248" w:rsidRDefault="00BF4248" w:rsidP="00BF4248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i/>
                <w:sz w:val="28"/>
              </w:rPr>
            </w:pPr>
            <w:r>
              <w:rPr>
                <w:rFonts w:ascii="Times New Roman" w:hAnsi="Times New Roman" w:cs="Times New Roman"/>
                <w:bCs/>
                <w:i/>
                <w:sz w:val="28"/>
              </w:rPr>
              <w:t xml:space="preserve">               </w:t>
            </w:r>
            <w:r w:rsidR="00053BFA">
              <w:rPr>
                <w:rFonts w:ascii="Times New Roman" w:hAnsi="Times New Roman" w:cs="Times New Roman"/>
                <w:bCs/>
                <w:i/>
                <w:sz w:val="28"/>
              </w:rPr>
              <w:t>………, ngày …… tháng …… năm ……</w:t>
            </w:r>
          </w:p>
        </w:tc>
      </w:tr>
    </w:tbl>
    <w:p w14:paraId="6BE11DFE" w14:textId="77777777" w:rsidR="00BD0E81" w:rsidRPr="00172F8C" w:rsidRDefault="00000000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172F8C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</w:p>
    <w:p w14:paraId="36488925" w14:textId="77777777" w:rsidR="00BD0E81" w:rsidRPr="005A3C3B" w:rsidRDefault="00000000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A3C3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BIÊN BẢN CUỘC HỌP</w:t>
      </w:r>
    </w:p>
    <w:p w14:paraId="17C219A6" w14:textId="77777777" w:rsidR="00BD0E81" w:rsidRPr="00172F8C" w:rsidRDefault="00000000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172F8C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</w:p>
    <w:p w14:paraId="0C5EBA8B" w14:textId="77777777" w:rsidR="00BD0E81" w:rsidRPr="00172F8C" w:rsidRDefault="00000000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172F8C">
        <w:rPr>
          <w:rFonts w:ascii="Times New Roman" w:hAnsi="Times New Roman" w:cs="Times New Roman"/>
          <w:color w:val="000000" w:themeColor="text1"/>
          <w:sz w:val="26"/>
          <w:szCs w:val="26"/>
        </w:rPr>
        <w:t>Thời gian: ......... giờ ........., ngày ......... tháng ......... năm .........</w:t>
      </w:r>
    </w:p>
    <w:p w14:paraId="292713AE" w14:textId="77777777" w:rsidR="00BD0E81" w:rsidRPr="00172F8C" w:rsidRDefault="00000000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172F8C">
        <w:rPr>
          <w:rFonts w:ascii="Times New Roman" w:hAnsi="Times New Roman" w:cs="Times New Roman"/>
          <w:color w:val="000000" w:themeColor="text1"/>
          <w:sz w:val="26"/>
          <w:szCs w:val="26"/>
        </w:rPr>
        <w:t>Địa điểm: ........................................................................................................</w:t>
      </w:r>
    </w:p>
    <w:p w14:paraId="5B2AC1FE" w14:textId="77777777" w:rsidR="00BD0E81" w:rsidRPr="00172F8C" w:rsidRDefault="00000000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172F8C">
        <w:rPr>
          <w:rFonts w:ascii="Times New Roman" w:hAnsi="Times New Roman" w:cs="Times New Roman"/>
          <w:color w:val="000000" w:themeColor="text1"/>
          <w:sz w:val="26"/>
          <w:szCs w:val="26"/>
        </w:rPr>
        <w:t>Chủ trì cuộc họp: ..........................................................................................</w:t>
      </w:r>
    </w:p>
    <w:p w14:paraId="12610791" w14:textId="77777777" w:rsidR="00BD0E81" w:rsidRPr="00172F8C" w:rsidRDefault="00000000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172F8C">
        <w:rPr>
          <w:rFonts w:ascii="Times New Roman" w:hAnsi="Times New Roman" w:cs="Times New Roman"/>
          <w:color w:val="000000" w:themeColor="text1"/>
          <w:sz w:val="26"/>
          <w:szCs w:val="26"/>
        </w:rPr>
        <w:t>Thư ký cuộc họp: .........................................................................................</w:t>
      </w:r>
    </w:p>
    <w:p w14:paraId="2F6BF46F" w14:textId="77777777" w:rsidR="00BD0E81" w:rsidRPr="00172F8C" w:rsidRDefault="00000000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172F8C">
        <w:rPr>
          <w:rFonts w:ascii="Times New Roman" w:hAnsi="Times New Roman" w:cs="Times New Roman"/>
          <w:color w:val="000000" w:themeColor="text1"/>
          <w:sz w:val="26"/>
          <w:szCs w:val="26"/>
        </w:rPr>
        <w:t>Thành phần tham dự: ....................................................................................</w:t>
      </w:r>
    </w:p>
    <w:p w14:paraId="5B8D06FC" w14:textId="77777777" w:rsidR="00BD0E81" w:rsidRPr="00172F8C" w:rsidRDefault="00000000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172F8C">
        <w:rPr>
          <w:rFonts w:ascii="Times New Roman" w:hAnsi="Times New Roman" w:cs="Times New Roman"/>
          <w:color w:val="000000" w:themeColor="text1"/>
          <w:sz w:val="26"/>
          <w:szCs w:val="26"/>
        </w:rPr>
        <w:t>Vắng mặt (nếu có): .......................................................................................</w:t>
      </w:r>
    </w:p>
    <w:p w14:paraId="4C51E862" w14:textId="77777777" w:rsidR="00BD0E81" w:rsidRPr="00172F8C" w:rsidRDefault="00000000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172F8C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</w:p>
    <w:p w14:paraId="7D4CD496" w14:textId="77777777" w:rsidR="00BD0E81" w:rsidRDefault="00000000">
      <w:pPr>
        <w:pStyle w:val="Heading2"/>
        <w:rPr>
          <w:rFonts w:ascii="Times New Roman" w:hAnsi="Times New Roman" w:cs="Times New Roman"/>
          <w:color w:val="000000" w:themeColor="text1"/>
        </w:rPr>
      </w:pPr>
      <w:r w:rsidRPr="00172F8C">
        <w:rPr>
          <w:rFonts w:ascii="Times New Roman" w:hAnsi="Times New Roman" w:cs="Times New Roman"/>
          <w:color w:val="000000" w:themeColor="text1"/>
        </w:rPr>
        <w:t>NỘI DUNG CUỘC HỌP</w:t>
      </w:r>
    </w:p>
    <w:p w14:paraId="24DADD9E" w14:textId="77777777" w:rsidR="00172F8C" w:rsidRPr="00172F8C" w:rsidRDefault="00172F8C" w:rsidP="00172F8C"/>
    <w:p w14:paraId="0784684B" w14:textId="77777777" w:rsidR="00BD0E81" w:rsidRPr="00172F8C" w:rsidRDefault="00000000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172F8C">
        <w:rPr>
          <w:rFonts w:ascii="Times New Roman" w:hAnsi="Times New Roman" w:cs="Times New Roman"/>
          <w:color w:val="000000" w:themeColor="text1"/>
          <w:sz w:val="26"/>
          <w:szCs w:val="26"/>
        </w:rPr>
        <w:t>1. Diễn biến cuộc họp:</w:t>
      </w:r>
    </w:p>
    <w:p w14:paraId="7DA1CB00" w14:textId="77777777" w:rsidR="00BD0E81" w:rsidRPr="00172F8C" w:rsidRDefault="00000000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172F8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- Ý kiến 1: .................................................................................................</w:t>
      </w:r>
    </w:p>
    <w:p w14:paraId="42F5C353" w14:textId="77777777" w:rsidR="00BD0E81" w:rsidRPr="00172F8C" w:rsidRDefault="00000000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172F8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- Ý kiến 2: .................................................................................................</w:t>
      </w:r>
    </w:p>
    <w:p w14:paraId="69531899" w14:textId="77777777" w:rsidR="00BD0E81" w:rsidRPr="00172F8C" w:rsidRDefault="00000000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172F8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- Ý kiến khác: ............................................................................................</w:t>
      </w:r>
    </w:p>
    <w:p w14:paraId="33E3906E" w14:textId="77777777" w:rsidR="00BD0E81" w:rsidRPr="00172F8C" w:rsidRDefault="00000000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172F8C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</w:p>
    <w:p w14:paraId="3C28A68D" w14:textId="77777777" w:rsidR="00BD0E81" w:rsidRPr="00172F8C" w:rsidRDefault="00000000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172F8C">
        <w:rPr>
          <w:rFonts w:ascii="Times New Roman" w:hAnsi="Times New Roman" w:cs="Times New Roman"/>
          <w:color w:val="000000" w:themeColor="text1"/>
          <w:sz w:val="26"/>
          <w:szCs w:val="26"/>
        </w:rPr>
        <w:t>2. Các vấn đề được thảo luận:</w:t>
      </w:r>
    </w:p>
    <w:p w14:paraId="7E8A39D9" w14:textId="77777777" w:rsidR="00BD0E81" w:rsidRPr="00172F8C" w:rsidRDefault="00000000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172F8C">
        <w:rPr>
          <w:rFonts w:ascii="Times New Roman" w:hAnsi="Times New Roman" w:cs="Times New Roman"/>
          <w:color w:val="000000" w:themeColor="text1"/>
          <w:sz w:val="26"/>
          <w:szCs w:val="26"/>
        </w:rPr>
        <w:lastRenderedPageBreak/>
        <w:t xml:space="preserve">   - Vấn đề 1: ................................................................................................</w:t>
      </w:r>
    </w:p>
    <w:p w14:paraId="17DA36BE" w14:textId="77777777" w:rsidR="00BD0E81" w:rsidRPr="00172F8C" w:rsidRDefault="00000000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172F8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- Vấn đề 2: ................................................................................................</w:t>
      </w:r>
    </w:p>
    <w:p w14:paraId="2972C2B5" w14:textId="77777777" w:rsidR="00BD0E81" w:rsidRPr="00172F8C" w:rsidRDefault="00000000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172F8C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</w:p>
    <w:p w14:paraId="32A46F9F" w14:textId="77777777" w:rsidR="00BD0E81" w:rsidRPr="00172F8C" w:rsidRDefault="00000000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172F8C">
        <w:rPr>
          <w:rFonts w:ascii="Times New Roman" w:hAnsi="Times New Roman" w:cs="Times New Roman"/>
          <w:color w:val="000000" w:themeColor="text1"/>
          <w:sz w:val="26"/>
          <w:szCs w:val="26"/>
        </w:rPr>
        <w:t>3. Kết quả biểu quyết (nếu có):</w:t>
      </w:r>
    </w:p>
    <w:p w14:paraId="695B06BE" w14:textId="77777777" w:rsidR="00BD0E81" w:rsidRPr="00172F8C" w:rsidRDefault="00000000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172F8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- Tổng số biểu quyết: ..........</w:t>
      </w:r>
    </w:p>
    <w:p w14:paraId="641E9B03" w14:textId="77777777" w:rsidR="00BD0E81" w:rsidRPr="00172F8C" w:rsidRDefault="00000000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172F8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- Số phiếu tán thành: ..........</w:t>
      </w:r>
    </w:p>
    <w:p w14:paraId="052DA2D4" w14:textId="77777777" w:rsidR="00BD0E81" w:rsidRPr="00172F8C" w:rsidRDefault="00000000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172F8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- Số phiếu không tán thành: ..........</w:t>
      </w:r>
    </w:p>
    <w:p w14:paraId="42CC3F3C" w14:textId="77777777" w:rsidR="00BD0E81" w:rsidRPr="00172F8C" w:rsidRDefault="00000000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172F8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- Số phiếu trắng: ..........</w:t>
      </w:r>
    </w:p>
    <w:p w14:paraId="30A2BEAF" w14:textId="77777777" w:rsidR="00BD0E81" w:rsidRPr="00172F8C" w:rsidRDefault="00000000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172F8C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</w:p>
    <w:p w14:paraId="6E7A09E7" w14:textId="77777777" w:rsidR="00BD0E81" w:rsidRPr="00172F8C" w:rsidRDefault="00000000">
      <w:pPr>
        <w:pStyle w:val="Heading2"/>
        <w:rPr>
          <w:rFonts w:ascii="Times New Roman" w:hAnsi="Times New Roman" w:cs="Times New Roman"/>
          <w:color w:val="000000" w:themeColor="text1"/>
        </w:rPr>
      </w:pPr>
      <w:r w:rsidRPr="00172F8C">
        <w:rPr>
          <w:rFonts w:ascii="Times New Roman" w:hAnsi="Times New Roman" w:cs="Times New Roman"/>
          <w:color w:val="000000" w:themeColor="text1"/>
        </w:rPr>
        <w:t>KẾT LUẬN CUỘC HỌP</w:t>
      </w:r>
    </w:p>
    <w:p w14:paraId="5ADAC3F3" w14:textId="77777777" w:rsidR="00BD0E81" w:rsidRPr="00172F8C" w:rsidRDefault="00000000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172F8C">
        <w:rPr>
          <w:rFonts w:ascii="Times New Roman" w:hAnsi="Times New Roman" w:cs="Times New Roman"/>
          <w:color w:val="000000" w:themeColor="text1"/>
          <w:sz w:val="26"/>
          <w:szCs w:val="26"/>
        </w:rPr>
        <w:t>.....................................................................................................................</w:t>
      </w:r>
    </w:p>
    <w:p w14:paraId="159C23D0" w14:textId="77777777" w:rsidR="00BD0E81" w:rsidRPr="00172F8C" w:rsidRDefault="00000000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172F8C">
        <w:rPr>
          <w:rFonts w:ascii="Times New Roman" w:hAnsi="Times New Roman" w:cs="Times New Roman"/>
          <w:color w:val="000000" w:themeColor="text1"/>
          <w:sz w:val="26"/>
          <w:szCs w:val="26"/>
        </w:rPr>
        <w:t>.....................................................................................................................</w:t>
      </w:r>
    </w:p>
    <w:p w14:paraId="22169092" w14:textId="77777777" w:rsidR="00BD0E81" w:rsidRPr="00172F8C" w:rsidRDefault="00000000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172F8C">
        <w:rPr>
          <w:rFonts w:ascii="Times New Roman" w:hAnsi="Times New Roman" w:cs="Times New Roman"/>
          <w:color w:val="000000" w:themeColor="text1"/>
          <w:sz w:val="26"/>
          <w:szCs w:val="26"/>
        </w:rPr>
        <w:t>.....................................................................................................................</w:t>
      </w:r>
    </w:p>
    <w:p w14:paraId="0F948531" w14:textId="77777777" w:rsidR="00053BFA" w:rsidRPr="00172F8C" w:rsidRDefault="00000000" w:rsidP="00053BFA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172F8C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428"/>
        <w:gridCol w:w="4428"/>
      </w:tblGrid>
      <w:tr w:rsidR="00053BFA" w14:paraId="0999A72A" w14:textId="77777777" w:rsidTr="00053BFA">
        <w:tc>
          <w:tcPr>
            <w:tcW w:w="4608" w:type="dxa"/>
            <w:hideMark/>
          </w:tcPr>
          <w:p w14:paraId="4FC65575" w14:textId="77777777" w:rsidR="00053BFA" w:rsidRDefault="00053BFA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THƯ KÝ</w:t>
            </w:r>
          </w:p>
          <w:p w14:paraId="06C94D3D" w14:textId="77777777" w:rsidR="00053BFA" w:rsidRDefault="00053BFA">
            <w:pPr>
              <w:spacing w:after="0" w:line="360" w:lineRule="auto"/>
              <w:jc w:val="center"/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(Ký, ghi rõ họ tên)</w:t>
            </w:r>
          </w:p>
        </w:tc>
        <w:tc>
          <w:tcPr>
            <w:tcW w:w="4608" w:type="dxa"/>
            <w:hideMark/>
          </w:tcPr>
          <w:p w14:paraId="73A4C791" w14:textId="77777777" w:rsidR="00053BFA" w:rsidRDefault="00053BFA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CHỦ TỌA</w:t>
            </w:r>
          </w:p>
          <w:p w14:paraId="1388FE8A" w14:textId="77777777" w:rsidR="00053BFA" w:rsidRDefault="00053BFA">
            <w:pPr>
              <w:spacing w:after="0" w:line="360" w:lineRule="auto"/>
              <w:jc w:val="center"/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(Ký, ghi rõ họ tên)</w:t>
            </w:r>
          </w:p>
        </w:tc>
      </w:tr>
      <w:tr w:rsidR="00053BFA" w14:paraId="7595856C" w14:textId="77777777" w:rsidTr="00053BFA">
        <w:tc>
          <w:tcPr>
            <w:tcW w:w="9216" w:type="dxa"/>
            <w:gridSpan w:val="2"/>
          </w:tcPr>
          <w:p w14:paraId="66AE9E1E" w14:textId="77777777" w:rsidR="00053BFA" w:rsidRDefault="00053BFA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14:paraId="53F4D703" w14:textId="77777777" w:rsidR="00053BFA" w:rsidRDefault="00053BFA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14:paraId="72E9806D" w14:textId="77777777" w:rsidR="00053BFA" w:rsidRDefault="00053BFA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14:paraId="02F0DCD9" w14:textId="77777777" w:rsidR="00053BFA" w:rsidRDefault="00053BFA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CÁC THÀNH VIÊN KHÁC</w:t>
            </w:r>
          </w:p>
          <w:p w14:paraId="6D551F0F" w14:textId="77777777" w:rsidR="00053BFA" w:rsidRDefault="00053BFA">
            <w:pPr>
              <w:spacing w:after="0" w:line="360" w:lineRule="auto"/>
              <w:jc w:val="center"/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(Ký, ghi rõ họ tên)</w:t>
            </w:r>
          </w:p>
        </w:tc>
      </w:tr>
    </w:tbl>
    <w:p w14:paraId="4D16C865" w14:textId="11EEC1FB" w:rsidR="00BD0E81" w:rsidRPr="00172F8C" w:rsidRDefault="00BD0E81" w:rsidP="00053BFA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sectPr w:rsidR="00BD0E81" w:rsidRPr="00172F8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13087331">
    <w:abstractNumId w:val="8"/>
  </w:num>
  <w:num w:numId="2" w16cid:durableId="1822113994">
    <w:abstractNumId w:val="6"/>
  </w:num>
  <w:num w:numId="3" w16cid:durableId="626938193">
    <w:abstractNumId w:val="5"/>
  </w:num>
  <w:num w:numId="4" w16cid:durableId="1222641939">
    <w:abstractNumId w:val="4"/>
  </w:num>
  <w:num w:numId="5" w16cid:durableId="1249925639">
    <w:abstractNumId w:val="7"/>
  </w:num>
  <w:num w:numId="6" w16cid:durableId="90858188">
    <w:abstractNumId w:val="3"/>
  </w:num>
  <w:num w:numId="7" w16cid:durableId="270821494">
    <w:abstractNumId w:val="2"/>
  </w:num>
  <w:num w:numId="8" w16cid:durableId="1588920716">
    <w:abstractNumId w:val="1"/>
  </w:num>
  <w:num w:numId="9" w16cid:durableId="6657915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53BFA"/>
    <w:rsid w:val="0006063C"/>
    <w:rsid w:val="0015074B"/>
    <w:rsid w:val="00172F8C"/>
    <w:rsid w:val="0029639D"/>
    <w:rsid w:val="00326F90"/>
    <w:rsid w:val="005A3C3B"/>
    <w:rsid w:val="00AA1D8D"/>
    <w:rsid w:val="00B47730"/>
    <w:rsid w:val="00BD0E81"/>
    <w:rsid w:val="00BF4248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0D54EC8"/>
  <w14:defaultImageDpi w14:val="300"/>
  <w15:docId w15:val="{F6B88ED3-878D-49D2-B9C6-4D601874E8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2504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8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311</Words>
  <Characters>1774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2081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Triều Long LĐTL</cp:lastModifiedBy>
  <cp:revision>5</cp:revision>
  <dcterms:created xsi:type="dcterms:W3CDTF">2013-12-23T23:15:00Z</dcterms:created>
  <dcterms:modified xsi:type="dcterms:W3CDTF">2025-09-04T02:21:00Z</dcterms:modified>
  <cp:category/>
</cp:coreProperties>
</file>