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F9900B" w14:textId="77777777" w:rsidR="00175DE4" w:rsidRPr="00DC53EE" w:rsidRDefault="00000000">
      <w:pPr>
        <w:jc w:val="center"/>
        <w:rPr>
          <w:rFonts w:ascii="Times New Roman" w:hAnsi="Times New Roman" w:cs="Times New Roman"/>
          <w:sz w:val="26"/>
          <w:szCs w:val="26"/>
        </w:rPr>
      </w:pPr>
      <w:r w:rsidRPr="00DC53EE">
        <w:rPr>
          <w:rFonts w:ascii="Times New Roman" w:hAnsi="Times New Roman" w:cs="Times New Roman"/>
          <w:b/>
          <w:sz w:val="26"/>
          <w:szCs w:val="26"/>
        </w:rPr>
        <w:t>CỘNG HÒA XÃ HỘI CHỦ NGHĨA VIỆT NAM</w:t>
      </w:r>
    </w:p>
    <w:p w14:paraId="23587F58" w14:textId="13441D30" w:rsidR="00175DE4" w:rsidRPr="00DC53EE" w:rsidRDefault="00000000" w:rsidP="00DC53EE">
      <w:pPr>
        <w:jc w:val="center"/>
        <w:rPr>
          <w:rFonts w:ascii="Times New Roman" w:hAnsi="Times New Roman" w:cs="Times New Roman"/>
          <w:sz w:val="26"/>
          <w:szCs w:val="26"/>
        </w:rPr>
      </w:pPr>
      <w:r w:rsidRPr="00DC53EE">
        <w:rPr>
          <w:rFonts w:ascii="Times New Roman" w:hAnsi="Times New Roman" w:cs="Times New Roman"/>
          <w:b/>
          <w:sz w:val="26"/>
          <w:szCs w:val="26"/>
        </w:rPr>
        <w:t>Độc lập - Tự do - Hạnh phúc</w:t>
      </w:r>
      <w:r w:rsidRPr="00DC53EE">
        <w:rPr>
          <w:rFonts w:ascii="Times New Roman" w:hAnsi="Times New Roman" w:cs="Times New Roman"/>
          <w:sz w:val="26"/>
          <w:szCs w:val="26"/>
        </w:rPr>
        <w:br/>
      </w:r>
    </w:p>
    <w:p w14:paraId="151A18F4" w14:textId="77777777" w:rsidR="00175DE4" w:rsidRPr="00DC53EE" w:rsidRDefault="00000000">
      <w:pPr>
        <w:jc w:val="center"/>
        <w:rPr>
          <w:rFonts w:ascii="Times New Roman" w:hAnsi="Times New Roman" w:cs="Times New Roman"/>
          <w:sz w:val="26"/>
          <w:szCs w:val="26"/>
        </w:rPr>
      </w:pPr>
      <w:r w:rsidRPr="00DC53EE">
        <w:rPr>
          <w:rFonts w:ascii="Times New Roman" w:hAnsi="Times New Roman" w:cs="Times New Roman"/>
          <w:b/>
          <w:sz w:val="26"/>
          <w:szCs w:val="26"/>
        </w:rPr>
        <w:t>QUYẾT ĐỊNH</w:t>
      </w:r>
    </w:p>
    <w:p w14:paraId="0D03F161" w14:textId="3720655F" w:rsidR="00175DE4" w:rsidRPr="00DC53EE" w:rsidRDefault="00000000" w:rsidP="00DC53EE">
      <w:pPr>
        <w:jc w:val="center"/>
        <w:rPr>
          <w:rFonts w:ascii="Times New Roman" w:hAnsi="Times New Roman" w:cs="Times New Roman"/>
          <w:sz w:val="26"/>
          <w:szCs w:val="26"/>
        </w:rPr>
      </w:pPr>
      <w:r w:rsidRPr="00DC53EE">
        <w:rPr>
          <w:rFonts w:ascii="Times New Roman" w:hAnsi="Times New Roman" w:cs="Times New Roman"/>
          <w:sz w:val="26"/>
          <w:szCs w:val="26"/>
        </w:rPr>
        <w:t>Về việc sa thải người lao động do không hoàn thành công việc</w:t>
      </w:r>
      <w:r w:rsidRPr="00DC53EE">
        <w:rPr>
          <w:rFonts w:ascii="Times New Roman" w:hAnsi="Times New Roman" w:cs="Times New Roman"/>
          <w:sz w:val="26"/>
          <w:szCs w:val="26"/>
        </w:rPr>
        <w:br/>
      </w:r>
    </w:p>
    <w:p w14:paraId="6B4FCDE8" w14:textId="57907A21" w:rsidR="00175DE4" w:rsidRPr="00DC53EE" w:rsidRDefault="00000000">
      <w:pPr>
        <w:rPr>
          <w:rFonts w:ascii="Times New Roman" w:hAnsi="Times New Roman" w:cs="Times New Roman"/>
          <w:sz w:val="26"/>
          <w:szCs w:val="26"/>
        </w:rPr>
      </w:pPr>
      <w:r w:rsidRPr="00DC53EE">
        <w:rPr>
          <w:rFonts w:ascii="Times New Roman" w:hAnsi="Times New Roman" w:cs="Times New Roman"/>
          <w:sz w:val="26"/>
          <w:szCs w:val="26"/>
        </w:rPr>
        <w:t>Căn cứ Bộ luật Lao động</w:t>
      </w:r>
      <w:r w:rsidR="00DC53EE">
        <w:rPr>
          <w:rFonts w:ascii="Times New Roman" w:hAnsi="Times New Roman" w:cs="Times New Roman"/>
          <w:sz w:val="26"/>
          <w:szCs w:val="26"/>
        </w:rPr>
        <w:t xml:space="preserve"> </w:t>
      </w:r>
      <w:r w:rsidRPr="00DC53EE">
        <w:rPr>
          <w:rFonts w:ascii="Times New Roman" w:hAnsi="Times New Roman" w:cs="Times New Roman"/>
          <w:sz w:val="26"/>
          <w:szCs w:val="26"/>
        </w:rPr>
        <w:t>2019;</w:t>
      </w:r>
    </w:p>
    <w:p w14:paraId="6F9B3BE8" w14:textId="77777777" w:rsidR="00175DE4" w:rsidRPr="00DC53EE" w:rsidRDefault="00000000">
      <w:pPr>
        <w:rPr>
          <w:rFonts w:ascii="Times New Roman" w:hAnsi="Times New Roman" w:cs="Times New Roman"/>
          <w:sz w:val="26"/>
          <w:szCs w:val="26"/>
        </w:rPr>
      </w:pPr>
      <w:r w:rsidRPr="00DC53EE">
        <w:rPr>
          <w:rFonts w:ascii="Times New Roman" w:hAnsi="Times New Roman" w:cs="Times New Roman"/>
          <w:sz w:val="26"/>
          <w:szCs w:val="26"/>
        </w:rPr>
        <w:t>Căn cứ Nội quy lao động của Công ty ban hành ngày .../.../...;</w:t>
      </w:r>
    </w:p>
    <w:p w14:paraId="31563296" w14:textId="77777777" w:rsidR="00175DE4" w:rsidRPr="00DC53EE" w:rsidRDefault="00000000">
      <w:pPr>
        <w:rPr>
          <w:rFonts w:ascii="Times New Roman" w:hAnsi="Times New Roman" w:cs="Times New Roman"/>
          <w:sz w:val="26"/>
          <w:szCs w:val="26"/>
        </w:rPr>
      </w:pPr>
      <w:r w:rsidRPr="00DC53EE">
        <w:rPr>
          <w:rFonts w:ascii="Times New Roman" w:hAnsi="Times New Roman" w:cs="Times New Roman"/>
          <w:sz w:val="26"/>
          <w:szCs w:val="26"/>
        </w:rPr>
        <w:t>Căn cứ Hợp đồng lao động số: .......... ký ngày .../.../... giữa Công ty và Ông/Bà ..........;</w:t>
      </w:r>
    </w:p>
    <w:p w14:paraId="52DF6F58" w14:textId="77777777" w:rsidR="00175DE4" w:rsidRPr="00DC53EE" w:rsidRDefault="00000000">
      <w:pPr>
        <w:rPr>
          <w:rFonts w:ascii="Times New Roman" w:hAnsi="Times New Roman" w:cs="Times New Roman"/>
          <w:sz w:val="26"/>
          <w:szCs w:val="26"/>
        </w:rPr>
      </w:pPr>
      <w:r w:rsidRPr="00DC53EE">
        <w:rPr>
          <w:rFonts w:ascii="Times New Roman" w:hAnsi="Times New Roman" w:cs="Times New Roman"/>
          <w:sz w:val="26"/>
          <w:szCs w:val="26"/>
        </w:rPr>
        <w:t>Căn cứ Biên bản đánh giá kết quả công việc và Biên bản họp xử lý kỷ luật lao động ngày .../.../...;</w:t>
      </w:r>
    </w:p>
    <w:p w14:paraId="2AFBC47B" w14:textId="5CAA288A" w:rsidR="00175DE4" w:rsidRPr="00DC53EE" w:rsidRDefault="00000000">
      <w:pPr>
        <w:rPr>
          <w:rFonts w:ascii="Times New Roman" w:hAnsi="Times New Roman" w:cs="Times New Roman"/>
          <w:sz w:val="26"/>
          <w:szCs w:val="26"/>
        </w:rPr>
      </w:pPr>
      <w:r w:rsidRPr="00DC53EE">
        <w:rPr>
          <w:rFonts w:ascii="Times New Roman" w:hAnsi="Times New Roman" w:cs="Times New Roman"/>
          <w:sz w:val="26"/>
          <w:szCs w:val="26"/>
        </w:rPr>
        <w:t>Xét đề nghị của Trưởng phòng Nhân sự;</w:t>
      </w:r>
      <w:r w:rsidRPr="00DC53EE">
        <w:rPr>
          <w:rFonts w:ascii="Times New Roman" w:hAnsi="Times New Roman" w:cs="Times New Roman"/>
          <w:sz w:val="26"/>
          <w:szCs w:val="26"/>
        </w:rPr>
        <w:br/>
      </w:r>
    </w:p>
    <w:p w14:paraId="17AD72B6" w14:textId="77777777" w:rsidR="00175DE4" w:rsidRPr="00DC53EE" w:rsidRDefault="00000000">
      <w:pPr>
        <w:rPr>
          <w:rFonts w:ascii="Times New Roman" w:hAnsi="Times New Roman" w:cs="Times New Roman"/>
          <w:sz w:val="26"/>
          <w:szCs w:val="26"/>
        </w:rPr>
      </w:pPr>
      <w:r w:rsidRPr="00DC53EE">
        <w:rPr>
          <w:rFonts w:ascii="Times New Roman" w:hAnsi="Times New Roman" w:cs="Times New Roman"/>
          <w:b/>
          <w:sz w:val="26"/>
          <w:szCs w:val="26"/>
        </w:rPr>
        <w:t>QUYẾT ĐỊNH:</w:t>
      </w:r>
    </w:p>
    <w:p w14:paraId="7416634A" w14:textId="77777777" w:rsidR="00175DE4" w:rsidRPr="00DC53EE" w:rsidRDefault="00000000" w:rsidP="00DC53EE">
      <w:pPr>
        <w:spacing w:line="360" w:lineRule="auto"/>
        <w:rPr>
          <w:rFonts w:ascii="Times New Roman" w:hAnsi="Times New Roman" w:cs="Times New Roman"/>
          <w:sz w:val="26"/>
          <w:szCs w:val="26"/>
        </w:rPr>
      </w:pPr>
      <w:r w:rsidRPr="00DC53EE">
        <w:rPr>
          <w:rFonts w:ascii="Times New Roman" w:hAnsi="Times New Roman" w:cs="Times New Roman"/>
          <w:b/>
          <w:bCs/>
          <w:sz w:val="26"/>
          <w:szCs w:val="26"/>
        </w:rPr>
        <w:t>Điều 1. Lý do và hình thức kỷ luật:</w:t>
      </w:r>
      <w:r w:rsidRPr="00DC53EE">
        <w:rPr>
          <w:rFonts w:ascii="Times New Roman" w:hAnsi="Times New Roman" w:cs="Times New Roman"/>
          <w:b/>
          <w:bCs/>
          <w:sz w:val="26"/>
          <w:szCs w:val="26"/>
        </w:rPr>
        <w:br/>
      </w:r>
      <w:r w:rsidRPr="00DC53EE">
        <w:rPr>
          <w:rFonts w:ascii="Times New Roman" w:hAnsi="Times New Roman" w:cs="Times New Roman"/>
          <w:sz w:val="26"/>
          <w:szCs w:val="26"/>
        </w:rPr>
        <w:t>- Ông/Bà .................................................... hiện đang làm việc tại vị trí ............... thuộc bộ phận ...............</w:t>
      </w:r>
      <w:r w:rsidRPr="00DC53EE">
        <w:rPr>
          <w:rFonts w:ascii="Times New Roman" w:hAnsi="Times New Roman" w:cs="Times New Roman"/>
          <w:sz w:val="26"/>
          <w:szCs w:val="26"/>
        </w:rPr>
        <w:br/>
        <w:t>- Trong các kỳ đánh giá hiệu quả công việc từ tháng ... đến tháng ..., Ông/Bà liên tục không đạt chỉ tiêu công việc, mặc dù đã được nhắc nhở và hỗ trợ khắc phục.</w:t>
      </w:r>
      <w:r w:rsidRPr="00DC53EE">
        <w:rPr>
          <w:rFonts w:ascii="Times New Roman" w:hAnsi="Times New Roman" w:cs="Times New Roman"/>
          <w:sz w:val="26"/>
          <w:szCs w:val="26"/>
        </w:rPr>
        <w:br/>
        <w:t>- Căn cứ Điều .... Nội quy lao động và Điều 125 Bộ luật Lao động 2019 về hình thức xử lý kỷ luật sa thải, Công ty quyết định áp dụng hình thức kỷ luật sa thải đối với Ông/Bà.</w:t>
      </w:r>
    </w:p>
    <w:p w14:paraId="1BD174D1" w14:textId="77777777" w:rsidR="00DC53EE" w:rsidRDefault="00000000" w:rsidP="00DC53EE">
      <w:pPr>
        <w:spacing w:line="360" w:lineRule="auto"/>
        <w:rPr>
          <w:rFonts w:ascii="Times New Roman" w:hAnsi="Times New Roman" w:cs="Times New Roman"/>
          <w:sz w:val="26"/>
          <w:szCs w:val="26"/>
        </w:rPr>
      </w:pPr>
      <w:r w:rsidRPr="00DC53EE">
        <w:rPr>
          <w:rFonts w:ascii="Times New Roman" w:hAnsi="Times New Roman" w:cs="Times New Roman"/>
          <w:b/>
          <w:bCs/>
          <w:sz w:val="26"/>
          <w:szCs w:val="26"/>
        </w:rPr>
        <w:t>Điều 2. Chấm dứt hợp đồng và giải quyết chế độ:</w:t>
      </w:r>
      <w:r w:rsidRPr="00DC53EE">
        <w:rPr>
          <w:rFonts w:ascii="Times New Roman" w:hAnsi="Times New Roman" w:cs="Times New Roman"/>
          <w:b/>
          <w:bCs/>
          <w:sz w:val="26"/>
          <w:szCs w:val="26"/>
        </w:rPr>
        <w:br/>
      </w:r>
      <w:r w:rsidRPr="00DC53EE">
        <w:rPr>
          <w:rFonts w:ascii="Times New Roman" w:hAnsi="Times New Roman" w:cs="Times New Roman"/>
          <w:sz w:val="26"/>
          <w:szCs w:val="26"/>
        </w:rPr>
        <w:t xml:space="preserve">- Hợp đồng lao động số .......... giữa Công ty và Ông/Bà chấm dứt kể từ ngày .../.../... </w:t>
      </w:r>
    </w:p>
    <w:p w14:paraId="19EC1069" w14:textId="00000521" w:rsidR="00175DE4" w:rsidRPr="00DC53EE" w:rsidRDefault="00000000" w:rsidP="00DC53EE">
      <w:pPr>
        <w:spacing w:line="360" w:lineRule="auto"/>
        <w:rPr>
          <w:rFonts w:ascii="Times New Roman" w:hAnsi="Times New Roman" w:cs="Times New Roman"/>
          <w:sz w:val="26"/>
          <w:szCs w:val="26"/>
        </w:rPr>
      </w:pPr>
      <w:r w:rsidRPr="00DC53EE">
        <w:rPr>
          <w:rFonts w:ascii="Times New Roman" w:hAnsi="Times New Roman" w:cs="Times New Roman"/>
          <w:sz w:val="26"/>
          <w:szCs w:val="26"/>
        </w:rPr>
        <w:lastRenderedPageBreak/>
        <w:t>- Các quyền lợi còn lại (nếu có) sẽ được thanh toán đầy đủ theo quy định pháp luật và thỏa ước lao động tập thể của Công ty.</w:t>
      </w:r>
    </w:p>
    <w:p w14:paraId="103E4FCF" w14:textId="77777777" w:rsidR="00175DE4" w:rsidRPr="00DC53EE" w:rsidRDefault="00000000" w:rsidP="00DC53EE">
      <w:pPr>
        <w:spacing w:line="360" w:lineRule="auto"/>
        <w:rPr>
          <w:rFonts w:ascii="Times New Roman" w:hAnsi="Times New Roman" w:cs="Times New Roman"/>
          <w:sz w:val="26"/>
          <w:szCs w:val="26"/>
        </w:rPr>
      </w:pPr>
      <w:r w:rsidRPr="00DC53EE">
        <w:rPr>
          <w:rFonts w:ascii="Times New Roman" w:hAnsi="Times New Roman" w:cs="Times New Roman"/>
          <w:b/>
          <w:bCs/>
          <w:sz w:val="26"/>
          <w:szCs w:val="26"/>
        </w:rPr>
        <w:t>Điều 3. Trách nhiệm thi hành:</w:t>
      </w:r>
      <w:r w:rsidRPr="00DC53EE">
        <w:rPr>
          <w:rFonts w:ascii="Times New Roman" w:hAnsi="Times New Roman" w:cs="Times New Roman"/>
          <w:sz w:val="26"/>
          <w:szCs w:val="26"/>
        </w:rPr>
        <w:br/>
        <w:t>- Phòng Nhân sự có trách nhiệm thực hiện các thủ tục chấm dứt hợp đồng, thu hồi tài sản, bàn giao công việc.</w:t>
      </w:r>
      <w:r w:rsidRPr="00DC53EE">
        <w:rPr>
          <w:rFonts w:ascii="Times New Roman" w:hAnsi="Times New Roman" w:cs="Times New Roman"/>
          <w:sz w:val="26"/>
          <w:szCs w:val="26"/>
        </w:rPr>
        <w:br/>
        <w:t>- Phòng Kế toán thanh toán các khoản liên quan cho Ông/Bà theo quy định.</w:t>
      </w:r>
      <w:r w:rsidRPr="00DC53EE">
        <w:rPr>
          <w:rFonts w:ascii="Times New Roman" w:hAnsi="Times New Roman" w:cs="Times New Roman"/>
          <w:sz w:val="26"/>
          <w:szCs w:val="26"/>
        </w:rPr>
        <w:br/>
        <w:t>- Ông/Bà ........................................ chịu trách nhiệm bàn giao đầy đủ công việc, tài sản cho Công ty trước ngày quyết định có hiệu lực.</w:t>
      </w:r>
    </w:p>
    <w:p w14:paraId="29B73C19" w14:textId="4D7B47C0" w:rsidR="00175DE4" w:rsidRPr="00DC53EE" w:rsidRDefault="00000000" w:rsidP="00DC53EE">
      <w:pPr>
        <w:spacing w:line="360" w:lineRule="auto"/>
        <w:rPr>
          <w:rFonts w:ascii="Times New Roman" w:hAnsi="Times New Roman" w:cs="Times New Roman"/>
          <w:sz w:val="26"/>
          <w:szCs w:val="26"/>
        </w:rPr>
      </w:pPr>
      <w:r w:rsidRPr="00DC53EE">
        <w:rPr>
          <w:rFonts w:ascii="Times New Roman" w:hAnsi="Times New Roman" w:cs="Times New Roman"/>
          <w:sz w:val="26"/>
          <w:szCs w:val="26"/>
        </w:rPr>
        <w:t>Điều 4. Quyết định này có hiệu lực kể từ ngày ký.</w:t>
      </w:r>
      <w:r w:rsidRPr="00DC53EE">
        <w:rPr>
          <w:rFonts w:ascii="Times New Roman" w:hAnsi="Times New Roman" w:cs="Times New Roman"/>
          <w:sz w:val="26"/>
          <w:szCs w:val="26"/>
        </w:rPr>
        <w:br/>
        <w:t>Các bộ phận, cá nhân có tên tại các điều trên chịu trách nhiệm thi hành Quyết định này.</w:t>
      </w:r>
      <w:r w:rsidRPr="00DC53EE">
        <w:rPr>
          <w:rFonts w:ascii="Times New Roman" w:hAnsi="Times New Roman" w:cs="Times New Roman"/>
          <w:sz w:val="26"/>
          <w:szCs w:val="26"/>
        </w:rPr>
        <w:br/>
      </w:r>
    </w:p>
    <w:p w14:paraId="75895D80" w14:textId="41868F09" w:rsidR="00175DE4" w:rsidRPr="00DC53EE" w:rsidRDefault="00DC53EE" w:rsidP="00DC53EE">
      <w:pPr>
        <w:jc w:val="center"/>
        <w:rPr>
          <w:rFonts w:ascii="Times New Roman" w:hAnsi="Times New Roman" w:cs="Times New Roman"/>
          <w:sz w:val="26"/>
          <w:szCs w:val="26"/>
        </w:rPr>
      </w:pPr>
      <w:r>
        <w:rPr>
          <w:rFonts w:ascii="Times New Roman" w:hAnsi="Times New Roman" w:cs="Times New Roman"/>
          <w:b/>
          <w:sz w:val="26"/>
          <w:szCs w:val="26"/>
        </w:rPr>
        <w:t xml:space="preserve">                                                   </w:t>
      </w:r>
      <w:r w:rsidR="00000000" w:rsidRPr="00DC53EE">
        <w:rPr>
          <w:rFonts w:ascii="Times New Roman" w:hAnsi="Times New Roman" w:cs="Times New Roman"/>
          <w:b/>
          <w:sz w:val="26"/>
          <w:szCs w:val="26"/>
        </w:rPr>
        <w:t>ĐẠI DIỆN CÔNG TY</w:t>
      </w:r>
    </w:p>
    <w:p w14:paraId="31D4F036" w14:textId="0771E16C" w:rsidR="00175DE4" w:rsidRPr="00DC53EE" w:rsidRDefault="00DC53EE">
      <w:pPr>
        <w:rPr>
          <w:rFonts w:ascii="Times New Roman" w:hAnsi="Times New Roman" w:cs="Times New Roman"/>
          <w:sz w:val="26"/>
          <w:szCs w:val="26"/>
        </w:rPr>
      </w:pPr>
      <w:r>
        <w:rPr>
          <w:rFonts w:ascii="Times New Roman" w:hAnsi="Times New Roman" w:cs="Times New Roman"/>
          <w:sz w:val="26"/>
          <w:szCs w:val="26"/>
        </w:rPr>
        <w:t xml:space="preserve">                                                                    </w:t>
      </w:r>
      <w:r w:rsidR="00000000" w:rsidRPr="00DC53EE">
        <w:rPr>
          <w:rFonts w:ascii="Times New Roman" w:hAnsi="Times New Roman" w:cs="Times New Roman"/>
          <w:sz w:val="26"/>
          <w:szCs w:val="26"/>
        </w:rPr>
        <w:t>(Ký, ghi rõ họ tên và đóng dấu)</w:t>
      </w:r>
    </w:p>
    <w:sectPr w:rsidR="00175DE4" w:rsidRPr="00DC53E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21621679">
    <w:abstractNumId w:val="8"/>
  </w:num>
  <w:num w:numId="2" w16cid:durableId="417289913">
    <w:abstractNumId w:val="6"/>
  </w:num>
  <w:num w:numId="3" w16cid:durableId="1791390843">
    <w:abstractNumId w:val="5"/>
  </w:num>
  <w:num w:numId="4" w16cid:durableId="950626682">
    <w:abstractNumId w:val="4"/>
  </w:num>
  <w:num w:numId="5" w16cid:durableId="174879660">
    <w:abstractNumId w:val="7"/>
  </w:num>
  <w:num w:numId="6" w16cid:durableId="1842547563">
    <w:abstractNumId w:val="3"/>
  </w:num>
  <w:num w:numId="7" w16cid:durableId="1795175970">
    <w:abstractNumId w:val="2"/>
  </w:num>
  <w:num w:numId="8" w16cid:durableId="1439251656">
    <w:abstractNumId w:val="1"/>
  </w:num>
  <w:num w:numId="9" w16cid:durableId="40090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5DE4"/>
    <w:rsid w:val="0029639D"/>
    <w:rsid w:val="00326F90"/>
    <w:rsid w:val="00AA1D8D"/>
    <w:rsid w:val="00B47730"/>
    <w:rsid w:val="00CB0664"/>
    <w:rsid w:val="00DC53E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ADC7BA"/>
  <w14:defaultImageDpi w14:val="300"/>
  <w15:docId w15:val="{1D2A6941-EA31-4CC5-9180-442987199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286</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Triều Long LĐTL</cp:lastModifiedBy>
  <cp:revision>2</cp:revision>
  <dcterms:created xsi:type="dcterms:W3CDTF">2025-09-13T08:36:00Z</dcterms:created>
  <dcterms:modified xsi:type="dcterms:W3CDTF">2025-09-13T08:36:00Z</dcterms:modified>
  <cp:category/>
</cp:coreProperties>
</file>