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A8D9C1" w14:textId="77777777" w:rsidR="00493004" w:rsidRPr="00E528C4" w:rsidRDefault="00000000">
      <w:pPr>
        <w:jc w:val="center"/>
        <w:rPr>
          <w:rFonts w:ascii="Times New Roman" w:hAnsi="Times New Roman" w:cs="Times New Roman"/>
          <w:sz w:val="24"/>
          <w:szCs w:val="24"/>
        </w:rPr>
      </w:pPr>
      <w:r w:rsidRPr="00E528C4">
        <w:rPr>
          <w:rFonts w:ascii="Times New Roman" w:hAnsi="Times New Roman" w:cs="Times New Roman"/>
          <w:b/>
          <w:sz w:val="24"/>
          <w:szCs w:val="24"/>
        </w:rPr>
        <w:t>ĐẢNG CỘNG SẢN VIỆT NAM</w:t>
      </w:r>
    </w:p>
    <w:p w14:paraId="26B6A213" w14:textId="77777777" w:rsidR="00493004" w:rsidRPr="00E528C4" w:rsidRDefault="00000000">
      <w:pPr>
        <w:rPr>
          <w:rFonts w:ascii="Times New Roman" w:hAnsi="Times New Roman" w:cs="Times New Roman"/>
          <w:sz w:val="24"/>
          <w:szCs w:val="24"/>
        </w:rPr>
      </w:pPr>
      <w:r w:rsidRPr="00E528C4">
        <w:rPr>
          <w:rFonts w:ascii="Times New Roman" w:hAnsi="Times New Roman" w:cs="Times New Roman"/>
          <w:sz w:val="24"/>
          <w:szCs w:val="24"/>
        </w:rPr>
        <w:br/>
      </w:r>
    </w:p>
    <w:p w14:paraId="47746807" w14:textId="77777777" w:rsidR="00493004" w:rsidRPr="00E528C4" w:rsidRDefault="00000000">
      <w:pPr>
        <w:jc w:val="center"/>
        <w:rPr>
          <w:rFonts w:ascii="Times New Roman" w:hAnsi="Times New Roman" w:cs="Times New Roman"/>
          <w:sz w:val="24"/>
          <w:szCs w:val="24"/>
        </w:rPr>
      </w:pPr>
      <w:r w:rsidRPr="00E528C4">
        <w:rPr>
          <w:rFonts w:ascii="Times New Roman" w:hAnsi="Times New Roman" w:cs="Times New Roman"/>
          <w:b/>
          <w:sz w:val="24"/>
          <w:szCs w:val="24"/>
        </w:rPr>
        <w:t>BẢN KIỂM ĐIỂM ĐẢNG VIÊN</w:t>
      </w:r>
    </w:p>
    <w:p w14:paraId="57C7A610" w14:textId="77777777" w:rsidR="00493004" w:rsidRPr="00E528C4" w:rsidRDefault="00000000">
      <w:pPr>
        <w:jc w:val="center"/>
        <w:rPr>
          <w:rFonts w:ascii="Times New Roman" w:hAnsi="Times New Roman" w:cs="Times New Roman"/>
          <w:sz w:val="24"/>
          <w:szCs w:val="24"/>
        </w:rPr>
      </w:pPr>
      <w:r w:rsidRPr="00E528C4">
        <w:rPr>
          <w:rFonts w:ascii="Times New Roman" w:hAnsi="Times New Roman" w:cs="Times New Roman"/>
          <w:sz w:val="24"/>
          <w:szCs w:val="24"/>
        </w:rPr>
        <w:t>(Khi chuyển sinh hoạt Đảng)</w:t>
      </w:r>
    </w:p>
    <w:p w14:paraId="213AA5A1" w14:textId="77777777" w:rsidR="00493004" w:rsidRPr="00E528C4" w:rsidRDefault="00000000">
      <w:pPr>
        <w:rPr>
          <w:rFonts w:ascii="Times New Roman" w:hAnsi="Times New Roman" w:cs="Times New Roman"/>
          <w:sz w:val="24"/>
          <w:szCs w:val="24"/>
        </w:rPr>
      </w:pPr>
      <w:r w:rsidRPr="00E528C4">
        <w:rPr>
          <w:rFonts w:ascii="Times New Roman" w:hAnsi="Times New Roman" w:cs="Times New Roman"/>
          <w:sz w:val="24"/>
          <w:szCs w:val="24"/>
        </w:rPr>
        <w:br/>
      </w:r>
    </w:p>
    <w:p w14:paraId="61F0E7F4" w14:textId="77777777" w:rsidR="00493004" w:rsidRPr="00E528C4" w:rsidRDefault="00000000">
      <w:pPr>
        <w:rPr>
          <w:rFonts w:ascii="Times New Roman" w:hAnsi="Times New Roman" w:cs="Times New Roman"/>
          <w:sz w:val="24"/>
          <w:szCs w:val="24"/>
        </w:rPr>
      </w:pPr>
      <w:r w:rsidRPr="00E528C4">
        <w:rPr>
          <w:rFonts w:ascii="Times New Roman" w:hAnsi="Times New Roman" w:cs="Times New Roman"/>
          <w:b/>
          <w:sz w:val="24"/>
          <w:szCs w:val="24"/>
        </w:rPr>
        <w:t xml:space="preserve">Kính gửi: </w:t>
      </w:r>
      <w:r w:rsidRPr="00E528C4">
        <w:rPr>
          <w:rFonts w:ascii="Times New Roman" w:hAnsi="Times New Roman" w:cs="Times New Roman"/>
          <w:sz w:val="24"/>
          <w:szCs w:val="24"/>
        </w:rPr>
        <w:t>Chi bộ Phòng Hành chính – Nhân sự</w:t>
      </w:r>
      <w:r w:rsidRPr="00E528C4">
        <w:rPr>
          <w:rFonts w:ascii="Times New Roman" w:hAnsi="Times New Roman" w:cs="Times New Roman"/>
          <w:sz w:val="24"/>
          <w:szCs w:val="24"/>
        </w:rPr>
        <w:br/>
      </w:r>
      <w:r w:rsidRPr="00E528C4">
        <w:rPr>
          <w:rFonts w:ascii="Times New Roman" w:hAnsi="Times New Roman" w:cs="Times New Roman"/>
          <w:b/>
          <w:sz w:val="24"/>
          <w:szCs w:val="24"/>
        </w:rPr>
        <w:t xml:space="preserve">Tôi tên là: </w:t>
      </w:r>
      <w:r w:rsidRPr="00E528C4">
        <w:rPr>
          <w:rFonts w:ascii="Times New Roman" w:hAnsi="Times New Roman" w:cs="Times New Roman"/>
          <w:sz w:val="24"/>
          <w:szCs w:val="24"/>
        </w:rPr>
        <w:t>Nguyễn Văn A</w:t>
      </w:r>
      <w:r w:rsidRPr="00E528C4">
        <w:rPr>
          <w:rFonts w:ascii="Times New Roman" w:hAnsi="Times New Roman" w:cs="Times New Roman"/>
          <w:sz w:val="24"/>
          <w:szCs w:val="24"/>
        </w:rPr>
        <w:br/>
      </w:r>
      <w:r w:rsidRPr="00E528C4">
        <w:rPr>
          <w:rFonts w:ascii="Times New Roman" w:hAnsi="Times New Roman" w:cs="Times New Roman"/>
          <w:b/>
          <w:sz w:val="24"/>
          <w:szCs w:val="24"/>
        </w:rPr>
        <w:t xml:space="preserve">Ngày sinh: </w:t>
      </w:r>
      <w:r w:rsidRPr="00E528C4">
        <w:rPr>
          <w:rFonts w:ascii="Times New Roman" w:hAnsi="Times New Roman" w:cs="Times New Roman"/>
          <w:sz w:val="24"/>
          <w:szCs w:val="24"/>
        </w:rPr>
        <w:t>01/01/1985</w:t>
      </w:r>
      <w:r w:rsidRPr="00E528C4">
        <w:rPr>
          <w:rFonts w:ascii="Times New Roman" w:hAnsi="Times New Roman" w:cs="Times New Roman"/>
          <w:sz w:val="24"/>
          <w:szCs w:val="24"/>
        </w:rPr>
        <w:br/>
      </w:r>
      <w:r w:rsidRPr="00E528C4">
        <w:rPr>
          <w:rFonts w:ascii="Times New Roman" w:hAnsi="Times New Roman" w:cs="Times New Roman"/>
          <w:b/>
          <w:sz w:val="24"/>
          <w:szCs w:val="24"/>
        </w:rPr>
        <w:t xml:space="preserve">Quê quán: </w:t>
      </w:r>
      <w:r w:rsidRPr="00E528C4">
        <w:rPr>
          <w:rFonts w:ascii="Times New Roman" w:hAnsi="Times New Roman" w:cs="Times New Roman"/>
          <w:sz w:val="24"/>
          <w:szCs w:val="24"/>
        </w:rPr>
        <w:t>Phường X, Quận Y, TP. H</w:t>
      </w:r>
      <w:r w:rsidRPr="00E528C4">
        <w:rPr>
          <w:rFonts w:ascii="Times New Roman" w:hAnsi="Times New Roman" w:cs="Times New Roman"/>
          <w:sz w:val="24"/>
          <w:szCs w:val="24"/>
        </w:rPr>
        <w:br/>
      </w:r>
      <w:r w:rsidRPr="00E528C4">
        <w:rPr>
          <w:rFonts w:ascii="Times New Roman" w:hAnsi="Times New Roman" w:cs="Times New Roman"/>
          <w:b/>
          <w:sz w:val="24"/>
          <w:szCs w:val="24"/>
        </w:rPr>
        <w:t xml:space="preserve">Ngày vào Đảng: </w:t>
      </w:r>
      <w:r w:rsidRPr="00E528C4">
        <w:rPr>
          <w:rFonts w:ascii="Times New Roman" w:hAnsi="Times New Roman" w:cs="Times New Roman"/>
          <w:sz w:val="24"/>
          <w:szCs w:val="24"/>
        </w:rPr>
        <w:t>15/03/2010     Ngày chính thức: 15/03/2011</w:t>
      </w:r>
      <w:r w:rsidRPr="00E528C4">
        <w:rPr>
          <w:rFonts w:ascii="Times New Roman" w:hAnsi="Times New Roman" w:cs="Times New Roman"/>
          <w:sz w:val="24"/>
          <w:szCs w:val="24"/>
        </w:rPr>
        <w:br/>
      </w:r>
      <w:r w:rsidRPr="00E528C4">
        <w:rPr>
          <w:rFonts w:ascii="Times New Roman" w:hAnsi="Times New Roman" w:cs="Times New Roman"/>
          <w:b/>
          <w:sz w:val="24"/>
          <w:szCs w:val="24"/>
        </w:rPr>
        <w:t xml:space="preserve">Đơn vị công tác: </w:t>
      </w:r>
      <w:r w:rsidRPr="00E528C4">
        <w:rPr>
          <w:rFonts w:ascii="Times New Roman" w:hAnsi="Times New Roman" w:cs="Times New Roman"/>
          <w:sz w:val="24"/>
          <w:szCs w:val="24"/>
        </w:rPr>
        <w:t>Công ty ABC – Phòng Hành chính – Nhân sự</w:t>
      </w:r>
      <w:r w:rsidRPr="00E528C4">
        <w:rPr>
          <w:rFonts w:ascii="Times New Roman" w:hAnsi="Times New Roman" w:cs="Times New Roman"/>
          <w:sz w:val="24"/>
          <w:szCs w:val="24"/>
        </w:rPr>
        <w:br/>
      </w:r>
      <w:r w:rsidRPr="00E528C4">
        <w:rPr>
          <w:rFonts w:ascii="Times New Roman" w:hAnsi="Times New Roman" w:cs="Times New Roman"/>
          <w:sz w:val="24"/>
          <w:szCs w:val="24"/>
        </w:rPr>
        <w:br/>
      </w:r>
    </w:p>
    <w:p w14:paraId="71FF6D01" w14:textId="77777777" w:rsidR="00493004" w:rsidRPr="00E528C4" w:rsidRDefault="00000000">
      <w:pPr>
        <w:rPr>
          <w:rFonts w:ascii="Times New Roman" w:hAnsi="Times New Roman" w:cs="Times New Roman"/>
          <w:sz w:val="24"/>
          <w:szCs w:val="24"/>
        </w:rPr>
      </w:pPr>
      <w:r w:rsidRPr="00E528C4">
        <w:rPr>
          <w:rFonts w:ascii="Times New Roman" w:hAnsi="Times New Roman" w:cs="Times New Roman"/>
          <w:sz w:val="24"/>
          <w:szCs w:val="24"/>
        </w:rPr>
        <w:t>Nay tôi làm bản kiểm điểm này để báo cáo với Chi bộ trước khi chuyển sinh hoạt Đảng, với các nội dung sau:</w:t>
      </w:r>
    </w:p>
    <w:p w14:paraId="6F05B8BF" w14:textId="77777777" w:rsidR="00493004" w:rsidRPr="00E528C4" w:rsidRDefault="00000000">
      <w:pPr>
        <w:rPr>
          <w:rFonts w:ascii="Times New Roman" w:hAnsi="Times New Roman" w:cs="Times New Roman"/>
          <w:sz w:val="24"/>
          <w:szCs w:val="24"/>
        </w:rPr>
      </w:pPr>
      <w:r w:rsidRPr="00E528C4">
        <w:rPr>
          <w:rFonts w:ascii="Times New Roman" w:hAnsi="Times New Roman" w:cs="Times New Roman"/>
          <w:b/>
          <w:sz w:val="24"/>
          <w:szCs w:val="24"/>
        </w:rPr>
        <w:br/>
        <w:t>1. Ưu điểm, kết quả đạt được:</w:t>
      </w:r>
      <w:r w:rsidRPr="00E528C4">
        <w:rPr>
          <w:rFonts w:ascii="Times New Roman" w:hAnsi="Times New Roman" w:cs="Times New Roman"/>
          <w:b/>
          <w:sz w:val="24"/>
          <w:szCs w:val="24"/>
        </w:rPr>
        <w:br/>
      </w:r>
      <w:r w:rsidRPr="00E528C4">
        <w:rPr>
          <w:rFonts w:ascii="Times New Roman" w:hAnsi="Times New Roman" w:cs="Times New Roman"/>
          <w:sz w:val="24"/>
          <w:szCs w:val="24"/>
        </w:rPr>
        <w:t>Trong thời gian sinh hoạt tại chi bộ, tôi luôn chấp hành nghiêm chủ trương, đường lối của Đảng, chính sách pháp luật của Nhà nước. Tham gia đầy đủ các buổi sinh hoạt chi bộ, học tập nghị quyết, đóng đảng phí đúng quy định. Hoàn thành tốt nhiệm vụ chuyên môn được giao, tích cực tham gia các phong trào thi đua, hoạt động đoàn thể.</w:t>
      </w:r>
      <w:r w:rsidRPr="00E528C4">
        <w:rPr>
          <w:rFonts w:ascii="Times New Roman" w:hAnsi="Times New Roman" w:cs="Times New Roman"/>
          <w:sz w:val="24"/>
          <w:szCs w:val="24"/>
        </w:rPr>
        <w:br/>
      </w:r>
      <w:r w:rsidRPr="00E528C4">
        <w:rPr>
          <w:rFonts w:ascii="Times New Roman" w:hAnsi="Times New Roman" w:cs="Times New Roman"/>
          <w:sz w:val="24"/>
          <w:szCs w:val="24"/>
        </w:rPr>
        <w:br/>
      </w:r>
      <w:r w:rsidRPr="00E528C4">
        <w:rPr>
          <w:rFonts w:ascii="Times New Roman" w:hAnsi="Times New Roman" w:cs="Times New Roman"/>
          <w:b/>
          <w:sz w:val="24"/>
          <w:szCs w:val="24"/>
        </w:rPr>
        <w:t>2. Khuyết điểm, hạn chế:</w:t>
      </w:r>
      <w:r w:rsidRPr="00E528C4">
        <w:rPr>
          <w:rFonts w:ascii="Times New Roman" w:hAnsi="Times New Roman" w:cs="Times New Roman"/>
          <w:b/>
          <w:sz w:val="24"/>
          <w:szCs w:val="24"/>
        </w:rPr>
        <w:br/>
      </w:r>
      <w:r w:rsidRPr="00E528C4">
        <w:rPr>
          <w:rFonts w:ascii="Times New Roman" w:hAnsi="Times New Roman" w:cs="Times New Roman"/>
          <w:sz w:val="24"/>
          <w:szCs w:val="24"/>
        </w:rPr>
        <w:t>Do đặc thù công việc, đôi lúc chưa tham gia đầy đủ một số buổi sinh hoạt chuyên đề. Chưa mạnh dạn phát biểu ý kiến xây dựng trong các cuộc họp chi bộ.</w:t>
      </w:r>
      <w:r w:rsidRPr="00E528C4">
        <w:rPr>
          <w:rFonts w:ascii="Times New Roman" w:hAnsi="Times New Roman" w:cs="Times New Roman"/>
          <w:sz w:val="24"/>
          <w:szCs w:val="24"/>
        </w:rPr>
        <w:br/>
      </w:r>
      <w:r w:rsidRPr="00E528C4">
        <w:rPr>
          <w:rFonts w:ascii="Times New Roman" w:hAnsi="Times New Roman" w:cs="Times New Roman"/>
          <w:sz w:val="24"/>
          <w:szCs w:val="24"/>
        </w:rPr>
        <w:br/>
      </w:r>
      <w:r w:rsidRPr="00E528C4">
        <w:rPr>
          <w:rFonts w:ascii="Times New Roman" w:hAnsi="Times New Roman" w:cs="Times New Roman"/>
          <w:b/>
          <w:sz w:val="24"/>
          <w:szCs w:val="24"/>
        </w:rPr>
        <w:t>3. Nguyên nhân, bài học kinh nghiệm:</w:t>
      </w:r>
      <w:r w:rsidRPr="00E528C4">
        <w:rPr>
          <w:rFonts w:ascii="Times New Roman" w:hAnsi="Times New Roman" w:cs="Times New Roman"/>
          <w:b/>
          <w:sz w:val="24"/>
          <w:szCs w:val="24"/>
        </w:rPr>
        <w:br/>
      </w:r>
      <w:r w:rsidRPr="00E528C4">
        <w:rPr>
          <w:rFonts w:ascii="Times New Roman" w:hAnsi="Times New Roman" w:cs="Times New Roman"/>
          <w:sz w:val="24"/>
          <w:szCs w:val="24"/>
        </w:rPr>
        <w:t>Nguyên nhân chủ yếu là do áp lực công việc, sắp xếp thời gian chưa thật hợp lý. Tôi đã rút kinh nghiệm, sẽ chủ động hơn trong việc sắp xếp công việc để tham gia đầy đủ các buổi sinh hoạt và tích cực phát biểu ý kiến.</w:t>
      </w:r>
      <w:r w:rsidRPr="00E528C4">
        <w:rPr>
          <w:rFonts w:ascii="Times New Roman" w:hAnsi="Times New Roman" w:cs="Times New Roman"/>
          <w:sz w:val="24"/>
          <w:szCs w:val="24"/>
        </w:rPr>
        <w:br/>
      </w:r>
      <w:r w:rsidRPr="00E528C4">
        <w:rPr>
          <w:rFonts w:ascii="Times New Roman" w:hAnsi="Times New Roman" w:cs="Times New Roman"/>
          <w:sz w:val="24"/>
          <w:szCs w:val="24"/>
        </w:rPr>
        <w:br/>
      </w:r>
      <w:r w:rsidRPr="00E528C4">
        <w:rPr>
          <w:rFonts w:ascii="Times New Roman" w:hAnsi="Times New Roman" w:cs="Times New Roman"/>
          <w:b/>
          <w:sz w:val="24"/>
          <w:szCs w:val="24"/>
        </w:rPr>
        <w:t>4. Phương hướng, nhiệm vụ phấn đấu trong thời gian tới:</w:t>
      </w:r>
      <w:r w:rsidRPr="00E528C4">
        <w:rPr>
          <w:rFonts w:ascii="Times New Roman" w:hAnsi="Times New Roman" w:cs="Times New Roman"/>
          <w:b/>
          <w:sz w:val="24"/>
          <w:szCs w:val="24"/>
        </w:rPr>
        <w:br/>
      </w:r>
      <w:r w:rsidRPr="00E528C4">
        <w:rPr>
          <w:rFonts w:ascii="Times New Roman" w:hAnsi="Times New Roman" w:cs="Times New Roman"/>
          <w:sz w:val="24"/>
          <w:szCs w:val="24"/>
        </w:rPr>
        <w:t xml:space="preserve">Tiếp tục giữ gìn phẩm chất đạo đức, lối sống lành mạnh, chấp hành nghiêm kỷ luật Đảng, pháp luật Nhà nước. Không ngừng học tập nâng cao trình độ chuyên môn, phấn đấu hoàn </w:t>
      </w:r>
      <w:r w:rsidRPr="00E528C4">
        <w:rPr>
          <w:rFonts w:ascii="Times New Roman" w:hAnsi="Times New Roman" w:cs="Times New Roman"/>
          <w:sz w:val="24"/>
          <w:szCs w:val="24"/>
        </w:rPr>
        <w:lastRenderedPageBreak/>
        <w:t>thành tốt mọi nhiệm vụ được giao tại đơn vị công tác mới.</w:t>
      </w:r>
      <w:r w:rsidRPr="00E528C4">
        <w:rPr>
          <w:rFonts w:ascii="Times New Roman" w:hAnsi="Times New Roman" w:cs="Times New Roman"/>
          <w:sz w:val="24"/>
          <w:szCs w:val="24"/>
        </w:rPr>
        <w:br/>
      </w:r>
      <w:r w:rsidRPr="00E528C4">
        <w:rPr>
          <w:rFonts w:ascii="Times New Roman" w:hAnsi="Times New Roman" w:cs="Times New Roman"/>
          <w:sz w:val="24"/>
          <w:szCs w:val="24"/>
        </w:rPr>
        <w:br/>
      </w:r>
    </w:p>
    <w:p w14:paraId="498D5B1E" w14:textId="77777777" w:rsidR="00493004" w:rsidRPr="00E528C4" w:rsidRDefault="00000000">
      <w:pPr>
        <w:rPr>
          <w:rFonts w:ascii="Times New Roman" w:hAnsi="Times New Roman" w:cs="Times New Roman"/>
          <w:sz w:val="24"/>
          <w:szCs w:val="24"/>
        </w:rPr>
      </w:pPr>
      <w:r w:rsidRPr="00E528C4">
        <w:rPr>
          <w:rFonts w:ascii="Times New Roman" w:hAnsi="Times New Roman" w:cs="Times New Roman"/>
          <w:sz w:val="24"/>
          <w:szCs w:val="24"/>
        </w:rPr>
        <w:t>Tôi xin trân trọng báo cáo và kính đề nghị Chi bộ xem xét, tạo điều kiện giúp đỡ tôi trong quá trình rèn luyện, công tác tại đơn vị mới.</w:t>
      </w:r>
    </w:p>
    <w:p w14:paraId="4EED5EBF" w14:textId="77777777" w:rsidR="00493004" w:rsidRPr="00E528C4" w:rsidRDefault="00000000">
      <w:pPr>
        <w:rPr>
          <w:rFonts w:ascii="Times New Roman" w:hAnsi="Times New Roman" w:cs="Times New Roman"/>
          <w:sz w:val="24"/>
          <w:szCs w:val="24"/>
        </w:rPr>
      </w:pPr>
      <w:r w:rsidRPr="00E528C4">
        <w:rPr>
          <w:rFonts w:ascii="Times New Roman" w:hAnsi="Times New Roman" w:cs="Times New Roman"/>
          <w:sz w:val="24"/>
          <w:szCs w:val="24"/>
        </w:rPr>
        <w:br/>
        <w:t>..........., ngày ...... tháng ...... năm ......</w:t>
      </w:r>
    </w:p>
    <w:p w14:paraId="03589EDB" w14:textId="77777777" w:rsidR="00493004" w:rsidRPr="00E528C4" w:rsidRDefault="00000000">
      <w:pPr>
        <w:jc w:val="right"/>
        <w:rPr>
          <w:rFonts w:ascii="Times New Roman" w:hAnsi="Times New Roman" w:cs="Times New Roman"/>
          <w:sz w:val="24"/>
          <w:szCs w:val="24"/>
        </w:rPr>
      </w:pPr>
      <w:r w:rsidRPr="00E528C4">
        <w:rPr>
          <w:rFonts w:ascii="Times New Roman" w:hAnsi="Times New Roman" w:cs="Times New Roman"/>
          <w:sz w:val="24"/>
          <w:szCs w:val="24"/>
        </w:rPr>
        <w:t>Người viết kiểm điểm</w:t>
      </w:r>
    </w:p>
    <w:p w14:paraId="79D2E663" w14:textId="77777777" w:rsidR="00493004" w:rsidRPr="00E528C4" w:rsidRDefault="00000000">
      <w:pPr>
        <w:jc w:val="right"/>
        <w:rPr>
          <w:rFonts w:ascii="Times New Roman" w:hAnsi="Times New Roman" w:cs="Times New Roman"/>
          <w:sz w:val="24"/>
          <w:szCs w:val="24"/>
        </w:rPr>
      </w:pPr>
      <w:r w:rsidRPr="00E528C4">
        <w:rPr>
          <w:rFonts w:ascii="Times New Roman" w:hAnsi="Times New Roman" w:cs="Times New Roman"/>
          <w:sz w:val="24"/>
          <w:szCs w:val="24"/>
        </w:rPr>
        <w:t>(Ký và ghi rõ họ tên)</w:t>
      </w:r>
    </w:p>
    <w:p w14:paraId="2ADD51F6" w14:textId="77777777" w:rsidR="00493004" w:rsidRPr="00E528C4" w:rsidRDefault="00000000">
      <w:pPr>
        <w:jc w:val="right"/>
        <w:rPr>
          <w:rFonts w:ascii="Times New Roman" w:hAnsi="Times New Roman" w:cs="Times New Roman"/>
          <w:sz w:val="24"/>
          <w:szCs w:val="24"/>
        </w:rPr>
      </w:pPr>
      <w:r w:rsidRPr="00E528C4">
        <w:rPr>
          <w:rFonts w:ascii="Times New Roman" w:hAnsi="Times New Roman" w:cs="Times New Roman"/>
          <w:sz w:val="24"/>
          <w:szCs w:val="24"/>
        </w:rPr>
        <w:t>Nguyễn Văn A</w:t>
      </w:r>
    </w:p>
    <w:sectPr w:rsidR="00493004" w:rsidRPr="00E528C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93162891">
    <w:abstractNumId w:val="8"/>
  </w:num>
  <w:num w:numId="2" w16cid:durableId="645866077">
    <w:abstractNumId w:val="6"/>
  </w:num>
  <w:num w:numId="3" w16cid:durableId="2095007266">
    <w:abstractNumId w:val="5"/>
  </w:num>
  <w:num w:numId="4" w16cid:durableId="404381101">
    <w:abstractNumId w:val="4"/>
  </w:num>
  <w:num w:numId="5" w16cid:durableId="265619221">
    <w:abstractNumId w:val="7"/>
  </w:num>
  <w:num w:numId="6" w16cid:durableId="854803944">
    <w:abstractNumId w:val="3"/>
  </w:num>
  <w:num w:numId="7" w16cid:durableId="1651909178">
    <w:abstractNumId w:val="2"/>
  </w:num>
  <w:num w:numId="8" w16cid:durableId="1199464463">
    <w:abstractNumId w:val="1"/>
  </w:num>
  <w:num w:numId="9" w16cid:durableId="76357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93004"/>
    <w:rsid w:val="00AA1D8D"/>
    <w:rsid w:val="00B47730"/>
    <w:rsid w:val="00CB0664"/>
    <w:rsid w:val="00E528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C2A72C"/>
  <w14:defaultImageDpi w14:val="300"/>
  <w15:docId w15:val="{FCDC9463-54E2-40A3-8C03-F313B962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2025-09-15T07:48:00Z</dcterms:created>
  <dcterms:modified xsi:type="dcterms:W3CDTF">2025-09-15T07:48:00Z</dcterms:modified>
  <cp:category/>
</cp:coreProperties>
</file>