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CE3B53" w14:textId="77777777" w:rsidR="007949FA" w:rsidRPr="007B42BD" w:rsidRDefault="00000000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B42BD">
        <w:rPr>
          <w:rFonts w:ascii="Times New Roman" w:hAnsi="Times New Roman" w:cs="Times New Roman"/>
          <w:color w:val="auto"/>
          <w:sz w:val="24"/>
          <w:szCs w:val="24"/>
        </w:rPr>
        <w:t>LỜI NHẬN XÉT NĂNG LỰC, PHẨM CHẤT HỌC SINH TIỂU HỌC</w:t>
      </w:r>
    </w:p>
    <w:p w14:paraId="3CC68C69" w14:textId="77777777" w:rsidR="007949FA" w:rsidRPr="007B42BD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(Theo Thông tư số 27/2020/TT-BGDĐT ngày 04/9/2020 của Bộ Giáo dục và Đào tạo)</w:t>
      </w:r>
    </w:p>
    <w:p w14:paraId="280566E6" w14:textId="77777777" w:rsidR="007949FA" w:rsidRPr="007B42BD" w:rsidRDefault="00000000">
      <w:pPr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br/>
        <w:t>Năm học: .........................</w:t>
      </w:r>
    </w:p>
    <w:p w14:paraId="72494C5C" w14:textId="77777777" w:rsidR="007949FA" w:rsidRPr="007B42BD" w:rsidRDefault="00000000">
      <w:pPr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Họ và tên học sinh: ............................................................</w:t>
      </w:r>
    </w:p>
    <w:p w14:paraId="01035837" w14:textId="77777777" w:rsidR="007949FA" w:rsidRPr="007B42BD" w:rsidRDefault="00000000">
      <w:pPr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Lớp: ....................     Trường: .....................................................</w:t>
      </w:r>
    </w:p>
    <w:p w14:paraId="785BF3F1" w14:textId="77777777" w:rsidR="007949FA" w:rsidRPr="007B42BD" w:rsidRDefault="00000000">
      <w:pPr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br/>
      </w:r>
    </w:p>
    <w:p w14:paraId="7AAA6D11" w14:textId="77777777" w:rsidR="007949FA" w:rsidRPr="007B42BD" w:rsidRDefault="0000000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B42BD">
        <w:rPr>
          <w:rFonts w:ascii="Times New Roman" w:hAnsi="Times New Roman" w:cs="Times New Roman"/>
          <w:color w:val="auto"/>
          <w:sz w:val="24"/>
          <w:szCs w:val="24"/>
        </w:rPr>
        <w:t>I. ĐÁNH GIÁ NĂNG LỰC</w:t>
      </w:r>
    </w:p>
    <w:p w14:paraId="77272EF7" w14:textId="77777777" w:rsidR="007949FA" w:rsidRPr="007B42BD" w:rsidRDefault="00000000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1. Tự phục vụ, tự quản</w:t>
      </w:r>
    </w:p>
    <w:p w14:paraId="3541BB6F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Biết tự chuẩn bị đồ dùng học tập, chủ động trong công việc hằng ngày.</w:t>
      </w:r>
    </w:p>
    <w:p w14:paraId="35C054FC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Có ý thức tự giác trong học tập và sinh hoạt.</w:t>
      </w:r>
    </w:p>
    <w:p w14:paraId="2E892236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Rèn luyện tính tự lập, biết giúp đỡ bạn khi cần.</w:t>
      </w:r>
    </w:p>
    <w:p w14:paraId="5DF24336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Cần cố gắng hơn trong việc sắp xếp thời gian học tập.</w:t>
      </w:r>
    </w:p>
    <w:p w14:paraId="32096767" w14:textId="77777777" w:rsidR="007949FA" w:rsidRPr="007B42BD" w:rsidRDefault="00000000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2. Giao tiếp và hợp tác</w:t>
      </w:r>
    </w:p>
    <w:p w14:paraId="2DD0ACC4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Mạnh dạn, tự tin khi giao tiếp với thầy cô và bạn bè.</w:t>
      </w:r>
    </w:p>
    <w:p w14:paraId="3980A695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Hợp tác tốt trong các hoạt động nhóm, biết lắng nghe và chia sẻ ý kiến.</w:t>
      </w:r>
    </w:p>
    <w:p w14:paraId="178371A1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Biết cư xử lễ phép, hòa nhã, thân thiện với mọi người.</w:t>
      </w:r>
    </w:p>
    <w:p w14:paraId="28AAFC9D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Cần tích cực hơn khi tham gia hoạt động tập thể.</w:t>
      </w:r>
    </w:p>
    <w:p w14:paraId="42A9E5AE" w14:textId="77777777" w:rsidR="007949FA" w:rsidRPr="007B42BD" w:rsidRDefault="00000000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3. Tự học và giải quyết vấn đề</w:t>
      </w:r>
    </w:p>
    <w:p w14:paraId="0ADD2B77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Có tinh thần ham học hỏi, biết vận dụng kiến thức đã học vào thực tế.</w:t>
      </w:r>
    </w:p>
    <w:p w14:paraId="61D9333E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Biết đặt câu hỏi, tìm tòi và giải quyết tình huống đơn giản.</w:t>
      </w:r>
    </w:p>
    <w:p w14:paraId="648FC882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Tích cực trong các hoạt động trải nghiệm, sáng tạo.</w:t>
      </w:r>
    </w:p>
    <w:p w14:paraId="7B0C0E25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Cần chủ động hơn trong việc hoàn thành bài tập.</w:t>
      </w:r>
    </w:p>
    <w:p w14:paraId="1887A95D" w14:textId="77777777" w:rsidR="007949FA" w:rsidRPr="007B42BD" w:rsidRDefault="0000000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B42BD">
        <w:rPr>
          <w:rFonts w:ascii="Times New Roman" w:hAnsi="Times New Roman" w:cs="Times New Roman"/>
          <w:color w:val="auto"/>
          <w:sz w:val="24"/>
          <w:szCs w:val="24"/>
        </w:rPr>
        <w:br/>
        <w:t>II. ĐÁNH GIÁ PHẨM CHẤT</w:t>
      </w:r>
    </w:p>
    <w:p w14:paraId="27791B72" w14:textId="77777777" w:rsidR="007949FA" w:rsidRPr="007B42BD" w:rsidRDefault="00000000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1. Chăm học, chăm làm</w:t>
      </w:r>
    </w:p>
    <w:p w14:paraId="6C1EA2E7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Chăm chỉ, có ý thức học tập tốt.</w:t>
      </w:r>
    </w:p>
    <w:p w14:paraId="6E5C647D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Biết giúp đỡ cha mẹ trong công việc hằng ngày.</w:t>
      </w:r>
    </w:p>
    <w:p w14:paraId="6987F0E4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Cần rèn thêm thói quen chuẩn bị bài trước khi đến lớp.</w:t>
      </w:r>
    </w:p>
    <w:p w14:paraId="1F3140CF" w14:textId="77777777" w:rsidR="007949FA" w:rsidRPr="007B42BD" w:rsidRDefault="00000000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lastRenderedPageBreak/>
        <w:t>2. Tự tin, trách nhiệm</w:t>
      </w:r>
    </w:p>
    <w:p w14:paraId="3F9000D8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Mạnh dạn, tự tin khi phát biểu và thực hiện nhiệm vụ.</w:t>
      </w:r>
    </w:p>
    <w:p w14:paraId="127D286D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Có tinh thần trách nhiệm với bản thân và tập thể.</w:t>
      </w:r>
    </w:p>
    <w:p w14:paraId="66849BC9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Biết nhận lỗi khi mắc sai sót và cố gắng sửa chữa.</w:t>
      </w:r>
    </w:p>
    <w:p w14:paraId="08596516" w14:textId="77777777" w:rsidR="007949FA" w:rsidRPr="007B42BD" w:rsidRDefault="00000000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3. Trung thực, kỷ luật</w:t>
      </w:r>
    </w:p>
    <w:p w14:paraId="6887A228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Thành thật trong học tập và giao tiếp.</w:t>
      </w:r>
    </w:p>
    <w:p w14:paraId="3664B5F8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Chấp hành tốt nội quy trường lớp.</w:t>
      </w:r>
    </w:p>
    <w:p w14:paraId="50A5B1FA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Cần chú ý hơn trong việc thực hiện nội quy ở lớp.</w:t>
      </w:r>
    </w:p>
    <w:p w14:paraId="7FA99736" w14:textId="77777777" w:rsidR="007949FA" w:rsidRPr="007B42BD" w:rsidRDefault="00000000">
      <w:pPr>
        <w:pStyle w:val="ListNumber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4. Đoàn kết, yêu thương</w:t>
      </w:r>
    </w:p>
    <w:p w14:paraId="281AF931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Biết quan tâm, giúp đỡ bạn bè.</w:t>
      </w:r>
    </w:p>
    <w:p w14:paraId="2DD688F8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Hòa đồng, thân thiện với mọi người.</w:t>
      </w:r>
    </w:p>
    <w:p w14:paraId="1A516677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Cần mạnh dạn hơn trong việc góp ý, chia sẻ với bạn.</w:t>
      </w:r>
    </w:p>
    <w:p w14:paraId="3FD4AAF0" w14:textId="77777777" w:rsidR="007949FA" w:rsidRPr="007B42BD" w:rsidRDefault="0000000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7B42BD">
        <w:rPr>
          <w:rFonts w:ascii="Times New Roman" w:hAnsi="Times New Roman" w:cs="Times New Roman"/>
          <w:color w:val="auto"/>
          <w:sz w:val="24"/>
          <w:szCs w:val="24"/>
        </w:rPr>
        <w:br/>
        <w:t>III. NHẬN XÉT CHUNG</w:t>
      </w:r>
    </w:p>
    <w:p w14:paraId="5CAE8C82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Em có tiến bộ rõ rệt, chăm ngoan, học tập tích cực, biết giúp đỡ bạn bè.</w:t>
      </w:r>
    </w:p>
    <w:p w14:paraId="2F513078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Em luôn lễ phép, trung thực, tự tin và có tinh thần vượt khó trong học tập.</w:t>
      </w:r>
    </w:p>
    <w:p w14:paraId="58BD2BE2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Em học tốt, năng động, biết hợp tác trong các hoạt động tập thể.</w:t>
      </w:r>
    </w:p>
    <w:p w14:paraId="6C495118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Em ngoan, lễ phép, có trách nhiệm, cần phát huy hơn nữa khả năng tự học.</w:t>
      </w:r>
    </w:p>
    <w:p w14:paraId="53B8F74F" w14:textId="77777777" w:rsidR="007949FA" w:rsidRPr="007B42BD" w:rsidRDefault="00000000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- Em đã có nhiều cố gắng, tuy nhiên cần rèn thêm tính kiên trì và tập trung.</w:t>
      </w:r>
    </w:p>
    <w:p w14:paraId="79F4799F" w14:textId="77777777" w:rsidR="007949FA" w:rsidRPr="007B42BD" w:rsidRDefault="00000000">
      <w:pPr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br/>
      </w:r>
      <w:r w:rsidRPr="007B42BD">
        <w:rPr>
          <w:rFonts w:ascii="Times New Roman" w:hAnsi="Times New Roman" w:cs="Times New Roman"/>
          <w:sz w:val="24"/>
          <w:szCs w:val="24"/>
        </w:rPr>
        <w:br/>
        <w:t>Giáo viên chủ nhiệm: .....................................................</w:t>
      </w:r>
    </w:p>
    <w:p w14:paraId="32EAC67E" w14:textId="77777777" w:rsidR="007949FA" w:rsidRPr="007B42BD" w:rsidRDefault="00000000">
      <w:pPr>
        <w:rPr>
          <w:rFonts w:ascii="Times New Roman" w:hAnsi="Times New Roman" w:cs="Times New Roman"/>
          <w:sz w:val="24"/>
          <w:szCs w:val="24"/>
        </w:rPr>
      </w:pPr>
      <w:r w:rsidRPr="007B42BD">
        <w:rPr>
          <w:rFonts w:ascii="Times New Roman" w:hAnsi="Times New Roman" w:cs="Times New Roman"/>
          <w:sz w:val="24"/>
          <w:szCs w:val="24"/>
        </w:rPr>
        <w:t>Ý kiến của phụ huynh học sinh (nếu có): .....................................................</w:t>
      </w:r>
    </w:p>
    <w:sectPr w:rsidR="007949FA" w:rsidRPr="007B42B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8874696">
    <w:abstractNumId w:val="8"/>
  </w:num>
  <w:num w:numId="2" w16cid:durableId="1363633523">
    <w:abstractNumId w:val="6"/>
  </w:num>
  <w:num w:numId="3" w16cid:durableId="1001740243">
    <w:abstractNumId w:val="5"/>
  </w:num>
  <w:num w:numId="4" w16cid:durableId="1431047309">
    <w:abstractNumId w:val="4"/>
  </w:num>
  <w:num w:numId="5" w16cid:durableId="529804925">
    <w:abstractNumId w:val="7"/>
  </w:num>
  <w:num w:numId="6" w16cid:durableId="757097977">
    <w:abstractNumId w:val="3"/>
  </w:num>
  <w:num w:numId="7" w16cid:durableId="1686900894">
    <w:abstractNumId w:val="2"/>
  </w:num>
  <w:num w:numId="8" w16cid:durableId="642196971">
    <w:abstractNumId w:val="1"/>
  </w:num>
  <w:num w:numId="9" w16cid:durableId="1105421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949FA"/>
    <w:rsid w:val="007B42B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0F9DA9"/>
  <w14:defaultImageDpi w14:val="300"/>
  <w15:docId w15:val="{C45D7B9A-67AB-4101-B7DF-57B10181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2</cp:revision>
  <dcterms:created xsi:type="dcterms:W3CDTF">2025-11-08T03:41:00Z</dcterms:created>
  <dcterms:modified xsi:type="dcterms:W3CDTF">2025-11-08T03:41:00Z</dcterms:modified>
  <cp:category/>
</cp:coreProperties>
</file>