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93ECBD" w14:textId="77777777" w:rsidR="0004736B" w:rsidRPr="0004736B" w:rsidRDefault="0004736B" w:rsidP="000473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4736B">
        <w:rPr>
          <w:rFonts w:ascii="Times New Roman" w:eastAsia="Times New Roman" w:hAnsi="Times New Roman" w:cs="Times New Roman"/>
          <w:b/>
          <w:bCs/>
          <w:sz w:val="26"/>
          <w:szCs w:val="26"/>
        </w:rPr>
        <w:t>CỘNG HÒA XÃ HỘI CHỦ NGHĨA VIỆT NAM</w:t>
      </w:r>
      <w:r w:rsidRPr="0004736B">
        <w:rPr>
          <w:rFonts w:ascii="Times New Roman" w:eastAsia="Times New Roman" w:hAnsi="Times New Roman" w:cs="Times New Roman"/>
          <w:sz w:val="26"/>
          <w:szCs w:val="26"/>
        </w:rPr>
        <w:br/>
      </w:r>
      <w:r w:rsidRPr="0004736B">
        <w:rPr>
          <w:rFonts w:ascii="Times New Roman" w:eastAsia="Times New Roman" w:hAnsi="Times New Roman" w:cs="Times New Roman"/>
          <w:b/>
          <w:bCs/>
          <w:sz w:val="26"/>
          <w:szCs w:val="26"/>
        </w:rPr>
        <w:t>Độc lập - Tự do - Hạnh phúc</w:t>
      </w:r>
    </w:p>
    <w:p w14:paraId="23EE1023" w14:textId="77777777" w:rsidR="0004736B" w:rsidRPr="0004736B" w:rsidRDefault="0004736B" w:rsidP="000473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4736B">
        <w:rPr>
          <w:rFonts w:ascii="Times New Roman" w:eastAsia="Times New Roman" w:hAnsi="Times New Roman" w:cs="Times New Roman"/>
          <w:b/>
          <w:bCs/>
          <w:sz w:val="26"/>
          <w:szCs w:val="26"/>
        </w:rPr>
        <w:t>THỎA THUẬN LÀM VIỆC TỪ XA</w:t>
      </w:r>
    </w:p>
    <w:p w14:paraId="4ABD61B3" w14:textId="003AF05B" w:rsidR="002C6BCF" w:rsidRPr="0004736B" w:rsidRDefault="0004736B" w:rsidP="000473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4736B">
        <w:rPr>
          <w:rFonts w:ascii="Times New Roman" w:eastAsia="Times New Roman" w:hAnsi="Times New Roman" w:cs="Times New Roman"/>
          <w:sz w:val="26"/>
          <w:szCs w:val="26"/>
        </w:rPr>
        <w:t>Hôm nay, ngày … tháng … năm …, tại …, chúng tôi gồm:</w:t>
      </w:r>
    </w:p>
    <w:p w14:paraId="5E59FDB9" w14:textId="77777777" w:rsidR="002C6BCF" w:rsidRPr="0004736B" w:rsidRDefault="0000000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04736B">
        <w:rPr>
          <w:rFonts w:ascii="Times New Roman" w:hAnsi="Times New Roman" w:cs="Times New Roman"/>
          <w:b/>
          <w:bCs/>
          <w:sz w:val="26"/>
          <w:szCs w:val="26"/>
        </w:rPr>
        <w:t>1. BÊN SỬ DỤNG LAO ĐỘNG (CÔNG TY):</w:t>
      </w:r>
    </w:p>
    <w:p w14:paraId="3D67790D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Tên công ty: …</w:t>
      </w:r>
    </w:p>
    <w:p w14:paraId="459BAF34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Địa chỉ: …</w:t>
      </w:r>
    </w:p>
    <w:p w14:paraId="009D42AC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Đại diện: …</w:t>
      </w:r>
    </w:p>
    <w:p w14:paraId="2C137FBA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Chức vụ: …</w:t>
      </w:r>
    </w:p>
    <w:p w14:paraId="0317C1BD" w14:textId="77777777" w:rsidR="002C6BCF" w:rsidRPr="0004736B" w:rsidRDefault="002C6BCF">
      <w:pPr>
        <w:rPr>
          <w:rFonts w:ascii="Times New Roman" w:hAnsi="Times New Roman" w:cs="Times New Roman"/>
          <w:sz w:val="26"/>
          <w:szCs w:val="26"/>
        </w:rPr>
      </w:pPr>
    </w:p>
    <w:p w14:paraId="4170335C" w14:textId="77777777" w:rsidR="002C6BCF" w:rsidRPr="0004736B" w:rsidRDefault="0000000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04736B">
        <w:rPr>
          <w:rFonts w:ascii="Times New Roman" w:hAnsi="Times New Roman" w:cs="Times New Roman"/>
          <w:b/>
          <w:bCs/>
          <w:sz w:val="26"/>
          <w:szCs w:val="26"/>
        </w:rPr>
        <w:t>2. NGƯỜI LAO ĐỘNG:</w:t>
      </w:r>
    </w:p>
    <w:p w14:paraId="086F1B65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Họ và tên: …</w:t>
      </w:r>
    </w:p>
    <w:p w14:paraId="297A9EA6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Ngày sinh: …</w:t>
      </w:r>
    </w:p>
    <w:p w14:paraId="60251F8B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CMND/CCCD: …</w:t>
      </w:r>
    </w:p>
    <w:p w14:paraId="0B37FE27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Chức danh công việc: …</w:t>
      </w:r>
    </w:p>
    <w:p w14:paraId="68ABB4F3" w14:textId="52B72B0C" w:rsidR="002C6BCF" w:rsidRPr="0004736B" w:rsidRDefault="0000000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04736B">
        <w:rPr>
          <w:rFonts w:ascii="Times New Roman" w:hAnsi="Times New Roman" w:cs="Times New Roman"/>
          <w:b/>
          <w:bCs/>
          <w:sz w:val="26"/>
          <w:szCs w:val="26"/>
        </w:rPr>
        <w:t>Hai bên thống nhất thỏa thuận làm việc từ xa với các nội dung sau:</w:t>
      </w:r>
    </w:p>
    <w:p w14:paraId="1E49CC02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Điều 1. Hình thức làm việc</w:t>
      </w:r>
    </w:p>
    <w:p w14:paraId="10243AA0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Người lao động làm việc từ xa tại: …</w:t>
      </w:r>
    </w:p>
    <w:p w14:paraId="1D790550" w14:textId="5E949BF2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Thời gian áp dụng: từ ngày … đến ngày …</w:t>
      </w:r>
    </w:p>
    <w:p w14:paraId="46CD9AF0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Điều 2. Thời giờ làm việc</w:t>
      </w:r>
    </w:p>
    <w:p w14:paraId="58BDD0F6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Thời gian làm việc: …</w:t>
      </w:r>
    </w:p>
    <w:p w14:paraId="6030C808" w14:textId="062F8569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Nghỉ giữa giờ, ngày nghỉ: theo quy định công ty</w:t>
      </w:r>
    </w:p>
    <w:p w14:paraId="4A76C873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Điều 3. Công việc và quản lý</w:t>
      </w:r>
    </w:p>
    <w:p w14:paraId="49F4D30C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Nội dung công việc: …</w:t>
      </w:r>
    </w:p>
    <w:p w14:paraId="50514315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lastRenderedPageBreak/>
        <w:t>- Hình thức báo cáo: …</w:t>
      </w:r>
    </w:p>
    <w:p w14:paraId="5C93F9AD" w14:textId="681DAF3C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Người quản lý trực tiếp: …</w:t>
      </w:r>
    </w:p>
    <w:p w14:paraId="33DE4A39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Điều 4. Tiền lương và quyền lợi</w:t>
      </w:r>
    </w:p>
    <w:p w14:paraId="71D24784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Mức lương: …</w:t>
      </w:r>
    </w:p>
    <w:p w14:paraId="2B0E98DA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Phụ cấp (nếu có): …</w:t>
      </w:r>
    </w:p>
    <w:p w14:paraId="36ACEED8" w14:textId="55D88370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Chế độ BHXH, BHYT: theo quy định</w:t>
      </w:r>
    </w:p>
    <w:p w14:paraId="235394AF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Điều 5. Trang thiết bị làm việc</w:t>
      </w:r>
    </w:p>
    <w:p w14:paraId="587BCA99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Công ty cung cấp: …</w:t>
      </w:r>
    </w:p>
    <w:p w14:paraId="5E2735CC" w14:textId="6E373614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- Người lao động tự trang bị: …</w:t>
      </w:r>
    </w:p>
    <w:p w14:paraId="2147AE00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Điều 6. Bảo mật thông tin</w:t>
      </w:r>
    </w:p>
    <w:p w14:paraId="31F18923" w14:textId="572287AA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Người lao động có trách nhiệm bảo mật thông tin công việc.</w:t>
      </w:r>
    </w:p>
    <w:p w14:paraId="1A26D730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Điều 7. Cam kết chung</w:t>
      </w:r>
    </w:p>
    <w:p w14:paraId="5F1A0D40" w14:textId="77777777" w:rsidR="002C6BCF" w:rsidRPr="0004736B" w:rsidRDefault="00000000">
      <w:pPr>
        <w:rPr>
          <w:rFonts w:ascii="Times New Roman" w:hAnsi="Times New Roman" w:cs="Times New Roman"/>
          <w:sz w:val="26"/>
          <w:szCs w:val="26"/>
        </w:rPr>
      </w:pPr>
      <w:r w:rsidRPr="0004736B">
        <w:rPr>
          <w:rFonts w:ascii="Times New Roman" w:hAnsi="Times New Roman" w:cs="Times New Roman"/>
          <w:sz w:val="26"/>
          <w:szCs w:val="26"/>
        </w:rPr>
        <w:t>Hai bên cam kết thực hiện đúng thỏa thuận này.</w:t>
      </w:r>
    </w:p>
    <w:p w14:paraId="057B2EAA" w14:textId="77777777" w:rsidR="002C6BCF" w:rsidRPr="0004736B" w:rsidRDefault="002C6BCF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04736B" w14:paraId="1722D42B" w14:textId="77777777" w:rsidTr="0004736B">
        <w:tc>
          <w:tcPr>
            <w:tcW w:w="4675" w:type="dxa"/>
            <w:hideMark/>
          </w:tcPr>
          <w:p w14:paraId="1256D674" w14:textId="77777777" w:rsidR="0004736B" w:rsidRDefault="00047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 DIỆN BÊN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(Ký, ghi rõ họ tên, đóng dấu)</w:t>
            </w:r>
          </w:p>
        </w:tc>
        <w:tc>
          <w:tcPr>
            <w:tcW w:w="4675" w:type="dxa"/>
            <w:hideMark/>
          </w:tcPr>
          <w:p w14:paraId="286DCB73" w14:textId="77777777" w:rsidR="0004736B" w:rsidRDefault="00047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 DIỆN BÊN 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(Ký, ghi rõ họ tên, đóng dấu)</w:t>
            </w:r>
          </w:p>
        </w:tc>
      </w:tr>
    </w:tbl>
    <w:p w14:paraId="2E3243D9" w14:textId="77777777" w:rsidR="0004736B" w:rsidRDefault="0004736B" w:rsidP="000473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61A795" w14:textId="77777777" w:rsidR="0004736B" w:rsidRDefault="0004736B" w:rsidP="0004736B">
      <w:pPr>
        <w:rPr>
          <w:rFonts w:eastAsiaTheme="minorHAnsi"/>
        </w:rPr>
      </w:pPr>
    </w:p>
    <w:p w14:paraId="328BCF44" w14:textId="21FD6D4D" w:rsidR="002C6BCF" w:rsidRPr="0004736B" w:rsidRDefault="002C6BCF" w:rsidP="0004736B">
      <w:pPr>
        <w:rPr>
          <w:rFonts w:ascii="Times New Roman" w:hAnsi="Times New Roman" w:cs="Times New Roman"/>
          <w:sz w:val="26"/>
          <w:szCs w:val="26"/>
        </w:rPr>
      </w:pPr>
    </w:p>
    <w:sectPr w:rsidR="002C6BCF" w:rsidRPr="0004736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981829">
    <w:abstractNumId w:val="8"/>
  </w:num>
  <w:num w:numId="2" w16cid:durableId="117726570">
    <w:abstractNumId w:val="6"/>
  </w:num>
  <w:num w:numId="3" w16cid:durableId="1530215308">
    <w:abstractNumId w:val="5"/>
  </w:num>
  <w:num w:numId="4" w16cid:durableId="183518045">
    <w:abstractNumId w:val="4"/>
  </w:num>
  <w:num w:numId="5" w16cid:durableId="1036463215">
    <w:abstractNumId w:val="7"/>
  </w:num>
  <w:num w:numId="6" w16cid:durableId="1912082486">
    <w:abstractNumId w:val="3"/>
  </w:num>
  <w:num w:numId="7" w16cid:durableId="1921982145">
    <w:abstractNumId w:val="2"/>
  </w:num>
  <w:num w:numId="8" w16cid:durableId="92437747">
    <w:abstractNumId w:val="1"/>
  </w:num>
  <w:num w:numId="9" w16cid:durableId="779565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36B"/>
    <w:rsid w:val="0006063C"/>
    <w:rsid w:val="0015074B"/>
    <w:rsid w:val="0029639D"/>
    <w:rsid w:val="002C6BCF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4AC198"/>
  <w14:defaultImageDpi w14:val="300"/>
  <w15:docId w15:val="{DE7D97D8-814A-4D49-BD10-EC265E0D1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14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2</cp:revision>
  <dcterms:created xsi:type="dcterms:W3CDTF">2026-03-27T09:05:00Z</dcterms:created>
  <dcterms:modified xsi:type="dcterms:W3CDTF">2026-03-27T09:05:00Z</dcterms:modified>
  <cp:category/>
</cp:coreProperties>
</file>