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939418" w14:textId="77777777" w:rsidR="00B933A6" w:rsidRPr="00B933A6" w:rsidRDefault="00B933A6" w:rsidP="00B933A6">
      <w:pPr>
        <w:spacing w:after="0" w:line="360" w:lineRule="auto"/>
        <w:jc w:val="center"/>
        <w:rPr>
          <w:rFonts w:cs="Times New Roman"/>
          <w:b/>
          <w:sz w:val="28"/>
          <w:szCs w:val="28"/>
        </w:rPr>
      </w:pPr>
      <w:r w:rsidRPr="00B933A6">
        <w:rPr>
          <w:rFonts w:cs="Times New Roman"/>
          <w:b/>
          <w:sz w:val="28"/>
          <w:szCs w:val="28"/>
        </w:rPr>
        <w:t>CỘNG HÒA XÃ HỘI CHỦ NGHĨA VIỆT NAM</w:t>
      </w:r>
    </w:p>
    <w:p w14:paraId="22A54911" w14:textId="2166AAE7" w:rsidR="00B933A6" w:rsidRPr="00B933A6" w:rsidRDefault="00B933A6" w:rsidP="00B933A6">
      <w:pPr>
        <w:spacing w:after="0" w:line="360" w:lineRule="auto"/>
        <w:jc w:val="center"/>
        <w:rPr>
          <w:rFonts w:cs="Times New Roman"/>
          <w:b/>
          <w:sz w:val="28"/>
          <w:szCs w:val="28"/>
        </w:rPr>
      </w:pPr>
      <w:r w:rsidRPr="00B933A6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2E6989" wp14:editId="2B98D66C">
                <wp:simplePos x="0" y="0"/>
                <wp:positionH relativeFrom="column">
                  <wp:posOffset>2082165</wp:posOffset>
                </wp:positionH>
                <wp:positionV relativeFrom="paragraph">
                  <wp:posOffset>196215</wp:posOffset>
                </wp:positionV>
                <wp:extent cx="1524000" cy="0"/>
                <wp:effectExtent l="5715" t="5715" r="13335" b="13335"/>
                <wp:wrapNone/>
                <wp:docPr id="1562635396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D30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3.95pt;margin-top:15.45pt;width:120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Jy6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"/>
            </w:pict>
          </mc:Fallback>
        </mc:AlternateContent>
      </w:r>
      <w:r w:rsidRPr="00B933A6">
        <w:rPr>
          <w:rFonts w:cs="Times New Roman"/>
          <w:b/>
          <w:sz w:val="28"/>
          <w:szCs w:val="28"/>
        </w:rPr>
        <w:t>Độc lập – Tự do – Hạnh phúc</w:t>
      </w:r>
    </w:p>
    <w:p w14:paraId="39F0DDD4" w14:textId="77777777" w:rsidR="00B933A6" w:rsidRPr="00B933A6" w:rsidRDefault="00B933A6" w:rsidP="00B933A6">
      <w:pPr>
        <w:spacing w:after="0" w:line="360" w:lineRule="auto"/>
        <w:jc w:val="center"/>
        <w:rPr>
          <w:rFonts w:cs="Times New Roman"/>
          <w:b/>
          <w:sz w:val="28"/>
          <w:szCs w:val="28"/>
        </w:rPr>
      </w:pPr>
    </w:p>
    <w:p w14:paraId="687AE0E2" w14:textId="77777777" w:rsidR="00B933A6" w:rsidRPr="00B933A6" w:rsidRDefault="00B933A6" w:rsidP="00B933A6">
      <w:pPr>
        <w:spacing w:after="0" w:line="360" w:lineRule="auto"/>
        <w:jc w:val="center"/>
        <w:rPr>
          <w:rFonts w:cs="Times New Roman"/>
          <w:b/>
          <w:sz w:val="28"/>
          <w:szCs w:val="28"/>
        </w:rPr>
      </w:pPr>
      <w:r w:rsidRPr="00B933A6">
        <w:rPr>
          <w:rFonts w:cs="Times New Roman"/>
          <w:b/>
          <w:sz w:val="28"/>
          <w:szCs w:val="28"/>
        </w:rPr>
        <w:t>GIẤY XÁC NHẬN CÔNG TÁC</w:t>
      </w:r>
    </w:p>
    <w:p w14:paraId="4D123A42" w14:textId="77777777" w:rsidR="00B933A6" w:rsidRPr="00B933A6" w:rsidRDefault="00B933A6" w:rsidP="00B933A6">
      <w:pPr>
        <w:tabs>
          <w:tab w:val="right" w:leader="dot" w:pos="9594"/>
        </w:tabs>
        <w:spacing w:after="0" w:line="360" w:lineRule="auto"/>
        <w:ind w:firstLine="471"/>
        <w:rPr>
          <w:rFonts w:cs="Times New Roman"/>
          <w:sz w:val="28"/>
          <w:szCs w:val="28"/>
        </w:rPr>
      </w:pPr>
    </w:p>
    <w:p w14:paraId="6B7D54CD" w14:textId="7AB72633" w:rsidR="003A527E" w:rsidRPr="00B933A6" w:rsidRDefault="00B933A6" w:rsidP="00B933A6">
      <w:pPr>
        <w:tabs>
          <w:tab w:val="right" w:leader="dot" w:pos="9594"/>
        </w:tabs>
        <w:spacing w:after="0" w:line="360" w:lineRule="auto"/>
        <w:jc w:val="center"/>
        <w:rPr>
          <w:rFonts w:cs="Times New Roman"/>
          <w:sz w:val="28"/>
          <w:szCs w:val="28"/>
        </w:rPr>
      </w:pPr>
      <w:r w:rsidRPr="00B933A6">
        <w:rPr>
          <w:rFonts w:cs="Times New Roman"/>
          <w:sz w:val="28"/>
          <w:szCs w:val="28"/>
        </w:rPr>
        <w:t xml:space="preserve">Kính gửi </w:t>
      </w:r>
      <w:r w:rsidRPr="00B933A6">
        <w:rPr>
          <w:rFonts w:cs="Times New Roman"/>
          <w:sz w:val="28"/>
          <w:szCs w:val="28"/>
          <w:vertAlign w:val="superscript"/>
        </w:rPr>
        <w:t>(1)</w:t>
      </w:r>
      <w:r w:rsidRPr="00B933A6">
        <w:rPr>
          <w:rFonts w:cs="Times New Roman"/>
          <w:sz w:val="28"/>
          <w:szCs w:val="28"/>
        </w:rPr>
        <w:t>: Ban Giám đốc Công ty………………</w:t>
      </w:r>
      <w:proofErr w:type="gramStart"/>
      <w:r w:rsidRPr="00B933A6">
        <w:rPr>
          <w:rFonts w:cs="Times New Roman"/>
          <w:sz w:val="28"/>
          <w:szCs w:val="28"/>
        </w:rPr>
        <w:t>…..</w:t>
      </w:r>
      <w:proofErr w:type="gramEnd"/>
    </w:p>
    <w:p w14:paraId="422B2C7E" w14:textId="69492ACE" w:rsidR="003A527E" w:rsidRPr="00B933A6" w:rsidRDefault="00000000">
      <w:pPr>
        <w:rPr>
          <w:sz w:val="28"/>
          <w:szCs w:val="28"/>
        </w:rPr>
      </w:pPr>
      <w:r w:rsidRPr="00B933A6">
        <w:rPr>
          <w:sz w:val="28"/>
          <w:szCs w:val="28"/>
        </w:rPr>
        <w:br/>
        <w:t>Tên cơ quan/đơn vị: ....................................................................................................</w:t>
      </w:r>
      <w:r w:rsidRPr="00B933A6">
        <w:rPr>
          <w:sz w:val="28"/>
          <w:szCs w:val="28"/>
        </w:rPr>
        <w:br/>
        <w:t>Địa chỉ: .........................................................................................................................</w:t>
      </w:r>
      <w:r w:rsidRPr="00B933A6">
        <w:rPr>
          <w:sz w:val="28"/>
          <w:szCs w:val="28"/>
        </w:rPr>
        <w:br/>
        <w:t>Điện thoại: ...................................................................................................................</w:t>
      </w:r>
      <w:r w:rsidRPr="00B933A6">
        <w:rPr>
          <w:sz w:val="28"/>
          <w:szCs w:val="28"/>
        </w:rPr>
        <w:br/>
      </w:r>
      <w:r w:rsidRPr="00B933A6">
        <w:rPr>
          <w:sz w:val="28"/>
          <w:szCs w:val="28"/>
        </w:rPr>
        <w:br/>
        <w:t>Xác nhận Ông/Bà: ..........................................................................................................</w:t>
      </w:r>
      <w:r w:rsidRPr="00B933A6">
        <w:rPr>
          <w:sz w:val="28"/>
          <w:szCs w:val="28"/>
        </w:rPr>
        <w:br/>
        <w:t>Sinh ngày: .....................................................................................................................</w:t>
      </w:r>
      <w:r w:rsidRPr="00B933A6">
        <w:rPr>
          <w:sz w:val="28"/>
          <w:szCs w:val="28"/>
        </w:rPr>
        <w:br/>
        <w:t>Số CCCD/CMND: .............................................. Cấp ngày: .................. Nơi cấp: ..........................</w:t>
      </w:r>
      <w:r w:rsidRPr="00B933A6">
        <w:rPr>
          <w:sz w:val="28"/>
          <w:szCs w:val="28"/>
        </w:rPr>
        <w:br/>
        <w:t>Địa chỉ thường trú: .............................................................................................................</w:t>
      </w:r>
      <w:r w:rsidRPr="00B933A6">
        <w:rPr>
          <w:sz w:val="28"/>
          <w:szCs w:val="28"/>
        </w:rPr>
        <w:br/>
      </w:r>
      <w:r w:rsidRPr="00B933A6">
        <w:rPr>
          <w:sz w:val="28"/>
          <w:szCs w:val="28"/>
        </w:rPr>
        <w:br/>
        <w:t>Hiện đang công tác tại: ...............................................................................................</w:t>
      </w:r>
      <w:r w:rsidRPr="00B933A6">
        <w:rPr>
          <w:sz w:val="28"/>
          <w:szCs w:val="28"/>
        </w:rPr>
        <w:br/>
        <w:t>Chức vụ: .........................................................................................................................</w:t>
      </w:r>
      <w:r w:rsidRPr="00B933A6">
        <w:rPr>
          <w:sz w:val="28"/>
          <w:szCs w:val="28"/>
        </w:rPr>
        <w:br/>
        <w:t>Phòng/Ban/Bộ phận: .......................................................................................................</w:t>
      </w:r>
      <w:r w:rsidRPr="00B933A6">
        <w:rPr>
          <w:sz w:val="28"/>
          <w:szCs w:val="28"/>
        </w:rPr>
        <w:br/>
        <w:t>Loại hợp đồng: ................................................................................................................</w:t>
      </w:r>
      <w:r w:rsidRPr="00B933A6">
        <w:rPr>
          <w:sz w:val="28"/>
          <w:szCs w:val="28"/>
        </w:rPr>
        <w:br/>
        <w:t>Thời gian làm việc từ ngày: ......................... đến nay.</w:t>
      </w:r>
      <w:r w:rsidRPr="00B933A6">
        <w:rPr>
          <w:sz w:val="28"/>
          <w:szCs w:val="28"/>
        </w:rPr>
        <w:br/>
      </w:r>
      <w:r w:rsidRPr="00B933A6">
        <w:rPr>
          <w:sz w:val="28"/>
          <w:szCs w:val="28"/>
        </w:rPr>
        <w:br/>
      </w:r>
      <w:r w:rsidRPr="00B933A6">
        <w:rPr>
          <w:sz w:val="28"/>
          <w:szCs w:val="28"/>
        </w:rPr>
        <w:lastRenderedPageBreak/>
        <w:t>Mức lương hiện tại (nếu cần xác nhận): .............................................................</w:t>
      </w:r>
      <w:r w:rsidRPr="00B933A6">
        <w:rPr>
          <w:sz w:val="28"/>
          <w:szCs w:val="28"/>
        </w:rPr>
        <w:br/>
      </w:r>
      <w:r w:rsidRPr="00B933A6">
        <w:rPr>
          <w:sz w:val="28"/>
          <w:szCs w:val="28"/>
        </w:rPr>
        <w:br/>
        <w:t xml:space="preserve">Nay chúng tôi xác nhận các thông tin trên là đúng sự thật để Ông/Bà </w:t>
      </w:r>
      <w:r w:rsidRPr="00B933A6">
        <w:rPr>
          <w:sz w:val="28"/>
          <w:szCs w:val="28"/>
        </w:rPr>
        <w:br/>
        <w:t>.................................................................................................................................</w:t>
      </w:r>
      <w:r w:rsidRPr="00B933A6">
        <w:rPr>
          <w:sz w:val="28"/>
          <w:szCs w:val="28"/>
        </w:rPr>
        <w:br/>
        <w:t>sử dụng vào mục đích: ...............................................................................................</w:t>
      </w:r>
      <w:r w:rsidRPr="00B933A6">
        <w:rPr>
          <w:sz w:val="28"/>
          <w:szCs w:val="28"/>
        </w:rPr>
        <w:br/>
      </w:r>
      <w:r w:rsidRPr="00B933A6">
        <w:rPr>
          <w:sz w:val="28"/>
          <w:szCs w:val="28"/>
        </w:rPr>
        <w:br/>
        <w:t xml:space="preserve">Giấy xác nhận này được cấp theo yêu cầu của Ông/Bà ............................................ </w:t>
      </w:r>
      <w:r w:rsidRPr="00B933A6">
        <w:rPr>
          <w:sz w:val="28"/>
          <w:szCs w:val="28"/>
        </w:rPr>
        <w:br/>
        <w:t>và có giá trị đến hết ngày .................................................. (nếu có).</w:t>
      </w:r>
      <w:r w:rsidRPr="00B933A6">
        <w:rPr>
          <w:sz w:val="28"/>
          <w:szCs w:val="28"/>
        </w:rPr>
        <w:br/>
      </w:r>
    </w:p>
    <w:p w14:paraId="0D56A688" w14:textId="77777777" w:rsidR="003A527E" w:rsidRPr="00B933A6" w:rsidRDefault="003A527E">
      <w:pPr>
        <w:rPr>
          <w:sz w:val="28"/>
          <w:szCs w:val="28"/>
        </w:rPr>
      </w:pPr>
    </w:p>
    <w:p w14:paraId="503F7131" w14:textId="77777777" w:rsidR="003A527E" w:rsidRPr="00B933A6" w:rsidRDefault="003A527E">
      <w:pPr>
        <w:rPr>
          <w:sz w:val="28"/>
          <w:szCs w:val="28"/>
        </w:rPr>
      </w:pPr>
    </w:p>
    <w:p w14:paraId="2CE65113" w14:textId="77777777" w:rsidR="003A527E" w:rsidRPr="00B933A6" w:rsidRDefault="003A527E">
      <w:pPr>
        <w:rPr>
          <w:sz w:val="28"/>
          <w:szCs w:val="28"/>
        </w:rPr>
      </w:pPr>
    </w:p>
    <w:p w14:paraId="1AC10B70" w14:textId="77777777" w:rsidR="003A527E" w:rsidRPr="00B933A6" w:rsidRDefault="00000000">
      <w:pPr>
        <w:jc w:val="right"/>
        <w:rPr>
          <w:sz w:val="28"/>
          <w:szCs w:val="28"/>
        </w:rPr>
      </w:pPr>
      <w:r w:rsidRPr="00B933A6">
        <w:rPr>
          <w:b/>
          <w:sz w:val="28"/>
          <w:szCs w:val="28"/>
        </w:rPr>
        <w:t>XÁC NHẬN CỦA CƠ QUAN/ĐƠN VỊ</w:t>
      </w:r>
    </w:p>
    <w:p w14:paraId="7AE090BD" w14:textId="77777777" w:rsidR="003A527E" w:rsidRPr="00B933A6" w:rsidRDefault="00000000">
      <w:pPr>
        <w:jc w:val="right"/>
        <w:rPr>
          <w:sz w:val="28"/>
          <w:szCs w:val="28"/>
        </w:rPr>
      </w:pPr>
      <w:r w:rsidRPr="00B933A6">
        <w:rPr>
          <w:sz w:val="28"/>
          <w:szCs w:val="28"/>
        </w:rPr>
        <w:t>(Ký, ghi rõ họ tên và đóng dấu)</w:t>
      </w:r>
    </w:p>
    <w:sectPr w:rsidR="003A527E" w:rsidRPr="00B933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9418990">
    <w:abstractNumId w:val="8"/>
  </w:num>
  <w:num w:numId="2" w16cid:durableId="1881479471">
    <w:abstractNumId w:val="6"/>
  </w:num>
  <w:num w:numId="3" w16cid:durableId="1480414673">
    <w:abstractNumId w:val="5"/>
  </w:num>
  <w:num w:numId="4" w16cid:durableId="1258908114">
    <w:abstractNumId w:val="4"/>
  </w:num>
  <w:num w:numId="5" w16cid:durableId="369233789">
    <w:abstractNumId w:val="7"/>
  </w:num>
  <w:num w:numId="6" w16cid:durableId="989792911">
    <w:abstractNumId w:val="3"/>
  </w:num>
  <w:num w:numId="7" w16cid:durableId="865021477">
    <w:abstractNumId w:val="2"/>
  </w:num>
  <w:num w:numId="8" w16cid:durableId="1690909660">
    <w:abstractNumId w:val="1"/>
  </w:num>
  <w:num w:numId="9" w16cid:durableId="205974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527E"/>
    <w:rsid w:val="00AA1D8D"/>
    <w:rsid w:val="00B47730"/>
    <w:rsid w:val="00B933A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466D8F"/>
  <w14:defaultImageDpi w14:val="300"/>
  <w15:docId w15:val="{66D9D0DC-F145-4167-983E-F7C3BE80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11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2026-03-03T04:18:00Z</dcterms:created>
  <dcterms:modified xsi:type="dcterms:W3CDTF">2026-03-03T04:18:00Z</dcterms:modified>
  <cp:category/>
</cp:coreProperties>
</file>