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1E0" w:firstRow="1" w:lastRow="1" w:firstColumn="1" w:lastColumn="1" w:noHBand="0" w:noVBand="0"/>
      </w:tblPr>
      <w:tblGrid>
        <w:gridCol w:w="7668"/>
      </w:tblGrid>
      <w:tr w:rsidR="009A377A" w:rsidRPr="009A377A" w14:paraId="3B7B326C" w14:textId="77777777" w:rsidTr="009A377A">
        <w:tc>
          <w:tcPr>
            <w:tcW w:w="7668" w:type="dxa"/>
            <w:hideMark/>
          </w:tcPr>
          <w:p w14:paraId="7199FC91" w14:textId="77777777" w:rsidR="009A377A" w:rsidRPr="009A377A" w:rsidRDefault="009A377A" w:rsidP="009A377A">
            <w:pPr>
              <w:spacing w:before="120"/>
              <w:ind w:left="1955" w:firstLine="205"/>
              <w:jc w:val="center"/>
              <w:rPr>
                <w:rFonts w:ascii="Times New Roman" w:eastAsia="Times New Roman" w:hAnsi="Times New Roman" w:cs="Times New Roman"/>
              </w:rPr>
            </w:pPr>
            <w:r w:rsidRPr="009A377A">
              <w:rPr>
                <w:rFonts w:ascii="Times New Roman" w:eastAsia="Times New Roman" w:hAnsi="Times New Roman" w:cs="Times New Roman"/>
                <w:b/>
              </w:rPr>
              <w:t>CỘNG HÒA XÃ HỘI CHỦ NGHĨA VIỆT NAM</w:t>
            </w:r>
            <w:r w:rsidRPr="009A377A">
              <w:rPr>
                <w:rFonts w:ascii="Times New Roman" w:eastAsia="Times New Roman" w:hAnsi="Times New Roman" w:cs="Times New Roman"/>
                <w:b/>
              </w:rPr>
              <w:br/>
              <w:t xml:space="preserve">Độc lập - Tự do - Hạnh phúc </w:t>
            </w:r>
            <w:r w:rsidRPr="009A377A">
              <w:rPr>
                <w:rFonts w:ascii="Times New Roman" w:eastAsia="Times New Roman" w:hAnsi="Times New Roman" w:cs="Times New Roman"/>
                <w:b/>
              </w:rPr>
              <w:br/>
              <w:t>---------------</w:t>
            </w:r>
          </w:p>
        </w:tc>
      </w:tr>
      <w:tr w:rsidR="009A377A" w:rsidRPr="009A377A" w14:paraId="3AC12420" w14:textId="77777777" w:rsidTr="009A377A">
        <w:tc>
          <w:tcPr>
            <w:tcW w:w="7668" w:type="dxa"/>
            <w:hideMark/>
          </w:tcPr>
          <w:p w14:paraId="004A3ADF" w14:textId="77777777" w:rsidR="009A377A" w:rsidRPr="009A377A" w:rsidRDefault="009A377A" w:rsidP="009A377A">
            <w:pPr>
              <w:spacing w:before="120"/>
              <w:ind w:left="1955" w:firstLine="2275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9A377A">
              <w:rPr>
                <w:rFonts w:ascii="Times New Roman" w:eastAsia="Times New Roman" w:hAnsi="Times New Roman" w:cs="Times New Roman"/>
                <w:i/>
              </w:rPr>
              <w:t xml:space="preserve">……, ngày …. tháng </w:t>
            </w:r>
            <w:proofErr w:type="gramStart"/>
            <w:r w:rsidRPr="009A377A">
              <w:rPr>
                <w:rFonts w:ascii="Times New Roman" w:eastAsia="Times New Roman" w:hAnsi="Times New Roman" w:cs="Times New Roman"/>
                <w:i/>
              </w:rPr>
              <w:t>…..</w:t>
            </w:r>
            <w:proofErr w:type="gramEnd"/>
            <w:r w:rsidRPr="009A377A">
              <w:rPr>
                <w:rFonts w:ascii="Times New Roman" w:eastAsia="Times New Roman" w:hAnsi="Times New Roman" w:cs="Times New Roman"/>
                <w:i/>
              </w:rPr>
              <w:t xml:space="preserve"> năm ……</w:t>
            </w:r>
          </w:p>
        </w:tc>
      </w:tr>
    </w:tbl>
    <w:p w14:paraId="7EB1AAAF" w14:textId="77777777" w:rsidR="009A377A" w:rsidRPr="009A377A" w:rsidRDefault="009A377A" w:rsidP="009A377A">
      <w:pPr>
        <w:rPr>
          <w:rFonts w:ascii="Times New Roman" w:hAnsi="Times New Roman" w:cs="Times New Roman"/>
          <w:b/>
        </w:rPr>
      </w:pPr>
    </w:p>
    <w:p w14:paraId="2CA5011D" w14:textId="53275A51" w:rsidR="00D4131D" w:rsidRPr="009A377A" w:rsidRDefault="00000000" w:rsidP="009A377A">
      <w:pPr>
        <w:ind w:left="1080"/>
        <w:jc w:val="center"/>
        <w:rPr>
          <w:rFonts w:ascii="Times New Roman" w:hAnsi="Times New Roman" w:cs="Times New Roman"/>
          <w:sz w:val="26"/>
          <w:szCs w:val="26"/>
        </w:rPr>
      </w:pPr>
      <w:r w:rsidRPr="009A377A">
        <w:rPr>
          <w:rFonts w:ascii="Times New Roman" w:hAnsi="Times New Roman" w:cs="Times New Roman"/>
          <w:b/>
          <w:sz w:val="26"/>
          <w:szCs w:val="26"/>
        </w:rPr>
        <w:t>CÔNG VĂN GIẢI TRÌNH</w:t>
      </w:r>
      <w:r w:rsidRPr="009A377A">
        <w:rPr>
          <w:rFonts w:ascii="Times New Roman" w:hAnsi="Times New Roman" w:cs="Times New Roman"/>
          <w:b/>
          <w:sz w:val="26"/>
          <w:szCs w:val="26"/>
        </w:rPr>
        <w:br/>
        <w:t xml:space="preserve">(Về việc nộp tiền </w:t>
      </w:r>
      <w:r w:rsidR="009A377A" w:rsidRPr="009A377A">
        <w:rPr>
          <w:rFonts w:ascii="Times New Roman" w:hAnsi="Times New Roman" w:cs="Times New Roman"/>
          <w:b/>
          <w:sz w:val="26"/>
          <w:szCs w:val="26"/>
        </w:rPr>
        <w:t>bảo hiểm xã hội</w:t>
      </w:r>
      <w:r w:rsidRPr="009A377A">
        <w:rPr>
          <w:rFonts w:ascii="Times New Roman" w:hAnsi="Times New Roman" w:cs="Times New Roman"/>
          <w:b/>
          <w:sz w:val="26"/>
          <w:szCs w:val="26"/>
        </w:rPr>
        <w:t xml:space="preserve"> sai cơ sở)</w:t>
      </w:r>
    </w:p>
    <w:p w14:paraId="512881D0" w14:textId="77777777" w:rsidR="00D4131D" w:rsidRPr="009A377A" w:rsidRDefault="00D4131D">
      <w:pPr>
        <w:rPr>
          <w:rFonts w:ascii="Times New Roman" w:hAnsi="Times New Roman" w:cs="Times New Roman"/>
        </w:rPr>
      </w:pPr>
    </w:p>
    <w:p w14:paraId="1A08F5F6" w14:textId="3A500DE4" w:rsidR="00D4131D" w:rsidRPr="009A377A" w:rsidRDefault="00000000">
      <w:pPr>
        <w:rPr>
          <w:rFonts w:ascii="Times New Roman" w:hAnsi="Times New Roman" w:cs="Times New Roman"/>
        </w:rPr>
      </w:pPr>
      <w:r w:rsidRPr="009A377A">
        <w:rPr>
          <w:rFonts w:ascii="Times New Roman" w:hAnsi="Times New Roman" w:cs="Times New Roman"/>
        </w:rPr>
        <w:t>Kính gửi: ..............................................................</w:t>
      </w:r>
      <w:r w:rsidRPr="009A377A">
        <w:rPr>
          <w:rFonts w:ascii="Times New Roman" w:hAnsi="Times New Roman" w:cs="Times New Roman"/>
        </w:rPr>
        <w:br/>
      </w:r>
      <w:r w:rsidRPr="009A377A">
        <w:rPr>
          <w:rFonts w:ascii="Times New Roman" w:hAnsi="Times New Roman" w:cs="Times New Roman"/>
        </w:rPr>
        <w:br/>
        <w:t>Tên đơn vị: ............................................................</w:t>
      </w:r>
      <w:r w:rsidRPr="009A377A">
        <w:rPr>
          <w:rFonts w:ascii="Times New Roman" w:hAnsi="Times New Roman" w:cs="Times New Roman"/>
        </w:rPr>
        <w:br/>
        <w:t>Mã đơn vị: .............................................................</w:t>
      </w:r>
      <w:r w:rsidRPr="009A377A">
        <w:rPr>
          <w:rFonts w:ascii="Times New Roman" w:hAnsi="Times New Roman" w:cs="Times New Roman"/>
        </w:rPr>
        <w:br/>
        <w:t>Địa chỉ: ...............................................................</w:t>
      </w:r>
      <w:r w:rsidRPr="009A377A">
        <w:rPr>
          <w:rFonts w:ascii="Times New Roman" w:hAnsi="Times New Roman" w:cs="Times New Roman"/>
        </w:rPr>
        <w:br/>
      </w:r>
      <w:r w:rsidRPr="009A377A">
        <w:rPr>
          <w:rFonts w:ascii="Times New Roman" w:hAnsi="Times New Roman" w:cs="Times New Roman"/>
        </w:rPr>
        <w:br/>
        <w:t xml:space="preserve">Căn cứ vào quá trình thực hiện nghĩa vụ đóng </w:t>
      </w:r>
      <w:bookmarkStart w:id="0" w:name="_Hlk225841330"/>
      <w:r w:rsidRPr="009A377A">
        <w:rPr>
          <w:rFonts w:ascii="Times New Roman" w:hAnsi="Times New Roman" w:cs="Times New Roman"/>
        </w:rPr>
        <w:t>bảo hiểm xã hội</w:t>
      </w:r>
      <w:bookmarkEnd w:id="0"/>
      <w:r w:rsidRPr="009A377A">
        <w:rPr>
          <w:rFonts w:ascii="Times New Roman" w:hAnsi="Times New Roman" w:cs="Times New Roman"/>
        </w:rPr>
        <w:t>, đơn vị chúng tôi xin giải trình như sau:</w:t>
      </w:r>
      <w:r w:rsidRPr="009A377A">
        <w:rPr>
          <w:rFonts w:ascii="Times New Roman" w:hAnsi="Times New Roman" w:cs="Times New Roman"/>
        </w:rPr>
        <w:br/>
      </w:r>
      <w:r w:rsidRPr="009A377A">
        <w:rPr>
          <w:rFonts w:ascii="Times New Roman" w:hAnsi="Times New Roman" w:cs="Times New Roman"/>
        </w:rPr>
        <w:br/>
        <w:t xml:space="preserve">Trong quá trình thực hiện nộp tiền bảo hiểm xã hội, do sơ suất trong khâu kê khai/nhập thông tin, đơn vị đã nộp tiền </w:t>
      </w:r>
      <w:r w:rsidR="009A377A" w:rsidRPr="009A377A">
        <w:rPr>
          <w:rFonts w:ascii="Times New Roman" w:hAnsi="Times New Roman" w:cs="Times New Roman"/>
        </w:rPr>
        <w:t>bảo hiểm xã hội</w:t>
      </w:r>
      <w:r w:rsidRPr="009A377A">
        <w:rPr>
          <w:rFonts w:ascii="Times New Roman" w:hAnsi="Times New Roman" w:cs="Times New Roman"/>
        </w:rPr>
        <w:t xml:space="preserve"> vào sai cơ sở quản lý.</w:t>
      </w:r>
      <w:r w:rsidRPr="009A377A">
        <w:rPr>
          <w:rFonts w:ascii="Times New Roman" w:hAnsi="Times New Roman" w:cs="Times New Roman"/>
        </w:rPr>
        <w:br/>
      </w:r>
      <w:r w:rsidRPr="009A377A">
        <w:rPr>
          <w:rFonts w:ascii="Times New Roman" w:hAnsi="Times New Roman" w:cs="Times New Roman"/>
        </w:rPr>
        <w:br/>
        <w:t>Cụ thể:</w:t>
      </w:r>
      <w:r w:rsidRPr="009A377A">
        <w:rPr>
          <w:rFonts w:ascii="Times New Roman" w:hAnsi="Times New Roman" w:cs="Times New Roman"/>
        </w:rPr>
        <w:br/>
        <w:t>- Số tiền đã nộp: ......................................................</w:t>
      </w:r>
      <w:r w:rsidRPr="009A377A">
        <w:rPr>
          <w:rFonts w:ascii="Times New Roman" w:hAnsi="Times New Roman" w:cs="Times New Roman"/>
        </w:rPr>
        <w:br/>
        <w:t>- Thời gian nộp: .......................................................</w:t>
      </w:r>
      <w:r w:rsidRPr="009A377A">
        <w:rPr>
          <w:rFonts w:ascii="Times New Roman" w:hAnsi="Times New Roman" w:cs="Times New Roman"/>
        </w:rPr>
        <w:br/>
        <w:t xml:space="preserve">- Nộp vào cơ quan </w:t>
      </w:r>
      <w:r w:rsidR="009A377A" w:rsidRPr="009A377A">
        <w:rPr>
          <w:rFonts w:ascii="Times New Roman" w:hAnsi="Times New Roman" w:cs="Times New Roman"/>
        </w:rPr>
        <w:t>bảo hiểm xã hội</w:t>
      </w:r>
      <w:r w:rsidRPr="009A377A">
        <w:rPr>
          <w:rFonts w:ascii="Times New Roman" w:hAnsi="Times New Roman" w:cs="Times New Roman"/>
        </w:rPr>
        <w:t>: ................................................</w:t>
      </w:r>
      <w:r w:rsidRPr="009A377A">
        <w:rPr>
          <w:rFonts w:ascii="Times New Roman" w:hAnsi="Times New Roman" w:cs="Times New Roman"/>
        </w:rPr>
        <w:br/>
        <w:t>- Đúng ra phải nộp tại: ................................................</w:t>
      </w:r>
      <w:r w:rsidRPr="009A377A">
        <w:rPr>
          <w:rFonts w:ascii="Times New Roman" w:hAnsi="Times New Roman" w:cs="Times New Roman"/>
        </w:rPr>
        <w:br/>
      </w:r>
      <w:r w:rsidRPr="009A377A">
        <w:rPr>
          <w:rFonts w:ascii="Times New Roman" w:hAnsi="Times New Roman" w:cs="Times New Roman"/>
        </w:rPr>
        <w:br/>
        <w:t xml:space="preserve">Nay đơn vị kính đề nghị cơ quan </w:t>
      </w:r>
      <w:r w:rsidR="009A377A" w:rsidRPr="009A377A">
        <w:rPr>
          <w:rFonts w:ascii="Times New Roman" w:hAnsi="Times New Roman" w:cs="Times New Roman"/>
        </w:rPr>
        <w:t>bảo hiểm xã hội</w:t>
      </w:r>
      <w:r w:rsidRPr="009A377A">
        <w:rPr>
          <w:rFonts w:ascii="Times New Roman" w:hAnsi="Times New Roman" w:cs="Times New Roman"/>
        </w:rPr>
        <w:t xml:space="preserve"> xem xét, hỗ trợ điều chỉnh/chuyển số tiền đã nộp về đúng cơ quan quản lý theo quy định.</w:t>
      </w:r>
      <w:r w:rsidRPr="009A377A">
        <w:rPr>
          <w:rFonts w:ascii="Times New Roman" w:hAnsi="Times New Roman" w:cs="Times New Roman"/>
        </w:rPr>
        <w:br/>
      </w:r>
      <w:r w:rsidRPr="009A377A">
        <w:rPr>
          <w:rFonts w:ascii="Times New Roman" w:hAnsi="Times New Roman" w:cs="Times New Roman"/>
        </w:rPr>
        <w:br/>
        <w:t>Chúng tôi cam kết các thông tin trên là đúng sự thật và chịu trách nhiệm trước pháp luật về nội dung đã trình bày.</w:t>
      </w:r>
      <w:r w:rsidRPr="009A377A">
        <w:rPr>
          <w:rFonts w:ascii="Times New Roman" w:hAnsi="Times New Roman" w:cs="Times New Roman"/>
        </w:rPr>
        <w:br/>
      </w:r>
      <w:r w:rsidRPr="009A377A">
        <w:rPr>
          <w:rFonts w:ascii="Times New Roman" w:hAnsi="Times New Roman" w:cs="Times New Roman"/>
        </w:rPr>
        <w:br/>
        <w:t>Rất mong nhận được sự hỗ trợ từ Quý cơ quan.</w:t>
      </w:r>
      <w:r w:rsidRPr="009A377A">
        <w:rPr>
          <w:rFonts w:ascii="Times New Roman" w:hAnsi="Times New Roman" w:cs="Times New Roman"/>
        </w:rPr>
        <w:br/>
      </w:r>
      <w:r w:rsidRPr="009A377A">
        <w:rPr>
          <w:rFonts w:ascii="Times New Roman" w:hAnsi="Times New Roman" w:cs="Times New Roman"/>
        </w:rPr>
        <w:br/>
        <w:t>Xin trân trọng cảm ơn!</w:t>
      </w:r>
      <w:r w:rsidRPr="009A377A">
        <w:rPr>
          <w:rFonts w:ascii="Times New Roman" w:hAnsi="Times New Roman" w:cs="Times New Roman"/>
        </w:rPr>
        <w:br/>
      </w:r>
    </w:p>
    <w:p w14:paraId="64D09955" w14:textId="77777777" w:rsidR="00D4131D" w:rsidRPr="009A377A" w:rsidRDefault="00D4131D">
      <w:pPr>
        <w:rPr>
          <w:rFonts w:ascii="Times New Roman" w:hAnsi="Times New Roman" w:cs="Times New Roman"/>
        </w:rPr>
      </w:pPr>
    </w:p>
    <w:p w14:paraId="31975036" w14:textId="77777777" w:rsidR="00D4131D" w:rsidRPr="009A377A" w:rsidRDefault="00000000">
      <w:pPr>
        <w:jc w:val="right"/>
        <w:rPr>
          <w:rFonts w:ascii="Times New Roman" w:hAnsi="Times New Roman" w:cs="Times New Roman"/>
        </w:rPr>
      </w:pPr>
      <w:r w:rsidRPr="009A377A">
        <w:rPr>
          <w:rFonts w:ascii="Times New Roman" w:hAnsi="Times New Roman" w:cs="Times New Roman"/>
        </w:rPr>
        <w:lastRenderedPageBreak/>
        <w:t>ĐẠI DIỆN ĐƠN VỊ</w:t>
      </w:r>
      <w:r w:rsidRPr="009A377A">
        <w:rPr>
          <w:rFonts w:ascii="Times New Roman" w:hAnsi="Times New Roman" w:cs="Times New Roman"/>
        </w:rPr>
        <w:br/>
        <w:t>(Ký, ghi rõ họ tên, đóng dấu)</w:t>
      </w:r>
    </w:p>
    <w:sectPr w:rsidR="00D4131D" w:rsidRPr="009A377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7379972">
    <w:abstractNumId w:val="8"/>
  </w:num>
  <w:num w:numId="2" w16cid:durableId="174341869">
    <w:abstractNumId w:val="6"/>
  </w:num>
  <w:num w:numId="3" w16cid:durableId="1939945589">
    <w:abstractNumId w:val="5"/>
  </w:num>
  <w:num w:numId="4" w16cid:durableId="1346974649">
    <w:abstractNumId w:val="4"/>
  </w:num>
  <w:num w:numId="5" w16cid:durableId="680622499">
    <w:abstractNumId w:val="7"/>
  </w:num>
  <w:num w:numId="6" w16cid:durableId="564920360">
    <w:abstractNumId w:val="3"/>
  </w:num>
  <w:num w:numId="7" w16cid:durableId="1874414083">
    <w:abstractNumId w:val="2"/>
  </w:num>
  <w:num w:numId="8" w16cid:durableId="1557206285">
    <w:abstractNumId w:val="1"/>
  </w:num>
  <w:num w:numId="9" w16cid:durableId="1801455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A377A"/>
    <w:rsid w:val="00AA1D8D"/>
    <w:rsid w:val="00B47730"/>
    <w:rsid w:val="00CB0664"/>
    <w:rsid w:val="00D413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1D68F1"/>
  <w14:defaultImageDpi w14:val="300"/>
  <w15:docId w15:val="{1AB5A44C-B05C-4D3D-9A34-11CAE8BC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2</cp:revision>
  <dcterms:created xsi:type="dcterms:W3CDTF">2026-03-31T02:22:00Z</dcterms:created>
  <dcterms:modified xsi:type="dcterms:W3CDTF">2026-03-31T02:22:00Z</dcterms:modified>
  <cp:category/>
</cp:coreProperties>
</file>