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077C28" w14:textId="77777777" w:rsidR="00694D0B" w:rsidRPr="00694D0B" w:rsidRDefault="00694D0B" w:rsidP="00694D0B">
      <w:pPr>
        <w:spacing w:before="142" w:after="142" w:line="360" w:lineRule="auto"/>
        <w:ind w:left="142"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94D0B">
        <w:rPr>
          <w:rFonts w:ascii="Times New Roman" w:eastAsia="Times New Roman" w:hAnsi="Times New Roman" w:cs="Times New Roman"/>
          <w:b/>
          <w:sz w:val="26"/>
          <w:szCs w:val="26"/>
        </w:rPr>
        <w:t>CỘNG HÒA XÃ HỘI CHỦ NGHĨA VIỆT NAM</w:t>
      </w:r>
    </w:p>
    <w:p w14:paraId="4032D649" w14:textId="77777777" w:rsidR="00694D0B" w:rsidRPr="00694D0B" w:rsidRDefault="00694D0B" w:rsidP="00694D0B">
      <w:pPr>
        <w:spacing w:after="142" w:line="360" w:lineRule="auto"/>
        <w:ind w:left="142"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94D0B">
        <w:rPr>
          <w:rFonts w:ascii="Times New Roman" w:eastAsia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07AFC1" wp14:editId="46EE6C6F">
                <wp:simplePos x="0" y="0"/>
                <wp:positionH relativeFrom="column">
                  <wp:posOffset>2444115</wp:posOffset>
                </wp:positionH>
                <wp:positionV relativeFrom="paragraph">
                  <wp:posOffset>242570</wp:posOffset>
                </wp:positionV>
                <wp:extent cx="819150" cy="5715"/>
                <wp:effectExtent l="0" t="0" r="19050" b="32385"/>
                <wp:wrapNone/>
                <wp:docPr id="177322035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9150" cy="571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A6B66" id="Straight Connector 1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45pt,19.1pt" to="256.9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" strokecolor="windowText" strokeweight=".5pt">
                <v:stroke joinstyle="miter"/>
              </v:line>
            </w:pict>
          </mc:Fallback>
        </mc:AlternateContent>
      </w:r>
      <w:r w:rsidRPr="00694D0B">
        <w:rPr>
          <w:rFonts w:ascii="Times New Roman" w:eastAsia="Times New Roman" w:hAnsi="Times New Roman" w:cs="Times New Roman"/>
          <w:b/>
          <w:sz w:val="26"/>
          <w:szCs w:val="26"/>
        </w:rPr>
        <w:t>Độc lập - Tự do - Hạnh phúc</w:t>
      </w:r>
    </w:p>
    <w:p w14:paraId="77904133" w14:textId="77777777" w:rsidR="00694D0B" w:rsidRPr="00694D0B" w:rsidRDefault="00694D0B" w:rsidP="00694D0B">
      <w:pPr>
        <w:spacing w:after="142" w:line="360" w:lineRule="auto"/>
        <w:ind w:left="142"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EC81121" w14:textId="653B42BE" w:rsidR="00694D0B" w:rsidRPr="00694D0B" w:rsidRDefault="00694D0B" w:rsidP="00694D0B">
      <w:pPr>
        <w:spacing w:after="142" w:line="360" w:lineRule="auto"/>
        <w:ind w:left="142" w:right="142" w:firstLine="4448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94D0B">
        <w:rPr>
          <w:rFonts w:ascii="Times New Roman" w:eastAsia="Times New Roman" w:hAnsi="Times New Roman" w:cs="Times New Roman"/>
          <w:bCs/>
          <w:sz w:val="26"/>
          <w:szCs w:val="26"/>
        </w:rPr>
        <w:t>..........., ngày</w:t>
      </w:r>
      <w:r w:rsidR="001E6C7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694D0B">
        <w:rPr>
          <w:rFonts w:ascii="Times New Roman" w:eastAsia="Times New Roman" w:hAnsi="Times New Roman" w:cs="Times New Roman"/>
          <w:bCs/>
          <w:sz w:val="26"/>
          <w:szCs w:val="26"/>
        </w:rPr>
        <w:t>....</w:t>
      </w:r>
      <w:r w:rsidR="001E6C7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694D0B">
        <w:rPr>
          <w:rFonts w:ascii="Times New Roman" w:eastAsia="Times New Roman" w:hAnsi="Times New Roman" w:cs="Times New Roman"/>
          <w:bCs/>
          <w:sz w:val="26"/>
          <w:szCs w:val="26"/>
        </w:rPr>
        <w:t>tháng</w:t>
      </w:r>
      <w:r w:rsidR="001E6C7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694D0B">
        <w:rPr>
          <w:rFonts w:ascii="Times New Roman" w:eastAsia="Times New Roman" w:hAnsi="Times New Roman" w:cs="Times New Roman"/>
          <w:bCs/>
          <w:sz w:val="26"/>
          <w:szCs w:val="26"/>
        </w:rPr>
        <w:t>.... năm</w:t>
      </w:r>
      <w:r w:rsidR="001E6C7F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694D0B">
        <w:rPr>
          <w:rFonts w:ascii="Times New Roman" w:eastAsia="Times New Roman" w:hAnsi="Times New Roman" w:cs="Times New Roman"/>
          <w:bCs/>
          <w:sz w:val="26"/>
          <w:szCs w:val="26"/>
        </w:rPr>
        <w:t>....</w:t>
      </w:r>
    </w:p>
    <w:p w14:paraId="79537A7E" w14:textId="77777777" w:rsidR="00694D0B" w:rsidRPr="00694D0B" w:rsidRDefault="00694D0B" w:rsidP="00694D0B">
      <w:pPr>
        <w:spacing w:before="142" w:after="142" w:line="360" w:lineRule="auto"/>
        <w:ind w:left="142" w:right="142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94D0B">
        <w:rPr>
          <w:rFonts w:ascii="Times New Roman" w:eastAsia="Times New Roman" w:hAnsi="Times New Roman" w:cs="Times New Roman"/>
          <w:b/>
          <w:sz w:val="26"/>
          <w:szCs w:val="26"/>
        </w:rPr>
        <w:t>QUYẾT ĐỊNH</w:t>
      </w:r>
    </w:p>
    <w:p w14:paraId="01426885" w14:textId="6736C0AE" w:rsidR="00694D0B" w:rsidRPr="00694D0B" w:rsidRDefault="00694D0B" w:rsidP="00694D0B">
      <w:pPr>
        <w:spacing w:before="142" w:after="142" w:line="360" w:lineRule="auto"/>
        <w:ind w:left="142" w:right="142"/>
        <w:jc w:val="center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694D0B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Về việc cho thôi việc theo nguyện vọng</w:t>
      </w:r>
    </w:p>
    <w:p w14:paraId="1733EE8A" w14:textId="77777777" w:rsidR="00E52105" w:rsidRDefault="00000000">
      <w:pPr>
        <w:rPr>
          <w:rFonts w:ascii="Times New Roman" w:hAnsi="Times New Roman" w:cs="Times New Roman"/>
          <w:sz w:val="26"/>
          <w:szCs w:val="26"/>
        </w:rPr>
      </w:pPr>
      <w:r w:rsidRPr="00694D0B">
        <w:rPr>
          <w:rFonts w:ascii="Times New Roman" w:hAnsi="Times New Roman" w:cs="Times New Roman"/>
          <w:sz w:val="26"/>
          <w:szCs w:val="26"/>
        </w:rPr>
        <w:br/>
        <w:t>GIÁM ĐỐC....................................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br/>
        <w:t>- Căn cứ Bộ luật Lao động hiện hành;</w:t>
      </w:r>
      <w:r w:rsidRPr="00694D0B">
        <w:rPr>
          <w:rFonts w:ascii="Times New Roman" w:hAnsi="Times New Roman" w:cs="Times New Roman"/>
          <w:sz w:val="26"/>
          <w:szCs w:val="26"/>
        </w:rPr>
        <w:br/>
        <w:t>- Căn cứ Nội quy lao động của Công ty/Đơn vị;</w:t>
      </w:r>
      <w:r w:rsidRPr="00694D0B">
        <w:rPr>
          <w:rFonts w:ascii="Times New Roman" w:hAnsi="Times New Roman" w:cs="Times New Roman"/>
          <w:sz w:val="26"/>
          <w:szCs w:val="26"/>
        </w:rPr>
        <w:br/>
        <w:t>- Căn cứ đơn xin thôi việc của Ông/Bà ....................................;</w:t>
      </w:r>
      <w:r w:rsidRPr="00694D0B">
        <w:rPr>
          <w:rFonts w:ascii="Times New Roman" w:hAnsi="Times New Roman" w:cs="Times New Roman"/>
          <w:sz w:val="26"/>
          <w:szCs w:val="26"/>
        </w:rPr>
        <w:br/>
        <w:t>- Xét nhu cầu và tình hình thực tế của Công ty/Đơn vị.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br/>
        <w:t>QUYẾT ĐỊNH: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br/>
        <w:t>Điều 1. Cho Ông/Bà: ............................................................</w:t>
      </w:r>
      <w:r w:rsidRPr="00694D0B">
        <w:rPr>
          <w:rFonts w:ascii="Times New Roman" w:hAnsi="Times New Roman" w:cs="Times New Roman"/>
          <w:sz w:val="26"/>
          <w:szCs w:val="26"/>
        </w:rPr>
        <w:br/>
        <w:t>Sinh ngày: ......................................................................</w:t>
      </w:r>
      <w:r w:rsidRPr="00694D0B">
        <w:rPr>
          <w:rFonts w:ascii="Times New Roman" w:hAnsi="Times New Roman" w:cs="Times New Roman"/>
          <w:sz w:val="26"/>
          <w:szCs w:val="26"/>
        </w:rPr>
        <w:br/>
        <w:t>Chức vụ: ........................................................................</w:t>
      </w:r>
      <w:r w:rsidRPr="00694D0B">
        <w:rPr>
          <w:rFonts w:ascii="Times New Roman" w:hAnsi="Times New Roman" w:cs="Times New Roman"/>
          <w:sz w:val="26"/>
          <w:szCs w:val="26"/>
        </w:rPr>
        <w:br/>
        <w:t>Bộ phận: ......................................................................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br/>
        <w:t>Được thôi việc theo nguyện vọng kể từ ngày .....tháng .....năm .....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br/>
        <w:t>Điều 2. Ông/Bà .................................... có trách nhiệm bàn giao toàn bộ công việc, tài sản, hồ sơ, tài liệu liên quan cho .................................... trước ngày nghỉ việc.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br/>
        <w:t>Điều 3. Các quyền lợi của Ông/Bà .................................... được giải quyết theo quy định của pháp luật và của Công ty/Đơn vị.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br/>
        <w:t>Điều 4. Các bộ phận liên quan và Ông/Bà .................................... chịu trách nhiệm thi hành Quyết định này.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br/>
        <w:t>Nơi nhận:</w:t>
      </w:r>
      <w:r w:rsidRPr="00694D0B">
        <w:rPr>
          <w:rFonts w:ascii="Times New Roman" w:hAnsi="Times New Roman" w:cs="Times New Roman"/>
          <w:sz w:val="26"/>
          <w:szCs w:val="26"/>
        </w:rPr>
        <w:br/>
      </w:r>
      <w:r w:rsidRPr="00694D0B">
        <w:rPr>
          <w:rFonts w:ascii="Times New Roman" w:hAnsi="Times New Roman" w:cs="Times New Roman"/>
          <w:sz w:val="26"/>
          <w:szCs w:val="26"/>
        </w:rPr>
        <w:lastRenderedPageBreak/>
        <w:t>- Như Điều 4;</w:t>
      </w:r>
      <w:r w:rsidRPr="00694D0B">
        <w:rPr>
          <w:rFonts w:ascii="Times New Roman" w:hAnsi="Times New Roman" w:cs="Times New Roman"/>
          <w:sz w:val="26"/>
          <w:szCs w:val="26"/>
        </w:rPr>
        <w:br/>
        <w:t>- Lưu: VT.</w:t>
      </w:r>
      <w:r w:rsidRPr="00694D0B">
        <w:rPr>
          <w:rFonts w:ascii="Times New Roman" w:hAnsi="Times New Roman" w:cs="Times New Roman"/>
          <w:sz w:val="26"/>
          <w:szCs w:val="26"/>
        </w:rPr>
        <w:br/>
      </w:r>
    </w:p>
    <w:p w14:paraId="4E445432" w14:textId="0C64EF10" w:rsidR="00EC4B47" w:rsidRPr="00694D0B" w:rsidRDefault="00000000">
      <w:pPr>
        <w:rPr>
          <w:rFonts w:ascii="Times New Roman" w:hAnsi="Times New Roman" w:cs="Times New Roman"/>
          <w:sz w:val="26"/>
          <w:szCs w:val="26"/>
        </w:rPr>
      </w:pPr>
      <w:r w:rsidRPr="00694D0B">
        <w:rPr>
          <w:rFonts w:ascii="Times New Roman" w:hAnsi="Times New Roman" w:cs="Times New Roman"/>
          <w:sz w:val="26"/>
          <w:szCs w:val="26"/>
        </w:rPr>
        <w:br/>
      </w:r>
      <w:r w:rsidR="00E52105" w:rsidRPr="00E5210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</w:t>
      </w:r>
      <w:r w:rsidRPr="00E52105">
        <w:rPr>
          <w:rFonts w:ascii="Times New Roman" w:hAnsi="Times New Roman" w:cs="Times New Roman"/>
          <w:b/>
          <w:bCs/>
          <w:sz w:val="26"/>
          <w:szCs w:val="26"/>
        </w:rPr>
        <w:t>GIÁM ĐỐC/THỦ TRƯỞNG</w:t>
      </w:r>
      <w:r w:rsidRPr="00E52105">
        <w:rPr>
          <w:rFonts w:ascii="Times New Roman" w:hAnsi="Times New Roman" w:cs="Times New Roman"/>
          <w:b/>
          <w:bCs/>
          <w:sz w:val="26"/>
          <w:szCs w:val="26"/>
        </w:rPr>
        <w:br/>
      </w:r>
      <w:r w:rsidR="00E5210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</w:t>
      </w:r>
      <w:proofErr w:type="gramStart"/>
      <w:r w:rsidR="00E52105">
        <w:rPr>
          <w:rFonts w:ascii="Times New Roman" w:hAnsi="Times New Roman" w:cs="Times New Roman"/>
          <w:sz w:val="26"/>
          <w:szCs w:val="26"/>
        </w:rPr>
        <w:t xml:space="preserve">   </w:t>
      </w:r>
      <w:r w:rsidRPr="00694D0B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694D0B">
        <w:rPr>
          <w:rFonts w:ascii="Times New Roman" w:hAnsi="Times New Roman" w:cs="Times New Roman"/>
          <w:sz w:val="26"/>
          <w:szCs w:val="26"/>
        </w:rPr>
        <w:t>Ký, ghi rõ họ tên, đóng dấu)</w:t>
      </w:r>
      <w:r w:rsidRPr="00694D0B">
        <w:rPr>
          <w:rFonts w:ascii="Times New Roman" w:hAnsi="Times New Roman" w:cs="Times New Roman"/>
          <w:sz w:val="26"/>
          <w:szCs w:val="26"/>
        </w:rPr>
        <w:br/>
      </w:r>
    </w:p>
    <w:sectPr w:rsidR="00EC4B47" w:rsidRPr="00694D0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9013657">
    <w:abstractNumId w:val="8"/>
  </w:num>
  <w:num w:numId="2" w16cid:durableId="1125883">
    <w:abstractNumId w:val="6"/>
  </w:num>
  <w:num w:numId="3" w16cid:durableId="602882162">
    <w:abstractNumId w:val="5"/>
  </w:num>
  <w:num w:numId="4" w16cid:durableId="304480402">
    <w:abstractNumId w:val="4"/>
  </w:num>
  <w:num w:numId="5" w16cid:durableId="979648394">
    <w:abstractNumId w:val="7"/>
  </w:num>
  <w:num w:numId="6" w16cid:durableId="283928328">
    <w:abstractNumId w:val="3"/>
  </w:num>
  <w:num w:numId="7" w16cid:durableId="2067799148">
    <w:abstractNumId w:val="2"/>
  </w:num>
  <w:num w:numId="8" w16cid:durableId="561448274">
    <w:abstractNumId w:val="1"/>
  </w:num>
  <w:num w:numId="9" w16cid:durableId="373234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6C7F"/>
    <w:rsid w:val="0029639D"/>
    <w:rsid w:val="00326F90"/>
    <w:rsid w:val="00694D0B"/>
    <w:rsid w:val="00AA1D8D"/>
    <w:rsid w:val="00B47730"/>
    <w:rsid w:val="00CB0664"/>
    <w:rsid w:val="00E52105"/>
    <w:rsid w:val="00EC4B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2E9B9A"/>
  <w14:defaultImageDpi w14:val="300"/>
  <w15:docId w15:val="{C1BFAE43-2F8A-4E5B-B801-5F297F68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2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4</cp:revision>
  <dcterms:created xsi:type="dcterms:W3CDTF">2026-04-04T04:06:00Z</dcterms:created>
  <dcterms:modified xsi:type="dcterms:W3CDTF">2026-04-04T04:07:00Z</dcterms:modified>
  <cp:category/>
</cp:coreProperties>
</file>