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704" w:rsidRPr="00722F7A" w:rsidRDefault="00722F7A" w:rsidP="00722F7A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HÒA XÃ H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CH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Ủ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NGHĨA VI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Đ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– T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– H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</w:p>
    <w:p w:rsidR="000E4704" w:rsidRPr="00722F7A" w:rsidRDefault="00722F7A" w:rsidP="00722F7A">
      <w:pPr>
        <w:jc w:val="right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…, ngày … tháng 10 năm 2025</w:t>
      </w:r>
    </w:p>
    <w:p w:rsidR="000E4704" w:rsidRPr="00722F7A" w:rsidRDefault="00722F7A" w:rsidP="00722F7A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QUY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NH</w:t>
      </w:r>
    </w:p>
    <w:p w:rsidR="00722F7A" w:rsidRDefault="00722F7A" w:rsidP="00722F7A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vi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khen thư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cá nhân,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th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ữ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tiêu bi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u </w:t>
      </w:r>
    </w:p>
    <w:p w:rsidR="000E4704" w:rsidRPr="00722F7A" w:rsidRDefault="00722F7A" w:rsidP="00722F7A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d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ị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Ngày Ph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ụ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n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ữ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Vi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 20/10</w:t>
      </w:r>
    </w:p>
    <w:p w:rsidR="000E4704" w:rsidRPr="00722F7A" w:rsidRDefault="00722F7A">
      <w:pPr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GIÁM Đ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Ố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CÔNG TY ………</w:t>
      </w:r>
      <w:bookmarkStart w:id="0" w:name="_GoBack"/>
      <w:bookmarkEnd w:id="0"/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… (nêu Đi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l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, quy ch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thi đua – khen thư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a Công ty);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vào k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 qu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đánh giá, bình ch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các cá nhân, 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có thành tích xu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 s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 trong lao đ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ng, s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xu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, công tác năm …;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Xét đ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a Trư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phòng Hành chính – Nhân s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0E4704" w:rsidRPr="00722F7A" w:rsidRDefault="00722F7A" w:rsidP="00722F7A">
      <w:pPr>
        <w:pStyle w:val="Heading2"/>
        <w:jc w:val="center"/>
        <w:rPr>
          <w:rFonts w:ascii="Times New Roman" w:hAnsi="Times New Roman" w:cs="Times New Roman"/>
          <w:color w:val="000000" w:themeColor="text1"/>
        </w:rPr>
      </w:pPr>
      <w:r w:rsidRPr="00722F7A">
        <w:rPr>
          <w:rFonts w:ascii="Times New Roman" w:hAnsi="Times New Roman" w:cs="Times New Roman"/>
          <w:color w:val="000000" w:themeColor="text1"/>
        </w:rPr>
        <w:t>QUY</w:t>
      </w:r>
      <w:r w:rsidRPr="00722F7A">
        <w:rPr>
          <w:rFonts w:ascii="Times New Roman" w:hAnsi="Times New Roman" w:cs="Times New Roman"/>
          <w:color w:val="000000" w:themeColor="text1"/>
        </w:rPr>
        <w:t>Ế</w:t>
      </w:r>
      <w:r w:rsidRPr="00722F7A">
        <w:rPr>
          <w:rFonts w:ascii="Times New Roman" w:hAnsi="Times New Roman" w:cs="Times New Roman"/>
          <w:color w:val="000000" w:themeColor="text1"/>
        </w:rPr>
        <w:t>T Đ</w:t>
      </w:r>
      <w:r w:rsidRPr="00722F7A">
        <w:rPr>
          <w:rFonts w:ascii="Times New Roman" w:hAnsi="Times New Roman" w:cs="Times New Roman"/>
          <w:color w:val="000000" w:themeColor="text1"/>
        </w:rPr>
        <w:t>Ị</w:t>
      </w:r>
      <w:r w:rsidRPr="00722F7A">
        <w:rPr>
          <w:rFonts w:ascii="Times New Roman" w:hAnsi="Times New Roman" w:cs="Times New Roman"/>
          <w:color w:val="000000" w:themeColor="text1"/>
        </w:rPr>
        <w:t>NH: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Đi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1. Khen thư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các cá nhân, 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tiêu bi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nhân Ngày Ph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 Nam 20/10, g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m: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- Danh sách cá nhân (ho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) đư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 khen thư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(kèm theo Ph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c).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- Hình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khen thư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ng: Gi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y khen và ti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thư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tr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giá ……………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Đi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2. Ghi nh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thành tích và bi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dương tinh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n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c, đóng góp 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a các cá nhân, 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trong ho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xu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t, kinh doanh, góp ph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vào s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ự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phát tri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chung c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a Công ty.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Đi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3. Trư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 các phò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ng, ban, b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 liên quan và các cá nhân, 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có tên t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i Đi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1 ch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trách nhi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m thi hành Quy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nh này.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br/>
        <w:t>Nơi nh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n: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- Như Đi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u 3;</w:t>
      </w:r>
    </w:p>
    <w:p w:rsidR="000E4704" w:rsidRPr="00722F7A" w:rsidRDefault="00722F7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color w:val="000000" w:themeColor="text1"/>
          <w:sz w:val="26"/>
          <w:szCs w:val="26"/>
        </w:rPr>
        <w:t>- Lưu: VP.</w:t>
      </w:r>
    </w:p>
    <w:p w:rsidR="000E4704" w:rsidRPr="00722F7A" w:rsidRDefault="00722F7A" w:rsidP="00722F7A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br/>
        <w:t>GIÁM Đ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Ố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  <w:t>(ký, ghi rõ h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tên, đóng d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722F7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u)</w:t>
      </w:r>
    </w:p>
    <w:sectPr w:rsidR="000E4704" w:rsidRPr="00722F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4704"/>
    <w:rsid w:val="0015074B"/>
    <w:rsid w:val="0029639D"/>
    <w:rsid w:val="00326F90"/>
    <w:rsid w:val="00722F7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9EF2C590-5017-443E-AC41-ECE6E35B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2057E9-226A-4787-BBAC-1DDB40254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2025-10-16T09:13:00Z</dcterms:created>
  <dcterms:modified xsi:type="dcterms:W3CDTF">2025-10-16T09:13:00Z</dcterms:modified>
  <cp:category/>
</cp:coreProperties>
</file>