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0BA" w:rsidRPr="00AB08EF" w:rsidRDefault="005F514E" w:rsidP="00AB08EF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b/>
          <w:sz w:val="26"/>
          <w:szCs w:val="26"/>
        </w:rPr>
        <w:t>C</w:t>
      </w:r>
      <w:r w:rsidRPr="00AB08EF">
        <w:rPr>
          <w:rFonts w:ascii="Times New Roman" w:hAnsi="Times New Roman" w:cs="Times New Roman"/>
          <w:b/>
          <w:sz w:val="26"/>
          <w:szCs w:val="26"/>
        </w:rPr>
        <w:t>Ộ</w:t>
      </w:r>
      <w:r w:rsidRPr="00AB08EF">
        <w:rPr>
          <w:rFonts w:ascii="Times New Roman" w:hAnsi="Times New Roman" w:cs="Times New Roman"/>
          <w:b/>
          <w:sz w:val="26"/>
          <w:szCs w:val="26"/>
        </w:rPr>
        <w:t>NG HÒA XÃ H</w:t>
      </w:r>
      <w:r w:rsidRPr="00AB08EF">
        <w:rPr>
          <w:rFonts w:ascii="Times New Roman" w:hAnsi="Times New Roman" w:cs="Times New Roman"/>
          <w:b/>
          <w:sz w:val="26"/>
          <w:szCs w:val="26"/>
        </w:rPr>
        <w:t>Ộ</w:t>
      </w:r>
      <w:r w:rsidRPr="00AB08EF">
        <w:rPr>
          <w:rFonts w:ascii="Times New Roman" w:hAnsi="Times New Roman" w:cs="Times New Roman"/>
          <w:b/>
          <w:sz w:val="26"/>
          <w:szCs w:val="26"/>
        </w:rPr>
        <w:t>I CH</w:t>
      </w:r>
      <w:r w:rsidRPr="00AB08EF">
        <w:rPr>
          <w:rFonts w:ascii="Times New Roman" w:hAnsi="Times New Roman" w:cs="Times New Roman"/>
          <w:b/>
          <w:sz w:val="26"/>
          <w:szCs w:val="26"/>
        </w:rPr>
        <w:t>Ủ</w:t>
      </w:r>
      <w:r w:rsidRPr="00AB08EF">
        <w:rPr>
          <w:rFonts w:ascii="Times New Roman" w:hAnsi="Times New Roman" w:cs="Times New Roman"/>
          <w:b/>
          <w:sz w:val="26"/>
          <w:szCs w:val="26"/>
        </w:rPr>
        <w:t xml:space="preserve"> NGHĨA VI</w:t>
      </w:r>
      <w:r w:rsidRPr="00AB08EF">
        <w:rPr>
          <w:rFonts w:ascii="Times New Roman" w:hAnsi="Times New Roman" w:cs="Times New Roman"/>
          <w:b/>
          <w:sz w:val="26"/>
          <w:szCs w:val="26"/>
        </w:rPr>
        <w:t>Ệ</w:t>
      </w:r>
      <w:r w:rsidRPr="00AB08EF">
        <w:rPr>
          <w:rFonts w:ascii="Times New Roman" w:hAnsi="Times New Roman" w:cs="Times New Roman"/>
          <w:b/>
          <w:sz w:val="26"/>
          <w:szCs w:val="26"/>
        </w:rPr>
        <w:t>T NAM</w:t>
      </w:r>
    </w:p>
    <w:p w:rsidR="00D870BA" w:rsidRPr="00AB08EF" w:rsidRDefault="005F514E" w:rsidP="00AB08EF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Đ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c l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p – T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 xml:space="preserve"> do – H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nh phúc</w:t>
      </w:r>
    </w:p>
    <w:p w:rsidR="00D870BA" w:rsidRPr="00AB08EF" w:rsidRDefault="005F514E" w:rsidP="00AB08EF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—————————————</w:t>
      </w:r>
    </w:p>
    <w:p w:rsidR="00D870BA" w:rsidRPr="00AB08EF" w:rsidRDefault="005F514E" w:rsidP="00AB08EF">
      <w:pPr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b/>
          <w:sz w:val="26"/>
          <w:szCs w:val="26"/>
        </w:rPr>
        <w:t>BÀI THU HO</w:t>
      </w:r>
      <w:r w:rsidRPr="00AB08EF">
        <w:rPr>
          <w:rFonts w:ascii="Times New Roman" w:hAnsi="Times New Roman" w:cs="Times New Roman"/>
          <w:b/>
          <w:sz w:val="26"/>
          <w:szCs w:val="26"/>
        </w:rPr>
        <w:t>Ạ</w:t>
      </w:r>
      <w:r w:rsidRPr="00AB08EF">
        <w:rPr>
          <w:rFonts w:ascii="Times New Roman" w:hAnsi="Times New Roman" w:cs="Times New Roman"/>
          <w:b/>
          <w:sz w:val="26"/>
          <w:szCs w:val="26"/>
        </w:rPr>
        <w:t>CH CHÍNH TR</w:t>
      </w:r>
      <w:r w:rsidRPr="00AB08EF">
        <w:rPr>
          <w:rFonts w:ascii="Times New Roman" w:hAnsi="Times New Roman" w:cs="Times New Roman"/>
          <w:b/>
          <w:sz w:val="26"/>
          <w:szCs w:val="26"/>
        </w:rPr>
        <w:t>Ị</w:t>
      </w:r>
      <w:r w:rsidRPr="00AB08EF">
        <w:rPr>
          <w:rFonts w:ascii="Times New Roman" w:hAnsi="Times New Roman" w:cs="Times New Roman"/>
          <w:b/>
          <w:sz w:val="26"/>
          <w:szCs w:val="26"/>
        </w:rPr>
        <w:t xml:space="preserve"> HÈ NĂM 2025</w:t>
      </w:r>
    </w:p>
    <w:p w:rsidR="00D870BA" w:rsidRPr="00AB08EF" w:rsidRDefault="00D870BA" w:rsidP="00AB08EF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D870BA" w:rsidRPr="00AB08EF" w:rsidRDefault="005F514E" w:rsidP="00AB08EF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 xml:space="preserve"> và tên: ……………………………..</w:t>
      </w:r>
    </w:p>
    <w:p w:rsidR="00D870BA" w:rsidRPr="00AB08EF" w:rsidRDefault="005F514E" w:rsidP="00AB08EF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Ch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c v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: ……………………………….</w:t>
      </w:r>
    </w:p>
    <w:p w:rsidR="00D870BA" w:rsidRPr="00AB08EF" w:rsidRDefault="005F514E" w:rsidP="00AB08EF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Đơn v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 xml:space="preserve"> công tác: ……………………….</w:t>
      </w:r>
    </w:p>
    <w:p w:rsidR="00D870BA" w:rsidRPr="00AB08EF" w:rsidRDefault="005F514E" w:rsidP="00AB08EF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Th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i gian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t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p:………………………</w:t>
      </w:r>
    </w:p>
    <w:p w:rsidR="00D870BA" w:rsidRPr="00AB08EF" w:rsidRDefault="00D870BA" w:rsidP="00AB08EF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p w:rsidR="00D870BA" w:rsidRPr="00AB08EF" w:rsidRDefault="005F514E" w:rsidP="00AB08EF">
      <w:pPr>
        <w:spacing w:line="360" w:lineRule="auto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Ch</w:t>
      </w:r>
      <w:r w:rsidRPr="00AB08EF">
        <w:rPr>
          <w:rFonts w:ascii="Times New Roman" w:hAnsi="Times New Roman" w:cs="Times New Roman"/>
          <w:sz w:val="26"/>
          <w:szCs w:val="26"/>
        </w:rPr>
        <w:t>ủ</w:t>
      </w:r>
      <w:r w:rsidRPr="00AB08EF">
        <w:rPr>
          <w:rFonts w:ascii="Times New Roman" w:hAnsi="Times New Roman" w:cs="Times New Roman"/>
          <w:sz w:val="26"/>
          <w:szCs w:val="26"/>
        </w:rPr>
        <w:t xml:space="preserve"> đi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m nh</w:t>
      </w:r>
      <w:r w:rsidRPr="00AB08EF">
        <w:rPr>
          <w:rFonts w:ascii="Times New Roman" w:hAnsi="Times New Roman" w:cs="Times New Roman"/>
          <w:sz w:val="26"/>
          <w:szCs w:val="26"/>
        </w:rPr>
        <w:t>ấ</w:t>
      </w:r>
      <w:r w:rsidRPr="00AB08EF">
        <w:rPr>
          <w:rFonts w:ascii="Times New Roman" w:hAnsi="Times New Roman" w:cs="Times New Roman"/>
          <w:sz w:val="26"/>
          <w:szCs w:val="26"/>
        </w:rPr>
        <w:t xml:space="preserve">n: </w:t>
      </w:r>
      <w:r w:rsidRPr="00AB08EF">
        <w:rPr>
          <w:rFonts w:ascii="Times New Roman" w:hAnsi="Times New Roman" w:cs="Times New Roman"/>
          <w:i/>
          <w:sz w:val="26"/>
          <w:szCs w:val="26"/>
        </w:rPr>
        <w:t>Chuy</w:t>
      </w:r>
      <w:r w:rsidRPr="00AB08EF">
        <w:rPr>
          <w:rFonts w:ascii="Times New Roman" w:hAnsi="Times New Roman" w:cs="Times New Roman"/>
          <w:i/>
          <w:sz w:val="26"/>
          <w:szCs w:val="26"/>
        </w:rPr>
        <w:t>ể</w:t>
      </w:r>
      <w:r w:rsidRPr="00AB08EF">
        <w:rPr>
          <w:rFonts w:ascii="Times New Roman" w:hAnsi="Times New Roman" w:cs="Times New Roman"/>
          <w:i/>
          <w:sz w:val="26"/>
          <w:szCs w:val="26"/>
        </w:rPr>
        <w:t>n đ</w:t>
      </w:r>
      <w:r w:rsidRPr="00AB08EF">
        <w:rPr>
          <w:rFonts w:ascii="Times New Roman" w:hAnsi="Times New Roman" w:cs="Times New Roman"/>
          <w:i/>
          <w:sz w:val="26"/>
          <w:szCs w:val="26"/>
        </w:rPr>
        <w:t>ổ</w:t>
      </w:r>
      <w:r w:rsidRPr="00AB08EF">
        <w:rPr>
          <w:rFonts w:ascii="Times New Roman" w:hAnsi="Times New Roman" w:cs="Times New Roman"/>
          <w:i/>
          <w:sz w:val="26"/>
          <w:szCs w:val="26"/>
        </w:rPr>
        <w:t>i s</w:t>
      </w:r>
      <w:r w:rsidRPr="00AB08EF">
        <w:rPr>
          <w:rFonts w:ascii="Times New Roman" w:hAnsi="Times New Roman" w:cs="Times New Roman"/>
          <w:i/>
          <w:sz w:val="26"/>
          <w:szCs w:val="26"/>
        </w:rPr>
        <w:t>ố</w:t>
      </w:r>
      <w:r w:rsidRPr="00AB08EF">
        <w:rPr>
          <w:rFonts w:ascii="Times New Roman" w:hAnsi="Times New Roman" w:cs="Times New Roman"/>
          <w:i/>
          <w:sz w:val="26"/>
          <w:szCs w:val="26"/>
        </w:rPr>
        <w:t>, d</w:t>
      </w:r>
      <w:r w:rsidRPr="00AB08EF">
        <w:rPr>
          <w:rFonts w:ascii="Times New Roman" w:hAnsi="Times New Roman" w:cs="Times New Roman"/>
          <w:i/>
          <w:sz w:val="26"/>
          <w:szCs w:val="26"/>
        </w:rPr>
        <w:t>ạ</w:t>
      </w:r>
      <w:r w:rsidRPr="00AB08EF">
        <w:rPr>
          <w:rFonts w:ascii="Times New Roman" w:hAnsi="Times New Roman" w:cs="Times New Roman"/>
          <w:i/>
          <w:sz w:val="26"/>
          <w:szCs w:val="26"/>
        </w:rPr>
        <w:t xml:space="preserve">y </w:t>
      </w:r>
      <w:r w:rsidRPr="00AB08EF">
        <w:rPr>
          <w:rFonts w:ascii="Times New Roman" w:hAnsi="Times New Roman" w:cs="Times New Roman"/>
          <w:i/>
          <w:sz w:val="26"/>
          <w:szCs w:val="26"/>
        </w:rPr>
        <w:t>h</w:t>
      </w:r>
      <w:r w:rsidRPr="00AB08EF">
        <w:rPr>
          <w:rFonts w:ascii="Times New Roman" w:hAnsi="Times New Roman" w:cs="Times New Roman"/>
          <w:i/>
          <w:sz w:val="26"/>
          <w:szCs w:val="26"/>
        </w:rPr>
        <w:t>ọ</w:t>
      </w:r>
      <w:r w:rsidRPr="00AB08EF">
        <w:rPr>
          <w:rFonts w:ascii="Times New Roman" w:hAnsi="Times New Roman" w:cs="Times New Roman"/>
          <w:i/>
          <w:sz w:val="26"/>
          <w:szCs w:val="26"/>
        </w:rPr>
        <w:t>c d</w:t>
      </w:r>
      <w:r w:rsidRPr="00AB08EF">
        <w:rPr>
          <w:rFonts w:ascii="Times New Roman" w:hAnsi="Times New Roman" w:cs="Times New Roman"/>
          <w:i/>
          <w:sz w:val="26"/>
          <w:szCs w:val="26"/>
        </w:rPr>
        <w:t>ự</w:t>
      </w:r>
      <w:r w:rsidRPr="00AB08EF">
        <w:rPr>
          <w:rFonts w:ascii="Times New Roman" w:hAnsi="Times New Roman" w:cs="Times New Roman"/>
          <w:i/>
          <w:sz w:val="26"/>
          <w:szCs w:val="26"/>
        </w:rPr>
        <w:t>a trên năng l</w:t>
      </w:r>
      <w:r w:rsidRPr="00AB08EF">
        <w:rPr>
          <w:rFonts w:ascii="Times New Roman" w:hAnsi="Times New Roman" w:cs="Times New Roman"/>
          <w:i/>
          <w:sz w:val="26"/>
          <w:szCs w:val="26"/>
        </w:rPr>
        <w:t>ự</w:t>
      </w:r>
      <w:r w:rsidRPr="00AB08EF">
        <w:rPr>
          <w:rFonts w:ascii="Times New Roman" w:hAnsi="Times New Roman" w:cs="Times New Roman"/>
          <w:i/>
          <w:sz w:val="26"/>
          <w:szCs w:val="26"/>
        </w:rPr>
        <w:t>c và h</w:t>
      </w:r>
      <w:r w:rsidRPr="00AB08EF">
        <w:rPr>
          <w:rFonts w:ascii="Times New Roman" w:hAnsi="Times New Roman" w:cs="Times New Roman"/>
          <w:i/>
          <w:sz w:val="26"/>
          <w:szCs w:val="26"/>
        </w:rPr>
        <w:t>ộ</w:t>
      </w:r>
      <w:r w:rsidRPr="00AB08EF">
        <w:rPr>
          <w:rFonts w:ascii="Times New Roman" w:hAnsi="Times New Roman" w:cs="Times New Roman"/>
          <w:i/>
          <w:sz w:val="26"/>
          <w:szCs w:val="26"/>
        </w:rPr>
        <w:t>i nh</w:t>
      </w:r>
      <w:r w:rsidRPr="00AB08EF">
        <w:rPr>
          <w:rFonts w:ascii="Times New Roman" w:hAnsi="Times New Roman" w:cs="Times New Roman"/>
          <w:i/>
          <w:sz w:val="26"/>
          <w:szCs w:val="26"/>
        </w:rPr>
        <w:t>ậ</w:t>
      </w:r>
      <w:r w:rsidRPr="00AB08EF">
        <w:rPr>
          <w:rFonts w:ascii="Times New Roman" w:hAnsi="Times New Roman" w:cs="Times New Roman"/>
          <w:i/>
          <w:sz w:val="26"/>
          <w:szCs w:val="26"/>
        </w:rPr>
        <w:t>p qu</w:t>
      </w:r>
      <w:r w:rsidRPr="00AB08EF">
        <w:rPr>
          <w:rFonts w:ascii="Times New Roman" w:hAnsi="Times New Roman" w:cs="Times New Roman"/>
          <w:i/>
          <w:sz w:val="26"/>
          <w:szCs w:val="26"/>
        </w:rPr>
        <w:t>ố</w:t>
      </w:r>
      <w:r w:rsidRPr="00AB08EF">
        <w:rPr>
          <w:rFonts w:ascii="Times New Roman" w:hAnsi="Times New Roman" w:cs="Times New Roman"/>
          <w:i/>
          <w:sz w:val="26"/>
          <w:szCs w:val="26"/>
        </w:rPr>
        <w:t>c t</w:t>
      </w:r>
      <w:r w:rsidRPr="00AB08EF">
        <w:rPr>
          <w:rFonts w:ascii="Times New Roman" w:hAnsi="Times New Roman" w:cs="Times New Roman"/>
          <w:i/>
          <w:sz w:val="26"/>
          <w:szCs w:val="26"/>
        </w:rPr>
        <w:t>ế</w:t>
      </w:r>
    </w:p>
    <w:p w:rsidR="00AB08EF" w:rsidRDefault="005F514E" w:rsidP="00AB08E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b/>
          <w:sz w:val="26"/>
          <w:szCs w:val="26"/>
        </w:rPr>
        <w:t>M</w:t>
      </w:r>
      <w:r w:rsidRPr="00AB08EF">
        <w:rPr>
          <w:rFonts w:ascii="Times New Roman" w:hAnsi="Times New Roman" w:cs="Times New Roman"/>
          <w:b/>
          <w:sz w:val="26"/>
          <w:szCs w:val="26"/>
        </w:rPr>
        <w:t>ụ</w:t>
      </w:r>
      <w:r w:rsidRPr="00AB08EF">
        <w:rPr>
          <w:rFonts w:ascii="Times New Roman" w:hAnsi="Times New Roman" w:cs="Times New Roman"/>
          <w:b/>
          <w:sz w:val="26"/>
          <w:szCs w:val="26"/>
        </w:rPr>
        <w:t>c đích và ý nghĩa c</w:t>
      </w:r>
      <w:r w:rsidRPr="00AB08EF">
        <w:rPr>
          <w:rFonts w:ascii="Times New Roman" w:hAnsi="Times New Roman" w:cs="Times New Roman"/>
          <w:b/>
          <w:sz w:val="26"/>
          <w:szCs w:val="26"/>
        </w:rPr>
        <w:t>ủ</w:t>
      </w:r>
      <w:r w:rsidRPr="00AB08EF">
        <w:rPr>
          <w:rFonts w:ascii="Times New Roman" w:hAnsi="Times New Roman" w:cs="Times New Roman"/>
          <w:b/>
          <w:sz w:val="26"/>
          <w:szCs w:val="26"/>
        </w:rPr>
        <w:t>a b</w:t>
      </w:r>
      <w:r w:rsidRPr="00AB08EF">
        <w:rPr>
          <w:rFonts w:ascii="Times New Roman" w:hAnsi="Times New Roman" w:cs="Times New Roman"/>
          <w:b/>
          <w:sz w:val="26"/>
          <w:szCs w:val="26"/>
        </w:rPr>
        <w:t>ồ</w:t>
      </w:r>
      <w:r w:rsidRPr="00AB08EF">
        <w:rPr>
          <w:rFonts w:ascii="Times New Roman" w:hAnsi="Times New Roman" w:cs="Times New Roman"/>
          <w:b/>
          <w:sz w:val="26"/>
          <w:szCs w:val="26"/>
        </w:rPr>
        <w:t>i dư</w:t>
      </w:r>
      <w:r w:rsidRPr="00AB08EF">
        <w:rPr>
          <w:rFonts w:ascii="Times New Roman" w:hAnsi="Times New Roman" w:cs="Times New Roman"/>
          <w:b/>
          <w:sz w:val="26"/>
          <w:szCs w:val="26"/>
        </w:rPr>
        <w:t>ỡ</w:t>
      </w:r>
      <w:r w:rsidRPr="00AB08EF">
        <w:rPr>
          <w:rFonts w:ascii="Times New Roman" w:hAnsi="Times New Roman" w:cs="Times New Roman"/>
          <w:b/>
          <w:sz w:val="26"/>
          <w:szCs w:val="26"/>
        </w:rPr>
        <w:t>ng chính tr</w:t>
      </w:r>
      <w:r w:rsidRPr="00AB08EF">
        <w:rPr>
          <w:rFonts w:ascii="Times New Roman" w:hAnsi="Times New Roman" w:cs="Times New Roman"/>
          <w:b/>
          <w:sz w:val="26"/>
          <w:szCs w:val="26"/>
        </w:rPr>
        <w:t>ị</w:t>
      </w:r>
      <w:r w:rsidRPr="00AB08EF">
        <w:rPr>
          <w:rFonts w:ascii="Times New Roman" w:hAnsi="Times New Roman" w:cs="Times New Roman"/>
          <w:b/>
          <w:sz w:val="26"/>
          <w:szCs w:val="26"/>
        </w:rPr>
        <w:t xml:space="preserve"> hè</w:t>
      </w:r>
    </w:p>
    <w:p w:rsidR="00D870BA" w:rsidRPr="00AB08EF" w:rsidRDefault="005F514E" w:rsidP="00AB08EF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B</w:t>
      </w:r>
      <w:r w:rsidRPr="00AB08EF">
        <w:rPr>
          <w:rFonts w:ascii="Times New Roman" w:hAnsi="Times New Roman" w:cs="Times New Roman"/>
          <w:sz w:val="26"/>
          <w:szCs w:val="26"/>
        </w:rPr>
        <w:t>ồ</w:t>
      </w:r>
      <w:r w:rsidRPr="00AB08EF">
        <w:rPr>
          <w:rFonts w:ascii="Times New Roman" w:hAnsi="Times New Roman" w:cs="Times New Roman"/>
          <w:sz w:val="26"/>
          <w:szCs w:val="26"/>
        </w:rPr>
        <w:t>i dư</w:t>
      </w:r>
      <w:r w:rsidRPr="00AB08EF">
        <w:rPr>
          <w:rFonts w:ascii="Times New Roman" w:hAnsi="Times New Roman" w:cs="Times New Roman"/>
          <w:sz w:val="26"/>
          <w:szCs w:val="26"/>
        </w:rPr>
        <w:t>ỡ</w:t>
      </w:r>
      <w:r w:rsidRPr="00AB08EF">
        <w:rPr>
          <w:rFonts w:ascii="Times New Roman" w:hAnsi="Times New Roman" w:cs="Times New Roman"/>
          <w:sz w:val="26"/>
          <w:szCs w:val="26"/>
        </w:rPr>
        <w:t>ng chính tr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 xml:space="preserve"> hè năm 2025 giúp đ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i ngũ giáo viên h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 xml:space="preserve"> th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ng hóa nh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n th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c v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 xml:space="preserve"> đư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ng l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i, ch</w:t>
      </w:r>
      <w:r w:rsidRPr="00AB08EF">
        <w:rPr>
          <w:rFonts w:ascii="Times New Roman" w:hAnsi="Times New Roman" w:cs="Times New Roman"/>
          <w:sz w:val="26"/>
          <w:szCs w:val="26"/>
        </w:rPr>
        <w:t>ủ</w:t>
      </w:r>
      <w:r w:rsidRPr="00AB08EF">
        <w:rPr>
          <w:rFonts w:ascii="Times New Roman" w:hAnsi="Times New Roman" w:cs="Times New Roman"/>
          <w:sz w:val="26"/>
          <w:szCs w:val="26"/>
        </w:rPr>
        <w:t xml:space="preserve"> trương c</w:t>
      </w:r>
      <w:r w:rsidRPr="00AB08EF">
        <w:rPr>
          <w:rFonts w:ascii="Times New Roman" w:hAnsi="Times New Roman" w:cs="Times New Roman"/>
          <w:sz w:val="26"/>
          <w:szCs w:val="26"/>
        </w:rPr>
        <w:t>ủ</w:t>
      </w:r>
      <w:r w:rsidRPr="00AB08EF">
        <w:rPr>
          <w:rFonts w:ascii="Times New Roman" w:hAnsi="Times New Roman" w:cs="Times New Roman"/>
          <w:sz w:val="26"/>
          <w:szCs w:val="26"/>
        </w:rPr>
        <w:t>a Đ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ng, chính sách, pháp lu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t c</w:t>
      </w:r>
      <w:r w:rsidRPr="00AB08EF">
        <w:rPr>
          <w:rFonts w:ascii="Times New Roman" w:hAnsi="Times New Roman" w:cs="Times New Roman"/>
          <w:sz w:val="26"/>
          <w:szCs w:val="26"/>
        </w:rPr>
        <w:t>ủ</w:t>
      </w:r>
      <w:r w:rsidRPr="00AB08EF">
        <w:rPr>
          <w:rFonts w:ascii="Times New Roman" w:hAnsi="Times New Roman" w:cs="Times New Roman"/>
          <w:sz w:val="26"/>
          <w:szCs w:val="26"/>
        </w:rPr>
        <w:t>a Nhà nư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c trong b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i c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nh m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i.</w:t>
      </w:r>
      <w:r w:rsidRPr="00AB08EF">
        <w:rPr>
          <w:rFonts w:ascii="Times New Roman" w:hAnsi="Times New Roman" w:cs="Times New Roman"/>
          <w:sz w:val="26"/>
          <w:szCs w:val="26"/>
        </w:rPr>
        <w:t xml:space="preserve"> Đây là đ</w:t>
      </w:r>
      <w:r w:rsidRPr="00AB08EF">
        <w:rPr>
          <w:rFonts w:ascii="Times New Roman" w:hAnsi="Times New Roman" w:cs="Times New Roman"/>
          <w:sz w:val="26"/>
          <w:szCs w:val="26"/>
        </w:rPr>
        <w:t>ợ</w:t>
      </w:r>
      <w:r w:rsidRPr="00AB08EF">
        <w:rPr>
          <w:rFonts w:ascii="Times New Roman" w:hAnsi="Times New Roman" w:cs="Times New Roman"/>
          <w:sz w:val="26"/>
          <w:szCs w:val="26"/>
        </w:rPr>
        <w:t>t sinh ho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t chính tr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 xml:space="preserve"> quan tr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ng nh</w:t>
      </w:r>
      <w:r w:rsidRPr="00AB08EF">
        <w:rPr>
          <w:rFonts w:ascii="Times New Roman" w:hAnsi="Times New Roman" w:cs="Times New Roman"/>
          <w:sz w:val="26"/>
          <w:szCs w:val="26"/>
        </w:rPr>
        <w:t>ằ</w:t>
      </w:r>
      <w:r w:rsidRPr="00AB08EF">
        <w:rPr>
          <w:rFonts w:ascii="Times New Roman" w:hAnsi="Times New Roman" w:cs="Times New Roman"/>
          <w:sz w:val="26"/>
          <w:szCs w:val="26"/>
        </w:rPr>
        <w:t>m c</w:t>
      </w:r>
      <w:r w:rsidRPr="00AB08EF">
        <w:rPr>
          <w:rFonts w:ascii="Times New Roman" w:hAnsi="Times New Roman" w:cs="Times New Roman"/>
          <w:sz w:val="26"/>
          <w:szCs w:val="26"/>
        </w:rPr>
        <w:t>ủ</w:t>
      </w:r>
      <w:r w:rsidRPr="00AB08EF">
        <w:rPr>
          <w:rFonts w:ascii="Times New Roman" w:hAnsi="Times New Roman" w:cs="Times New Roman"/>
          <w:sz w:val="26"/>
          <w:szCs w:val="26"/>
        </w:rPr>
        <w:t>ng c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 xml:space="preserve"> l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p trư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ng, b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n lĩnh, trách nhi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m công dân; đ</w:t>
      </w:r>
      <w:r w:rsidRPr="00AB08EF">
        <w:rPr>
          <w:rFonts w:ascii="Times New Roman" w:hAnsi="Times New Roman" w:cs="Times New Roman"/>
          <w:sz w:val="26"/>
          <w:szCs w:val="26"/>
        </w:rPr>
        <w:t>ồ</w:t>
      </w:r>
      <w:r w:rsidRPr="00AB08EF">
        <w:rPr>
          <w:rFonts w:ascii="Times New Roman" w:hAnsi="Times New Roman" w:cs="Times New Roman"/>
          <w:sz w:val="26"/>
          <w:szCs w:val="26"/>
        </w:rPr>
        <w:t>ng th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i c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p nh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t nh</w:t>
      </w:r>
      <w:r w:rsidRPr="00AB08EF">
        <w:rPr>
          <w:rFonts w:ascii="Times New Roman" w:hAnsi="Times New Roman" w:cs="Times New Roman"/>
          <w:sz w:val="26"/>
          <w:szCs w:val="26"/>
        </w:rPr>
        <w:t>ữ</w:t>
      </w:r>
      <w:r w:rsidRPr="00AB08EF">
        <w:rPr>
          <w:rFonts w:ascii="Times New Roman" w:hAnsi="Times New Roman" w:cs="Times New Roman"/>
          <w:sz w:val="26"/>
          <w:szCs w:val="26"/>
        </w:rPr>
        <w:t>ng yêu c</w:t>
      </w:r>
      <w:r w:rsidRPr="00AB08EF">
        <w:rPr>
          <w:rFonts w:ascii="Times New Roman" w:hAnsi="Times New Roman" w:cs="Times New Roman"/>
          <w:sz w:val="26"/>
          <w:szCs w:val="26"/>
        </w:rPr>
        <w:t>ầ</w:t>
      </w:r>
      <w:r w:rsidRPr="00AB08EF">
        <w:rPr>
          <w:rFonts w:ascii="Times New Roman" w:hAnsi="Times New Roman" w:cs="Times New Roman"/>
          <w:sz w:val="26"/>
          <w:szCs w:val="26"/>
        </w:rPr>
        <w:t>u m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i c</w:t>
      </w:r>
      <w:r w:rsidRPr="00AB08EF">
        <w:rPr>
          <w:rFonts w:ascii="Times New Roman" w:hAnsi="Times New Roman" w:cs="Times New Roman"/>
          <w:sz w:val="26"/>
          <w:szCs w:val="26"/>
        </w:rPr>
        <w:t>ủ</w:t>
      </w:r>
      <w:r w:rsidRPr="00AB08EF">
        <w:rPr>
          <w:rFonts w:ascii="Times New Roman" w:hAnsi="Times New Roman" w:cs="Times New Roman"/>
          <w:sz w:val="26"/>
          <w:szCs w:val="26"/>
        </w:rPr>
        <w:t>a ngành giáo d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c trong th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i k</w:t>
      </w:r>
      <w:r w:rsidRPr="00AB08EF">
        <w:rPr>
          <w:rFonts w:ascii="Times New Roman" w:hAnsi="Times New Roman" w:cs="Times New Roman"/>
          <w:sz w:val="26"/>
          <w:szCs w:val="26"/>
        </w:rPr>
        <w:t>ỳ</w:t>
      </w:r>
      <w:r w:rsidRPr="00AB08EF">
        <w:rPr>
          <w:rFonts w:ascii="Times New Roman" w:hAnsi="Times New Roman" w:cs="Times New Roman"/>
          <w:sz w:val="26"/>
          <w:szCs w:val="26"/>
        </w:rPr>
        <w:t xml:space="preserve"> chuy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n đ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>i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 xml:space="preserve"> và h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i nh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p qu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c t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 xml:space="preserve"> sâu r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ng.</w:t>
      </w:r>
    </w:p>
    <w:p w:rsidR="00D870BA" w:rsidRPr="00AB08EF" w:rsidRDefault="005F514E" w:rsidP="00AB08EF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Thông qua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t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p, giáo viên n</w:t>
      </w:r>
      <w:r w:rsidRPr="00AB08EF">
        <w:rPr>
          <w:rFonts w:ascii="Times New Roman" w:hAnsi="Times New Roman" w:cs="Times New Roman"/>
          <w:sz w:val="26"/>
          <w:szCs w:val="26"/>
        </w:rPr>
        <w:t>ắ</w:t>
      </w:r>
      <w:r w:rsidRPr="00AB08EF">
        <w:rPr>
          <w:rFonts w:ascii="Times New Roman" w:hAnsi="Times New Roman" w:cs="Times New Roman"/>
          <w:sz w:val="26"/>
          <w:szCs w:val="26"/>
        </w:rPr>
        <w:t>m ch</w:t>
      </w:r>
      <w:r w:rsidRPr="00AB08EF">
        <w:rPr>
          <w:rFonts w:ascii="Times New Roman" w:hAnsi="Times New Roman" w:cs="Times New Roman"/>
          <w:sz w:val="26"/>
          <w:szCs w:val="26"/>
        </w:rPr>
        <w:t>ắ</w:t>
      </w:r>
      <w:r w:rsidRPr="00AB08EF">
        <w:rPr>
          <w:rFonts w:ascii="Times New Roman" w:hAnsi="Times New Roman" w:cs="Times New Roman"/>
          <w:sz w:val="26"/>
          <w:szCs w:val="26"/>
        </w:rPr>
        <w:t xml:space="preserve">c các </w:t>
      </w:r>
      <w:r w:rsidRPr="00AB08EF">
        <w:rPr>
          <w:rFonts w:ascii="Times New Roman" w:hAnsi="Times New Roman" w:cs="Times New Roman"/>
          <w:sz w:val="26"/>
          <w:szCs w:val="26"/>
        </w:rPr>
        <w:t>đ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>nh hư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ng l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n v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 xml:space="preserve"> xây d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ng Nhà nư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c pháp quy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>n, phòng ch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ng tham nhũng, c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i cách hành chính, phát tri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n kinh t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 xml:space="preserve">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 xml:space="preserve"> – xã h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i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, t</w:t>
      </w:r>
      <w:r w:rsidRPr="00AB08EF">
        <w:rPr>
          <w:rFonts w:ascii="Times New Roman" w:hAnsi="Times New Roman" w:cs="Times New Roman"/>
          <w:sz w:val="26"/>
          <w:szCs w:val="26"/>
        </w:rPr>
        <w:t>ừ</w:t>
      </w:r>
      <w:r w:rsidRPr="00AB08EF">
        <w:rPr>
          <w:rFonts w:ascii="Times New Roman" w:hAnsi="Times New Roman" w:cs="Times New Roman"/>
          <w:sz w:val="26"/>
          <w:szCs w:val="26"/>
        </w:rPr>
        <w:t xml:space="preserve"> đó ch</w:t>
      </w:r>
      <w:r w:rsidRPr="00AB08EF">
        <w:rPr>
          <w:rFonts w:ascii="Times New Roman" w:hAnsi="Times New Roman" w:cs="Times New Roman"/>
          <w:sz w:val="26"/>
          <w:szCs w:val="26"/>
        </w:rPr>
        <w:t>ủ</w:t>
      </w:r>
      <w:r w:rsidRPr="00AB08EF">
        <w:rPr>
          <w:rFonts w:ascii="Times New Roman" w:hAnsi="Times New Roman" w:cs="Times New Roman"/>
          <w:sz w:val="26"/>
          <w:szCs w:val="26"/>
        </w:rPr>
        <w:t xml:space="preserve"> đ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ng c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 xml:space="preserve"> th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 xml:space="preserve"> hóa vào k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 xml:space="preserve"> ho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ch năm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c, góp ph</w:t>
      </w:r>
      <w:r w:rsidRPr="00AB08EF">
        <w:rPr>
          <w:rFonts w:ascii="Times New Roman" w:hAnsi="Times New Roman" w:cs="Times New Roman"/>
          <w:sz w:val="26"/>
          <w:szCs w:val="26"/>
        </w:rPr>
        <w:t>ầ</w:t>
      </w:r>
      <w:r w:rsidRPr="00AB08EF">
        <w:rPr>
          <w:rFonts w:ascii="Times New Roman" w:hAnsi="Times New Roman" w:cs="Times New Roman"/>
          <w:sz w:val="26"/>
          <w:szCs w:val="26"/>
        </w:rPr>
        <w:t>n xây d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ng nhà trư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ng k</w:t>
      </w:r>
      <w:r w:rsidRPr="00AB08EF">
        <w:rPr>
          <w:rFonts w:ascii="Times New Roman" w:hAnsi="Times New Roman" w:cs="Times New Roman"/>
          <w:sz w:val="26"/>
          <w:szCs w:val="26"/>
        </w:rPr>
        <w:t>ỷ</w:t>
      </w:r>
      <w:r w:rsidRPr="00AB08EF">
        <w:rPr>
          <w:rFonts w:ascii="Times New Roman" w:hAnsi="Times New Roman" w:cs="Times New Roman"/>
          <w:sz w:val="26"/>
          <w:szCs w:val="26"/>
        </w:rPr>
        <w:t xml:space="preserve"> cương, văn hóa, ch</w:t>
      </w:r>
      <w:r w:rsidRPr="00AB08EF">
        <w:rPr>
          <w:rFonts w:ascii="Times New Roman" w:hAnsi="Times New Roman" w:cs="Times New Roman"/>
          <w:sz w:val="26"/>
          <w:szCs w:val="26"/>
        </w:rPr>
        <w:t>ấ</w:t>
      </w:r>
      <w:r w:rsidRPr="00AB08EF">
        <w:rPr>
          <w:rFonts w:ascii="Times New Roman" w:hAnsi="Times New Roman" w:cs="Times New Roman"/>
          <w:sz w:val="26"/>
          <w:szCs w:val="26"/>
        </w:rPr>
        <w:t>t lư</w:t>
      </w:r>
      <w:r w:rsidRPr="00AB08EF">
        <w:rPr>
          <w:rFonts w:ascii="Times New Roman" w:hAnsi="Times New Roman" w:cs="Times New Roman"/>
          <w:sz w:val="26"/>
          <w:szCs w:val="26"/>
        </w:rPr>
        <w:t>ợ</w:t>
      </w:r>
      <w:r w:rsidRPr="00AB08EF">
        <w:rPr>
          <w:rFonts w:ascii="Times New Roman" w:hAnsi="Times New Roman" w:cs="Times New Roman"/>
          <w:sz w:val="26"/>
          <w:szCs w:val="26"/>
        </w:rPr>
        <w:t>ng.</w:t>
      </w:r>
    </w:p>
    <w:p w:rsidR="00D870BA" w:rsidRPr="00AB08EF" w:rsidRDefault="005F514E" w:rsidP="00AB08E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b/>
          <w:sz w:val="26"/>
          <w:szCs w:val="26"/>
        </w:rPr>
        <w:t>Ph</w:t>
      </w:r>
      <w:r w:rsidRPr="00AB08EF">
        <w:rPr>
          <w:rFonts w:ascii="Times New Roman" w:hAnsi="Times New Roman" w:cs="Times New Roman"/>
          <w:b/>
          <w:sz w:val="26"/>
          <w:szCs w:val="26"/>
        </w:rPr>
        <w:t>ầ</w:t>
      </w:r>
      <w:r w:rsidRPr="00AB08EF">
        <w:rPr>
          <w:rFonts w:ascii="Times New Roman" w:hAnsi="Times New Roman" w:cs="Times New Roman"/>
          <w:b/>
          <w:sz w:val="26"/>
          <w:szCs w:val="26"/>
        </w:rPr>
        <w:t>n I. Nh</w:t>
      </w:r>
      <w:r w:rsidRPr="00AB08EF">
        <w:rPr>
          <w:rFonts w:ascii="Times New Roman" w:hAnsi="Times New Roman" w:cs="Times New Roman"/>
          <w:b/>
          <w:sz w:val="26"/>
          <w:szCs w:val="26"/>
        </w:rPr>
        <w:t>ậ</w:t>
      </w:r>
      <w:r w:rsidRPr="00AB08EF">
        <w:rPr>
          <w:rFonts w:ascii="Times New Roman" w:hAnsi="Times New Roman" w:cs="Times New Roman"/>
          <w:b/>
          <w:sz w:val="26"/>
          <w:szCs w:val="26"/>
        </w:rPr>
        <w:t>n th</w:t>
      </w:r>
      <w:r w:rsidRPr="00AB08EF">
        <w:rPr>
          <w:rFonts w:ascii="Times New Roman" w:hAnsi="Times New Roman" w:cs="Times New Roman"/>
          <w:b/>
          <w:sz w:val="26"/>
          <w:szCs w:val="26"/>
        </w:rPr>
        <w:t>ứ</w:t>
      </w:r>
      <w:r w:rsidRPr="00AB08EF">
        <w:rPr>
          <w:rFonts w:ascii="Times New Roman" w:hAnsi="Times New Roman" w:cs="Times New Roman"/>
          <w:b/>
          <w:sz w:val="26"/>
          <w:szCs w:val="26"/>
        </w:rPr>
        <w:t>c c</w:t>
      </w:r>
      <w:r w:rsidRPr="00AB08EF">
        <w:rPr>
          <w:rFonts w:ascii="Times New Roman" w:hAnsi="Times New Roman" w:cs="Times New Roman"/>
          <w:b/>
          <w:sz w:val="26"/>
          <w:szCs w:val="26"/>
        </w:rPr>
        <w:t>hung v</w:t>
      </w:r>
      <w:r w:rsidRPr="00AB08EF">
        <w:rPr>
          <w:rFonts w:ascii="Times New Roman" w:hAnsi="Times New Roman" w:cs="Times New Roman"/>
          <w:b/>
          <w:sz w:val="26"/>
          <w:szCs w:val="26"/>
        </w:rPr>
        <w:t>ề</w:t>
      </w:r>
      <w:r w:rsidRPr="00AB08EF">
        <w:rPr>
          <w:rFonts w:ascii="Times New Roman" w:hAnsi="Times New Roman" w:cs="Times New Roman"/>
          <w:b/>
          <w:sz w:val="26"/>
          <w:szCs w:val="26"/>
        </w:rPr>
        <w:t xml:space="preserve"> tình hình kinh t</w:t>
      </w:r>
      <w:r w:rsidRPr="00AB08EF">
        <w:rPr>
          <w:rFonts w:ascii="Times New Roman" w:hAnsi="Times New Roman" w:cs="Times New Roman"/>
          <w:b/>
          <w:sz w:val="26"/>
          <w:szCs w:val="26"/>
        </w:rPr>
        <w:t>ế</w:t>
      </w:r>
      <w:r w:rsidRPr="00AB08EF">
        <w:rPr>
          <w:rFonts w:ascii="Times New Roman" w:hAnsi="Times New Roman" w:cs="Times New Roman"/>
          <w:b/>
          <w:sz w:val="26"/>
          <w:szCs w:val="26"/>
        </w:rPr>
        <w:t xml:space="preserve"> – xã h</w:t>
      </w:r>
      <w:r w:rsidRPr="00AB08EF">
        <w:rPr>
          <w:rFonts w:ascii="Times New Roman" w:hAnsi="Times New Roman" w:cs="Times New Roman"/>
          <w:b/>
          <w:sz w:val="26"/>
          <w:szCs w:val="26"/>
        </w:rPr>
        <w:t>ộ</w:t>
      </w:r>
      <w:r w:rsidRPr="00AB08EF">
        <w:rPr>
          <w:rFonts w:ascii="Times New Roman" w:hAnsi="Times New Roman" w:cs="Times New Roman"/>
          <w:b/>
          <w:sz w:val="26"/>
          <w:szCs w:val="26"/>
        </w:rPr>
        <w:t>i hi</w:t>
      </w:r>
      <w:r w:rsidRPr="00AB08EF">
        <w:rPr>
          <w:rFonts w:ascii="Times New Roman" w:hAnsi="Times New Roman" w:cs="Times New Roman"/>
          <w:b/>
          <w:sz w:val="26"/>
          <w:szCs w:val="26"/>
        </w:rPr>
        <w:t>ệ</w:t>
      </w:r>
      <w:r w:rsidRPr="00AB08EF">
        <w:rPr>
          <w:rFonts w:ascii="Times New Roman" w:hAnsi="Times New Roman" w:cs="Times New Roman"/>
          <w:b/>
          <w:sz w:val="26"/>
          <w:szCs w:val="26"/>
        </w:rPr>
        <w:t>n nay</w:t>
      </w:r>
    </w:p>
    <w:p w:rsidR="00D870BA" w:rsidRPr="00AB08EF" w:rsidRDefault="005F514E" w:rsidP="00AB08EF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lastRenderedPageBreak/>
        <w:t>Th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 xml:space="preserve"> gi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i ti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p t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c bi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n đ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ng nhanh, ph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c t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p: c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nh tranh chi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n lư</w:t>
      </w:r>
      <w:r w:rsidRPr="00AB08EF">
        <w:rPr>
          <w:rFonts w:ascii="Times New Roman" w:hAnsi="Times New Roman" w:cs="Times New Roman"/>
          <w:sz w:val="26"/>
          <w:szCs w:val="26"/>
        </w:rPr>
        <w:t>ợ</w:t>
      </w:r>
      <w:r w:rsidRPr="00AB08EF">
        <w:rPr>
          <w:rFonts w:ascii="Times New Roman" w:hAnsi="Times New Roman" w:cs="Times New Roman"/>
          <w:sz w:val="26"/>
          <w:szCs w:val="26"/>
        </w:rPr>
        <w:t>c gi</w:t>
      </w:r>
      <w:r w:rsidRPr="00AB08EF">
        <w:rPr>
          <w:rFonts w:ascii="Times New Roman" w:hAnsi="Times New Roman" w:cs="Times New Roman"/>
          <w:sz w:val="26"/>
          <w:szCs w:val="26"/>
        </w:rPr>
        <w:t>ữ</w:t>
      </w:r>
      <w:r w:rsidRPr="00AB08EF">
        <w:rPr>
          <w:rFonts w:ascii="Times New Roman" w:hAnsi="Times New Roman" w:cs="Times New Roman"/>
          <w:sz w:val="26"/>
          <w:szCs w:val="26"/>
        </w:rPr>
        <w:t>a các cư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ng qu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c, xung đ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t c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c b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, r</w:t>
      </w:r>
      <w:r w:rsidRPr="00AB08EF">
        <w:rPr>
          <w:rFonts w:ascii="Times New Roman" w:hAnsi="Times New Roman" w:cs="Times New Roman"/>
          <w:sz w:val="26"/>
          <w:szCs w:val="26"/>
        </w:rPr>
        <w:t>ủ</w:t>
      </w:r>
      <w:r w:rsidRPr="00AB08EF">
        <w:rPr>
          <w:rFonts w:ascii="Times New Roman" w:hAnsi="Times New Roman" w:cs="Times New Roman"/>
          <w:sz w:val="26"/>
          <w:szCs w:val="26"/>
        </w:rPr>
        <w:t>i ro an ninh phi truy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>n th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ng (d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>ch b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nh, thiên tai, an ninh m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ng), cùng xu th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 xml:space="preserve"> chuy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n d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>ch chu</w:t>
      </w:r>
      <w:r w:rsidRPr="00AB08EF">
        <w:rPr>
          <w:rFonts w:ascii="Times New Roman" w:hAnsi="Times New Roman" w:cs="Times New Roman"/>
          <w:sz w:val="26"/>
          <w:szCs w:val="26"/>
        </w:rPr>
        <w:t>ỗ</w:t>
      </w:r>
      <w:r w:rsidRPr="00AB08EF">
        <w:rPr>
          <w:rFonts w:ascii="Times New Roman" w:hAnsi="Times New Roman" w:cs="Times New Roman"/>
          <w:sz w:val="26"/>
          <w:szCs w:val="26"/>
        </w:rPr>
        <w:t xml:space="preserve">i cung 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n</w:t>
      </w:r>
      <w:r w:rsidRPr="00AB08EF">
        <w:rPr>
          <w:rFonts w:ascii="Times New Roman" w:hAnsi="Times New Roman" w:cs="Times New Roman"/>
          <w:sz w:val="26"/>
          <w:szCs w:val="26"/>
        </w:rPr>
        <w:t>g. Kinh t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 xml:space="preserve">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, kinh t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 xml:space="preserve"> xanh, kinh t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 xml:space="preserve"> tu</w:t>
      </w:r>
      <w:r w:rsidRPr="00AB08EF">
        <w:rPr>
          <w:rFonts w:ascii="Times New Roman" w:hAnsi="Times New Roman" w:cs="Times New Roman"/>
          <w:sz w:val="26"/>
          <w:szCs w:val="26"/>
        </w:rPr>
        <w:t>ầ</w:t>
      </w:r>
      <w:r w:rsidRPr="00AB08EF">
        <w:rPr>
          <w:rFonts w:ascii="Times New Roman" w:hAnsi="Times New Roman" w:cs="Times New Roman"/>
          <w:sz w:val="26"/>
          <w:szCs w:val="26"/>
        </w:rPr>
        <w:t>n hoàn tr</w:t>
      </w:r>
      <w:r w:rsidRPr="00AB08EF">
        <w:rPr>
          <w:rFonts w:ascii="Times New Roman" w:hAnsi="Times New Roman" w:cs="Times New Roman"/>
          <w:sz w:val="26"/>
          <w:szCs w:val="26"/>
        </w:rPr>
        <w:t>ở</w:t>
      </w:r>
      <w:r w:rsidRPr="00AB08EF">
        <w:rPr>
          <w:rFonts w:ascii="Times New Roman" w:hAnsi="Times New Roman" w:cs="Times New Roman"/>
          <w:sz w:val="26"/>
          <w:szCs w:val="26"/>
        </w:rPr>
        <w:t xml:space="preserve"> thành đ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ng l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c tăng trư</w:t>
      </w:r>
      <w:r w:rsidRPr="00AB08EF">
        <w:rPr>
          <w:rFonts w:ascii="Times New Roman" w:hAnsi="Times New Roman" w:cs="Times New Roman"/>
          <w:sz w:val="26"/>
          <w:szCs w:val="26"/>
        </w:rPr>
        <w:t>ở</w:t>
      </w:r>
      <w:r w:rsidRPr="00AB08EF">
        <w:rPr>
          <w:rFonts w:ascii="Times New Roman" w:hAnsi="Times New Roman" w:cs="Times New Roman"/>
          <w:sz w:val="26"/>
          <w:szCs w:val="26"/>
        </w:rPr>
        <w:t>ng m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i.</w:t>
      </w:r>
    </w:p>
    <w:p w:rsidR="00D870BA" w:rsidRPr="00AB08EF" w:rsidRDefault="005F514E" w:rsidP="00AB08EF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Trong nư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c, Vi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t Nam kiên đ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>nh m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 xml:space="preserve">c tiêu 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>n đ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>nh vĩ mô, ki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m soát l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m phát, thúc đ</w:t>
      </w:r>
      <w:r w:rsidRPr="00AB08EF">
        <w:rPr>
          <w:rFonts w:ascii="Times New Roman" w:hAnsi="Times New Roman" w:cs="Times New Roman"/>
          <w:sz w:val="26"/>
          <w:szCs w:val="26"/>
        </w:rPr>
        <w:t>ẩ</w:t>
      </w:r>
      <w:r w:rsidRPr="00AB08EF">
        <w:rPr>
          <w:rFonts w:ascii="Times New Roman" w:hAnsi="Times New Roman" w:cs="Times New Roman"/>
          <w:sz w:val="26"/>
          <w:szCs w:val="26"/>
        </w:rPr>
        <w:t>y đ</w:t>
      </w:r>
      <w:r w:rsidRPr="00AB08EF">
        <w:rPr>
          <w:rFonts w:ascii="Times New Roman" w:hAnsi="Times New Roman" w:cs="Times New Roman"/>
          <w:sz w:val="26"/>
          <w:szCs w:val="26"/>
        </w:rPr>
        <w:t>ầ</w:t>
      </w:r>
      <w:r w:rsidRPr="00AB08EF">
        <w:rPr>
          <w:rFonts w:ascii="Times New Roman" w:hAnsi="Times New Roman" w:cs="Times New Roman"/>
          <w:sz w:val="26"/>
          <w:szCs w:val="26"/>
        </w:rPr>
        <w:t>u tư công, c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i thi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n môi trư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ng kinh doanh; công tác chuy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n đ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>i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 xml:space="preserve"> qu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c gia đư</w:t>
      </w:r>
      <w:r w:rsidRPr="00AB08EF">
        <w:rPr>
          <w:rFonts w:ascii="Times New Roman" w:hAnsi="Times New Roman" w:cs="Times New Roman"/>
          <w:sz w:val="26"/>
          <w:szCs w:val="26"/>
        </w:rPr>
        <w:t>ợ</w:t>
      </w:r>
      <w:r w:rsidRPr="00AB08EF">
        <w:rPr>
          <w:rFonts w:ascii="Times New Roman" w:hAnsi="Times New Roman" w:cs="Times New Roman"/>
          <w:sz w:val="26"/>
          <w:szCs w:val="26"/>
        </w:rPr>
        <w:t>c đ</w:t>
      </w:r>
      <w:r w:rsidRPr="00AB08EF">
        <w:rPr>
          <w:rFonts w:ascii="Times New Roman" w:hAnsi="Times New Roman" w:cs="Times New Roman"/>
          <w:sz w:val="26"/>
          <w:szCs w:val="26"/>
        </w:rPr>
        <w:t>ẩ</w:t>
      </w:r>
      <w:r w:rsidRPr="00AB08EF">
        <w:rPr>
          <w:rFonts w:ascii="Times New Roman" w:hAnsi="Times New Roman" w:cs="Times New Roman"/>
          <w:sz w:val="26"/>
          <w:szCs w:val="26"/>
        </w:rPr>
        <w:t>y m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nh. Ngành giáo d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c ti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p t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c tri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n khai Chương trình Giáo d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c ph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 xml:space="preserve"> thông 2018 theo hư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ng phát tri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n ph</w:t>
      </w:r>
      <w:r w:rsidRPr="00AB08EF">
        <w:rPr>
          <w:rFonts w:ascii="Times New Roman" w:hAnsi="Times New Roman" w:cs="Times New Roman"/>
          <w:sz w:val="26"/>
          <w:szCs w:val="26"/>
        </w:rPr>
        <w:t>ẩ</w:t>
      </w:r>
      <w:r w:rsidRPr="00AB08EF">
        <w:rPr>
          <w:rFonts w:ascii="Times New Roman" w:hAnsi="Times New Roman" w:cs="Times New Roman"/>
          <w:sz w:val="26"/>
          <w:szCs w:val="26"/>
        </w:rPr>
        <w:t>m ch</w:t>
      </w:r>
      <w:r w:rsidRPr="00AB08EF">
        <w:rPr>
          <w:rFonts w:ascii="Times New Roman" w:hAnsi="Times New Roman" w:cs="Times New Roman"/>
          <w:sz w:val="26"/>
          <w:szCs w:val="26"/>
        </w:rPr>
        <w:t>ấ</w:t>
      </w:r>
      <w:r w:rsidRPr="00AB08EF">
        <w:rPr>
          <w:rFonts w:ascii="Times New Roman" w:hAnsi="Times New Roman" w:cs="Times New Roman"/>
          <w:sz w:val="26"/>
          <w:szCs w:val="26"/>
        </w:rPr>
        <w:t>t và năng l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c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sinh, đ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>i m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i ki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m tra – đánh giá, tăng cư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 xml:space="preserve">ng 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ng d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ng công ngh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.</w:t>
      </w:r>
    </w:p>
    <w:p w:rsidR="00D870BA" w:rsidRPr="00AB08EF" w:rsidRDefault="005F514E" w:rsidP="00AB08EF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Đ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i v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i nhà trư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ng ph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 xml:space="preserve"> thông, b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i c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nh trên đ</w:t>
      </w:r>
      <w:r w:rsidRPr="00AB08EF">
        <w:rPr>
          <w:rFonts w:ascii="Times New Roman" w:hAnsi="Times New Roman" w:cs="Times New Roman"/>
          <w:sz w:val="26"/>
          <w:szCs w:val="26"/>
        </w:rPr>
        <w:t>ặ</w:t>
      </w:r>
      <w:r w:rsidRPr="00AB08EF">
        <w:rPr>
          <w:rFonts w:ascii="Times New Roman" w:hAnsi="Times New Roman" w:cs="Times New Roman"/>
          <w:sz w:val="26"/>
          <w:szCs w:val="26"/>
        </w:rPr>
        <w:t>t ra yêu c</w:t>
      </w:r>
      <w:r w:rsidRPr="00AB08EF">
        <w:rPr>
          <w:rFonts w:ascii="Times New Roman" w:hAnsi="Times New Roman" w:cs="Times New Roman"/>
          <w:sz w:val="26"/>
          <w:szCs w:val="26"/>
        </w:rPr>
        <w:t>ầ</w:t>
      </w:r>
      <w:r w:rsidRPr="00AB08EF">
        <w:rPr>
          <w:rFonts w:ascii="Times New Roman" w:hAnsi="Times New Roman" w:cs="Times New Roman"/>
          <w:sz w:val="26"/>
          <w:szCs w:val="26"/>
        </w:rPr>
        <w:t>u: qu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n t</w:t>
      </w:r>
      <w:r w:rsidRPr="00AB08EF">
        <w:rPr>
          <w:rFonts w:ascii="Times New Roman" w:hAnsi="Times New Roman" w:cs="Times New Roman"/>
          <w:sz w:val="26"/>
          <w:szCs w:val="26"/>
        </w:rPr>
        <w:t>r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 xml:space="preserve"> theo d</w:t>
      </w:r>
      <w:r w:rsidRPr="00AB08EF">
        <w:rPr>
          <w:rFonts w:ascii="Times New Roman" w:hAnsi="Times New Roman" w:cs="Times New Roman"/>
          <w:sz w:val="26"/>
          <w:szCs w:val="26"/>
        </w:rPr>
        <w:t>ữ</w:t>
      </w:r>
      <w:r w:rsidRPr="00AB08EF">
        <w:rPr>
          <w:rFonts w:ascii="Times New Roman" w:hAnsi="Times New Roman" w:cs="Times New Roman"/>
          <w:sz w:val="26"/>
          <w:szCs w:val="26"/>
        </w:rPr>
        <w:t xml:space="preserve"> li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u,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 xml:space="preserve"> hóa quy trình, phát tri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n đ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 xml:space="preserve">i ngũ </w:t>
      </w:r>
      <w:r w:rsidR="00AB08EF">
        <w:rPr>
          <w:rFonts w:ascii="Times New Roman" w:hAnsi="Times New Roman" w:cs="Times New Roman"/>
          <w:sz w:val="26"/>
          <w:szCs w:val="26"/>
        </w:rPr>
        <w:t xml:space="preserve">giáo viên </w:t>
      </w:r>
      <w:r w:rsidRPr="00AB08EF">
        <w:rPr>
          <w:rFonts w:ascii="Times New Roman" w:hAnsi="Times New Roman" w:cs="Times New Roman"/>
          <w:sz w:val="26"/>
          <w:szCs w:val="26"/>
        </w:rPr>
        <w:t>theo chu</w:t>
      </w:r>
      <w:r w:rsidRPr="00AB08EF">
        <w:rPr>
          <w:rFonts w:ascii="Times New Roman" w:hAnsi="Times New Roman" w:cs="Times New Roman"/>
          <w:sz w:val="26"/>
          <w:szCs w:val="26"/>
        </w:rPr>
        <w:t>ẩ</w:t>
      </w:r>
      <w:r w:rsidRPr="00AB08EF">
        <w:rPr>
          <w:rFonts w:ascii="Times New Roman" w:hAnsi="Times New Roman" w:cs="Times New Roman"/>
          <w:sz w:val="26"/>
          <w:szCs w:val="26"/>
        </w:rPr>
        <w:t>n ngh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 xml:space="preserve"> nghi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p; m</w:t>
      </w:r>
      <w:r w:rsidRPr="00AB08EF">
        <w:rPr>
          <w:rFonts w:ascii="Times New Roman" w:hAnsi="Times New Roman" w:cs="Times New Roman"/>
          <w:sz w:val="26"/>
          <w:szCs w:val="26"/>
        </w:rPr>
        <w:t>ở</w:t>
      </w:r>
      <w:r w:rsidRPr="00AB08EF">
        <w:rPr>
          <w:rFonts w:ascii="Times New Roman" w:hAnsi="Times New Roman" w:cs="Times New Roman"/>
          <w:sz w:val="26"/>
          <w:szCs w:val="26"/>
        </w:rPr>
        <w:t xml:space="preserve"> r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ng liên k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t – h</w:t>
      </w:r>
      <w:r w:rsidRPr="00AB08EF">
        <w:rPr>
          <w:rFonts w:ascii="Times New Roman" w:hAnsi="Times New Roman" w:cs="Times New Roman"/>
          <w:sz w:val="26"/>
          <w:szCs w:val="26"/>
        </w:rPr>
        <w:t>ợ</w:t>
      </w:r>
      <w:r w:rsidRPr="00AB08EF">
        <w:rPr>
          <w:rFonts w:ascii="Times New Roman" w:hAnsi="Times New Roman" w:cs="Times New Roman"/>
          <w:sz w:val="26"/>
          <w:szCs w:val="26"/>
        </w:rPr>
        <w:t>p tác, t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 xml:space="preserve"> ch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c d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y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m</w:t>
      </w:r>
      <w:r w:rsidRPr="00AB08EF">
        <w:rPr>
          <w:rFonts w:ascii="Times New Roman" w:hAnsi="Times New Roman" w:cs="Times New Roman"/>
          <w:sz w:val="26"/>
          <w:szCs w:val="26"/>
        </w:rPr>
        <w:t>ở</w:t>
      </w:r>
      <w:r w:rsidRPr="00AB08EF">
        <w:rPr>
          <w:rFonts w:ascii="Times New Roman" w:hAnsi="Times New Roman" w:cs="Times New Roman"/>
          <w:sz w:val="26"/>
          <w:szCs w:val="26"/>
        </w:rPr>
        <w:t>, linh ho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t, b</w:t>
      </w:r>
      <w:r w:rsidRPr="00AB08EF">
        <w:rPr>
          <w:rFonts w:ascii="Times New Roman" w:hAnsi="Times New Roman" w:cs="Times New Roman"/>
          <w:sz w:val="26"/>
          <w:szCs w:val="26"/>
        </w:rPr>
        <w:t>ồ</w:t>
      </w:r>
      <w:r w:rsidRPr="00AB08EF">
        <w:rPr>
          <w:rFonts w:ascii="Times New Roman" w:hAnsi="Times New Roman" w:cs="Times New Roman"/>
          <w:sz w:val="26"/>
          <w:szCs w:val="26"/>
        </w:rPr>
        <w:t>i dư</w:t>
      </w:r>
      <w:r w:rsidRPr="00AB08EF">
        <w:rPr>
          <w:rFonts w:ascii="Times New Roman" w:hAnsi="Times New Roman" w:cs="Times New Roman"/>
          <w:sz w:val="26"/>
          <w:szCs w:val="26"/>
        </w:rPr>
        <w:t>ỡ</w:t>
      </w:r>
      <w:r w:rsidRPr="00AB08EF">
        <w:rPr>
          <w:rFonts w:ascii="Times New Roman" w:hAnsi="Times New Roman" w:cs="Times New Roman"/>
          <w:sz w:val="26"/>
          <w:szCs w:val="26"/>
        </w:rPr>
        <w:t>ng k</w:t>
      </w:r>
      <w:r w:rsidRPr="00AB08EF">
        <w:rPr>
          <w:rFonts w:ascii="Times New Roman" w:hAnsi="Times New Roman" w:cs="Times New Roman"/>
          <w:sz w:val="26"/>
          <w:szCs w:val="26"/>
        </w:rPr>
        <w:t>ỹ</w:t>
      </w:r>
      <w:r w:rsidRPr="00AB08EF">
        <w:rPr>
          <w:rFonts w:ascii="Times New Roman" w:hAnsi="Times New Roman" w:cs="Times New Roman"/>
          <w:sz w:val="26"/>
          <w:szCs w:val="26"/>
        </w:rPr>
        <w:t xml:space="preserve"> năng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 xml:space="preserve"> và năng l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c t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 xml:space="preserve">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su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t đ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i cho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sinh.</w:t>
      </w:r>
    </w:p>
    <w:p w:rsidR="00D870BA" w:rsidRPr="00AB08EF" w:rsidRDefault="005F514E" w:rsidP="00AB08E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b/>
          <w:sz w:val="26"/>
          <w:szCs w:val="26"/>
        </w:rPr>
        <w:t>Ph</w:t>
      </w:r>
      <w:r w:rsidRPr="00AB08EF">
        <w:rPr>
          <w:rFonts w:ascii="Times New Roman" w:hAnsi="Times New Roman" w:cs="Times New Roman"/>
          <w:b/>
          <w:sz w:val="26"/>
          <w:szCs w:val="26"/>
        </w:rPr>
        <w:t>ầ</w:t>
      </w:r>
      <w:r w:rsidRPr="00AB08EF">
        <w:rPr>
          <w:rFonts w:ascii="Times New Roman" w:hAnsi="Times New Roman" w:cs="Times New Roman"/>
          <w:b/>
          <w:sz w:val="26"/>
          <w:szCs w:val="26"/>
        </w:rPr>
        <w:t>n II. N</w:t>
      </w:r>
      <w:r w:rsidRPr="00AB08EF">
        <w:rPr>
          <w:rFonts w:ascii="Times New Roman" w:hAnsi="Times New Roman" w:cs="Times New Roman"/>
          <w:b/>
          <w:sz w:val="26"/>
          <w:szCs w:val="26"/>
        </w:rPr>
        <w:t>ộ</w:t>
      </w:r>
      <w:r w:rsidRPr="00AB08EF">
        <w:rPr>
          <w:rFonts w:ascii="Times New Roman" w:hAnsi="Times New Roman" w:cs="Times New Roman"/>
          <w:b/>
          <w:sz w:val="26"/>
          <w:szCs w:val="26"/>
        </w:rPr>
        <w:t>i dung h</w:t>
      </w:r>
      <w:r w:rsidRPr="00AB08EF">
        <w:rPr>
          <w:rFonts w:ascii="Times New Roman" w:hAnsi="Times New Roman" w:cs="Times New Roman"/>
          <w:b/>
          <w:sz w:val="26"/>
          <w:szCs w:val="26"/>
        </w:rPr>
        <w:t>ọ</w:t>
      </w:r>
      <w:r w:rsidRPr="00AB08EF">
        <w:rPr>
          <w:rFonts w:ascii="Times New Roman" w:hAnsi="Times New Roman" w:cs="Times New Roman"/>
          <w:b/>
          <w:sz w:val="26"/>
          <w:szCs w:val="26"/>
        </w:rPr>
        <w:t>c t</w:t>
      </w:r>
      <w:r w:rsidRPr="00AB08EF">
        <w:rPr>
          <w:rFonts w:ascii="Times New Roman" w:hAnsi="Times New Roman" w:cs="Times New Roman"/>
          <w:b/>
          <w:sz w:val="26"/>
          <w:szCs w:val="26"/>
        </w:rPr>
        <w:t>ậ</w:t>
      </w:r>
      <w:r w:rsidRPr="00AB08EF">
        <w:rPr>
          <w:rFonts w:ascii="Times New Roman" w:hAnsi="Times New Roman" w:cs="Times New Roman"/>
          <w:b/>
          <w:sz w:val="26"/>
          <w:szCs w:val="26"/>
        </w:rPr>
        <w:t>p và nh</w:t>
      </w:r>
      <w:r w:rsidRPr="00AB08EF">
        <w:rPr>
          <w:rFonts w:ascii="Times New Roman" w:hAnsi="Times New Roman" w:cs="Times New Roman"/>
          <w:b/>
          <w:sz w:val="26"/>
          <w:szCs w:val="26"/>
        </w:rPr>
        <w:t>ậ</w:t>
      </w:r>
      <w:r w:rsidRPr="00AB08EF">
        <w:rPr>
          <w:rFonts w:ascii="Times New Roman" w:hAnsi="Times New Roman" w:cs="Times New Roman"/>
          <w:b/>
          <w:sz w:val="26"/>
          <w:szCs w:val="26"/>
        </w:rPr>
        <w:t>n th</w:t>
      </w:r>
      <w:r w:rsidRPr="00AB08EF">
        <w:rPr>
          <w:rFonts w:ascii="Times New Roman" w:hAnsi="Times New Roman" w:cs="Times New Roman"/>
          <w:b/>
          <w:sz w:val="26"/>
          <w:szCs w:val="26"/>
        </w:rPr>
        <w:t>ứ</w:t>
      </w:r>
      <w:r w:rsidRPr="00AB08EF">
        <w:rPr>
          <w:rFonts w:ascii="Times New Roman" w:hAnsi="Times New Roman" w:cs="Times New Roman"/>
          <w:b/>
          <w:sz w:val="26"/>
          <w:szCs w:val="26"/>
        </w:rPr>
        <w:t>c cá nhân</w:t>
      </w:r>
    </w:p>
    <w:p w:rsidR="00D870BA" w:rsidRPr="00AB08EF" w:rsidRDefault="005F514E" w:rsidP="00AB08EF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1) Th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 xml:space="preserve">i </w:t>
      </w:r>
      <w:r w:rsidRPr="00AB08EF">
        <w:rPr>
          <w:rFonts w:ascii="Times New Roman" w:hAnsi="Times New Roman" w:cs="Times New Roman"/>
          <w:sz w:val="26"/>
          <w:szCs w:val="26"/>
        </w:rPr>
        <w:t>s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 xml:space="preserve"> chính tr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 xml:space="preserve"> – kinh t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: Tôi nh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n th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c rõ m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i liên h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 xml:space="preserve"> gi</w:t>
      </w:r>
      <w:r w:rsidRPr="00AB08EF">
        <w:rPr>
          <w:rFonts w:ascii="Times New Roman" w:hAnsi="Times New Roman" w:cs="Times New Roman"/>
          <w:sz w:val="26"/>
          <w:szCs w:val="26"/>
        </w:rPr>
        <w:t>ữ</w:t>
      </w:r>
      <w:r w:rsidRPr="00AB08EF">
        <w:rPr>
          <w:rFonts w:ascii="Times New Roman" w:hAnsi="Times New Roman" w:cs="Times New Roman"/>
          <w:sz w:val="26"/>
          <w:szCs w:val="26"/>
        </w:rPr>
        <w:t xml:space="preserve">a 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>n đ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>nh vĩ mô và ch</w:t>
      </w:r>
      <w:r w:rsidRPr="00AB08EF">
        <w:rPr>
          <w:rFonts w:ascii="Times New Roman" w:hAnsi="Times New Roman" w:cs="Times New Roman"/>
          <w:sz w:val="26"/>
          <w:szCs w:val="26"/>
        </w:rPr>
        <w:t>ấ</w:t>
      </w:r>
      <w:r w:rsidRPr="00AB08EF">
        <w:rPr>
          <w:rFonts w:ascii="Times New Roman" w:hAnsi="Times New Roman" w:cs="Times New Roman"/>
          <w:sz w:val="26"/>
          <w:szCs w:val="26"/>
        </w:rPr>
        <w:t>t lư</w:t>
      </w:r>
      <w:r w:rsidRPr="00AB08EF">
        <w:rPr>
          <w:rFonts w:ascii="Times New Roman" w:hAnsi="Times New Roman" w:cs="Times New Roman"/>
          <w:sz w:val="26"/>
          <w:szCs w:val="26"/>
        </w:rPr>
        <w:t>ợ</w:t>
      </w:r>
      <w:r w:rsidRPr="00AB08EF">
        <w:rPr>
          <w:rFonts w:ascii="Times New Roman" w:hAnsi="Times New Roman" w:cs="Times New Roman"/>
          <w:sz w:val="26"/>
          <w:szCs w:val="26"/>
        </w:rPr>
        <w:t>ng giáo d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c. Khi ngu</w:t>
      </w:r>
      <w:r w:rsidRPr="00AB08EF">
        <w:rPr>
          <w:rFonts w:ascii="Times New Roman" w:hAnsi="Times New Roman" w:cs="Times New Roman"/>
          <w:sz w:val="26"/>
          <w:szCs w:val="26"/>
        </w:rPr>
        <w:t>ồ</w:t>
      </w:r>
      <w:r w:rsidRPr="00AB08EF">
        <w:rPr>
          <w:rFonts w:ascii="Times New Roman" w:hAnsi="Times New Roman" w:cs="Times New Roman"/>
          <w:sz w:val="26"/>
          <w:szCs w:val="26"/>
        </w:rPr>
        <w:t>n l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c đư</w:t>
      </w:r>
      <w:r w:rsidRPr="00AB08EF">
        <w:rPr>
          <w:rFonts w:ascii="Times New Roman" w:hAnsi="Times New Roman" w:cs="Times New Roman"/>
          <w:sz w:val="26"/>
          <w:szCs w:val="26"/>
        </w:rPr>
        <w:t>ợ</w:t>
      </w:r>
      <w:r w:rsidRPr="00AB08EF">
        <w:rPr>
          <w:rFonts w:ascii="Times New Roman" w:hAnsi="Times New Roman" w:cs="Times New Roman"/>
          <w:sz w:val="26"/>
          <w:szCs w:val="26"/>
        </w:rPr>
        <w:t>c ưu tiên cho chuy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n đ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>i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 xml:space="preserve"> và c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i cách hành chính, nhà trư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ng có đi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>u ki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 xml:space="preserve">n 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ng d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ng h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 xml:space="preserve"> th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ng qu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n lý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t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p (LMS), h</w:t>
      </w:r>
      <w:r w:rsidRPr="00AB08EF">
        <w:rPr>
          <w:rFonts w:ascii="Times New Roman" w:hAnsi="Times New Roman" w:cs="Times New Roman"/>
          <w:sz w:val="26"/>
          <w:szCs w:val="26"/>
        </w:rPr>
        <w:t>ồ</w:t>
      </w:r>
      <w:r w:rsidRPr="00AB08EF">
        <w:rPr>
          <w:rFonts w:ascii="Times New Roman" w:hAnsi="Times New Roman" w:cs="Times New Roman"/>
          <w:sz w:val="26"/>
          <w:szCs w:val="26"/>
        </w:rPr>
        <w:t xml:space="preserve"> sơ đi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n t</w:t>
      </w:r>
      <w:r w:rsidRPr="00AB08EF">
        <w:rPr>
          <w:rFonts w:ascii="Times New Roman" w:hAnsi="Times New Roman" w:cs="Times New Roman"/>
          <w:sz w:val="26"/>
          <w:szCs w:val="26"/>
        </w:rPr>
        <w:t>ử</w:t>
      </w:r>
      <w:r w:rsidRPr="00AB08EF">
        <w:rPr>
          <w:rFonts w:ascii="Times New Roman" w:hAnsi="Times New Roman" w:cs="Times New Roman"/>
          <w:sz w:val="26"/>
          <w:szCs w:val="26"/>
        </w:rPr>
        <w:t>, kh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o thí tr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c tuy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n; giáo viên ph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i n</w:t>
      </w:r>
      <w:r w:rsidRPr="00AB08EF">
        <w:rPr>
          <w:rFonts w:ascii="Times New Roman" w:hAnsi="Times New Roman" w:cs="Times New Roman"/>
          <w:sz w:val="26"/>
          <w:szCs w:val="26"/>
        </w:rPr>
        <w:t>ắ</w:t>
      </w:r>
      <w:r w:rsidRPr="00AB08EF">
        <w:rPr>
          <w:rFonts w:ascii="Times New Roman" w:hAnsi="Times New Roman" w:cs="Times New Roman"/>
          <w:sz w:val="26"/>
          <w:szCs w:val="26"/>
        </w:rPr>
        <w:t>m ch</w:t>
      </w:r>
      <w:r w:rsidRPr="00AB08EF">
        <w:rPr>
          <w:rFonts w:ascii="Times New Roman" w:hAnsi="Times New Roman" w:cs="Times New Roman"/>
          <w:sz w:val="26"/>
          <w:szCs w:val="26"/>
        </w:rPr>
        <w:t>ắ</w:t>
      </w:r>
      <w:r w:rsidRPr="00AB08EF">
        <w:rPr>
          <w:rFonts w:ascii="Times New Roman" w:hAnsi="Times New Roman" w:cs="Times New Roman"/>
          <w:sz w:val="26"/>
          <w:szCs w:val="26"/>
        </w:rPr>
        <w:t>c đ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 xml:space="preserve"> t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n d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ng t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t chính sách.</w:t>
      </w:r>
    </w:p>
    <w:p w:rsidR="00D870BA" w:rsidRPr="00AB08EF" w:rsidRDefault="005F514E" w:rsidP="00AB08EF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2) Vai trò nêu gương c</w:t>
      </w:r>
      <w:r w:rsidRPr="00AB08EF">
        <w:rPr>
          <w:rFonts w:ascii="Times New Roman" w:hAnsi="Times New Roman" w:cs="Times New Roman"/>
          <w:sz w:val="26"/>
          <w:szCs w:val="26"/>
        </w:rPr>
        <w:t>ủ</w:t>
      </w:r>
      <w:r w:rsidRPr="00AB08EF">
        <w:rPr>
          <w:rFonts w:ascii="Times New Roman" w:hAnsi="Times New Roman" w:cs="Times New Roman"/>
          <w:sz w:val="26"/>
          <w:szCs w:val="26"/>
        </w:rPr>
        <w:t>a giáo viên: Nêu gương trư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c h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 xml:space="preserve">t </w:t>
      </w:r>
      <w:r w:rsidRPr="00AB08EF">
        <w:rPr>
          <w:rFonts w:ascii="Times New Roman" w:hAnsi="Times New Roman" w:cs="Times New Roman"/>
          <w:sz w:val="26"/>
          <w:szCs w:val="26"/>
        </w:rPr>
        <w:t>ở</w:t>
      </w:r>
      <w:r w:rsidRPr="00AB08EF">
        <w:rPr>
          <w:rFonts w:ascii="Times New Roman" w:hAnsi="Times New Roman" w:cs="Times New Roman"/>
          <w:sz w:val="26"/>
          <w:szCs w:val="26"/>
        </w:rPr>
        <w:t xml:space="preserve"> tinh th</w:t>
      </w:r>
      <w:r w:rsidRPr="00AB08EF">
        <w:rPr>
          <w:rFonts w:ascii="Times New Roman" w:hAnsi="Times New Roman" w:cs="Times New Roman"/>
          <w:sz w:val="26"/>
          <w:szCs w:val="26"/>
        </w:rPr>
        <w:t>ầ</w:t>
      </w:r>
      <w:r w:rsidRPr="00AB08EF">
        <w:rPr>
          <w:rFonts w:ascii="Times New Roman" w:hAnsi="Times New Roman" w:cs="Times New Roman"/>
          <w:sz w:val="26"/>
          <w:szCs w:val="26"/>
        </w:rPr>
        <w:t>n trách nhi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m, k</w:t>
      </w:r>
      <w:r w:rsidRPr="00AB08EF">
        <w:rPr>
          <w:rFonts w:ascii="Times New Roman" w:hAnsi="Times New Roman" w:cs="Times New Roman"/>
          <w:sz w:val="26"/>
          <w:szCs w:val="26"/>
        </w:rPr>
        <w:t>ỷ</w:t>
      </w:r>
      <w:r w:rsidRPr="00AB08EF">
        <w:rPr>
          <w:rFonts w:ascii="Times New Roman" w:hAnsi="Times New Roman" w:cs="Times New Roman"/>
          <w:sz w:val="26"/>
          <w:szCs w:val="26"/>
        </w:rPr>
        <w:t xml:space="preserve"> lu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t, tác phong chu</w:t>
      </w:r>
      <w:r w:rsidRPr="00AB08EF">
        <w:rPr>
          <w:rFonts w:ascii="Times New Roman" w:hAnsi="Times New Roman" w:cs="Times New Roman"/>
          <w:sz w:val="26"/>
          <w:szCs w:val="26"/>
        </w:rPr>
        <w:t>ẩ</w:t>
      </w:r>
      <w:r w:rsidRPr="00AB08EF">
        <w:rPr>
          <w:rFonts w:ascii="Times New Roman" w:hAnsi="Times New Roman" w:cs="Times New Roman"/>
          <w:sz w:val="26"/>
          <w:szCs w:val="26"/>
        </w:rPr>
        <w:t>n m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c; nói đi đôi v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i làm, t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n tâm ph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c v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 xml:space="preserve"> ngư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i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c. Trong chuy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n đ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>i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, nêu gương th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 xml:space="preserve"> h</w:t>
      </w:r>
      <w:r w:rsidRPr="00AB08EF">
        <w:rPr>
          <w:rFonts w:ascii="Times New Roman" w:hAnsi="Times New Roman" w:cs="Times New Roman"/>
          <w:sz w:val="26"/>
          <w:szCs w:val="26"/>
        </w:rPr>
        <w:t>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 xml:space="preserve">n </w:t>
      </w:r>
      <w:r w:rsidRPr="00AB08EF">
        <w:rPr>
          <w:rFonts w:ascii="Times New Roman" w:hAnsi="Times New Roman" w:cs="Times New Roman"/>
          <w:sz w:val="26"/>
          <w:szCs w:val="26"/>
        </w:rPr>
        <w:t>ở</w:t>
      </w:r>
      <w:r w:rsidRPr="00AB08EF">
        <w:rPr>
          <w:rFonts w:ascii="Times New Roman" w:hAnsi="Times New Roman" w:cs="Times New Roman"/>
          <w:sz w:val="26"/>
          <w:szCs w:val="26"/>
        </w:rPr>
        <w:t xml:space="preserve"> vi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c m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nh d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n đ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>i m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i phương pháp, chia s</w:t>
      </w:r>
      <w:r w:rsidRPr="00AB08EF">
        <w:rPr>
          <w:rFonts w:ascii="Times New Roman" w:hAnsi="Times New Roman" w:cs="Times New Roman"/>
          <w:sz w:val="26"/>
          <w:szCs w:val="26"/>
        </w:rPr>
        <w:t>ẻ</w:t>
      </w:r>
      <w:r w:rsidRPr="00AB08EF">
        <w:rPr>
          <w:rFonts w:ascii="Times New Roman" w:hAnsi="Times New Roman" w:cs="Times New Roman"/>
          <w:sz w:val="26"/>
          <w:szCs w:val="26"/>
        </w:rPr>
        <w:t xml:space="preserve">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li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u m</w:t>
      </w:r>
      <w:r w:rsidRPr="00AB08EF">
        <w:rPr>
          <w:rFonts w:ascii="Times New Roman" w:hAnsi="Times New Roman" w:cs="Times New Roman"/>
          <w:sz w:val="26"/>
          <w:szCs w:val="26"/>
        </w:rPr>
        <w:t>ở</w:t>
      </w:r>
      <w:r w:rsidRPr="00AB08EF">
        <w:rPr>
          <w:rFonts w:ascii="Times New Roman" w:hAnsi="Times New Roman" w:cs="Times New Roman"/>
          <w:sz w:val="26"/>
          <w:szCs w:val="26"/>
        </w:rPr>
        <w:t>, tôn tr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ng b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n quy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>n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, gi</w:t>
      </w:r>
      <w:r w:rsidRPr="00AB08EF">
        <w:rPr>
          <w:rFonts w:ascii="Times New Roman" w:hAnsi="Times New Roman" w:cs="Times New Roman"/>
          <w:sz w:val="26"/>
          <w:szCs w:val="26"/>
        </w:rPr>
        <w:t>ữ</w:t>
      </w:r>
      <w:r w:rsidRPr="00AB08EF">
        <w:rPr>
          <w:rFonts w:ascii="Times New Roman" w:hAnsi="Times New Roman" w:cs="Times New Roman"/>
          <w:sz w:val="26"/>
          <w:szCs w:val="26"/>
        </w:rPr>
        <w:t xml:space="preserve"> gìn văn hóa 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ng x</w:t>
      </w:r>
      <w:r w:rsidRPr="00AB08EF">
        <w:rPr>
          <w:rFonts w:ascii="Times New Roman" w:hAnsi="Times New Roman" w:cs="Times New Roman"/>
          <w:sz w:val="26"/>
          <w:szCs w:val="26"/>
        </w:rPr>
        <w:t>ử</w:t>
      </w:r>
      <w:r w:rsidRPr="00AB08EF">
        <w:rPr>
          <w:rFonts w:ascii="Times New Roman" w:hAnsi="Times New Roman" w:cs="Times New Roman"/>
          <w:sz w:val="26"/>
          <w:szCs w:val="26"/>
        </w:rPr>
        <w:t xml:space="preserve"> trên không gian m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ng.</w:t>
      </w:r>
    </w:p>
    <w:p w:rsidR="00D870BA" w:rsidRPr="00AB08EF" w:rsidRDefault="005F514E" w:rsidP="00AB08EF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lastRenderedPageBreak/>
        <w:t>3) Tư tư</w:t>
      </w:r>
      <w:r w:rsidRPr="00AB08EF">
        <w:rPr>
          <w:rFonts w:ascii="Times New Roman" w:hAnsi="Times New Roman" w:cs="Times New Roman"/>
          <w:sz w:val="26"/>
          <w:szCs w:val="26"/>
        </w:rPr>
        <w:t>ở</w:t>
      </w:r>
      <w:r w:rsidRPr="00AB08EF">
        <w:rPr>
          <w:rFonts w:ascii="Times New Roman" w:hAnsi="Times New Roman" w:cs="Times New Roman"/>
          <w:sz w:val="26"/>
          <w:szCs w:val="26"/>
        </w:rPr>
        <w:t>ng H</w:t>
      </w:r>
      <w:r w:rsidRPr="00AB08EF">
        <w:rPr>
          <w:rFonts w:ascii="Times New Roman" w:hAnsi="Times New Roman" w:cs="Times New Roman"/>
          <w:sz w:val="26"/>
          <w:szCs w:val="26"/>
        </w:rPr>
        <w:t>ồ</w:t>
      </w:r>
      <w:r w:rsidRPr="00AB08EF">
        <w:rPr>
          <w:rFonts w:ascii="Times New Roman" w:hAnsi="Times New Roman" w:cs="Times New Roman"/>
          <w:sz w:val="26"/>
          <w:szCs w:val="26"/>
        </w:rPr>
        <w:t xml:space="preserve"> Chí Minh và đ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o đ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c nhà giáo: Tôi th</w:t>
      </w:r>
      <w:r w:rsidRPr="00AB08EF">
        <w:rPr>
          <w:rFonts w:ascii="Times New Roman" w:hAnsi="Times New Roman" w:cs="Times New Roman"/>
          <w:sz w:val="26"/>
          <w:szCs w:val="26"/>
        </w:rPr>
        <w:t>ấ</w:t>
      </w:r>
      <w:r w:rsidRPr="00AB08EF">
        <w:rPr>
          <w:rFonts w:ascii="Times New Roman" w:hAnsi="Times New Roman" w:cs="Times New Roman"/>
          <w:sz w:val="26"/>
          <w:szCs w:val="26"/>
        </w:rPr>
        <w:t>m nhu</w:t>
      </w:r>
      <w:r w:rsidRPr="00AB08EF">
        <w:rPr>
          <w:rFonts w:ascii="Times New Roman" w:hAnsi="Times New Roman" w:cs="Times New Roman"/>
          <w:sz w:val="26"/>
          <w:szCs w:val="26"/>
        </w:rPr>
        <w:t>ầ</w:t>
      </w:r>
      <w:r w:rsidRPr="00AB08EF">
        <w:rPr>
          <w:rFonts w:ascii="Times New Roman" w:hAnsi="Times New Roman" w:cs="Times New Roman"/>
          <w:sz w:val="26"/>
          <w:szCs w:val="26"/>
        </w:rPr>
        <w:t>n yêu c</w:t>
      </w:r>
      <w:r w:rsidRPr="00AB08EF">
        <w:rPr>
          <w:rFonts w:ascii="Times New Roman" w:hAnsi="Times New Roman" w:cs="Times New Roman"/>
          <w:sz w:val="26"/>
          <w:szCs w:val="26"/>
        </w:rPr>
        <w:t>ầ</w:t>
      </w:r>
      <w:r w:rsidR="00AB08EF">
        <w:rPr>
          <w:rFonts w:ascii="Times New Roman" w:hAnsi="Times New Roman" w:cs="Times New Roman"/>
          <w:sz w:val="26"/>
          <w:szCs w:val="26"/>
        </w:rPr>
        <w:t>u “</w:t>
      </w:r>
      <w:r w:rsidRPr="00AB08EF">
        <w:rPr>
          <w:rFonts w:ascii="Times New Roman" w:hAnsi="Times New Roman" w:cs="Times New Roman"/>
          <w:sz w:val="26"/>
          <w:szCs w:val="26"/>
        </w:rPr>
        <w:t>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đi đôi v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="00AB08EF">
        <w:rPr>
          <w:rFonts w:ascii="Times New Roman" w:hAnsi="Times New Roman" w:cs="Times New Roman"/>
          <w:sz w:val="26"/>
          <w:szCs w:val="26"/>
        </w:rPr>
        <w:t>i hành”</w:t>
      </w:r>
      <w:r w:rsidRPr="00AB08EF">
        <w:rPr>
          <w:rFonts w:ascii="Times New Roman" w:hAnsi="Times New Roman" w:cs="Times New Roman"/>
          <w:sz w:val="26"/>
          <w:szCs w:val="26"/>
        </w:rPr>
        <w:t>, coi tr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ng t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 xml:space="preserve">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c, t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 xml:space="preserve"> rèn; đ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 xml:space="preserve"> cao c</w:t>
      </w:r>
      <w:r w:rsidRPr="00AB08EF">
        <w:rPr>
          <w:rFonts w:ascii="Times New Roman" w:hAnsi="Times New Roman" w:cs="Times New Roman"/>
          <w:sz w:val="26"/>
          <w:szCs w:val="26"/>
        </w:rPr>
        <w:t>ầ</w:t>
      </w:r>
      <w:r w:rsidRPr="00AB08EF">
        <w:rPr>
          <w:rFonts w:ascii="Times New Roman" w:hAnsi="Times New Roman" w:cs="Times New Roman"/>
          <w:sz w:val="26"/>
          <w:szCs w:val="26"/>
        </w:rPr>
        <w:t>n, ki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m, liêm, chính trong ngh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 xml:space="preserve"> nghi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p; xây d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ng l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i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ng gi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n d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>, khiêm t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n, g</w:t>
      </w:r>
      <w:r w:rsidRPr="00AB08EF">
        <w:rPr>
          <w:rFonts w:ascii="Times New Roman" w:hAnsi="Times New Roman" w:cs="Times New Roman"/>
          <w:sz w:val="26"/>
          <w:szCs w:val="26"/>
        </w:rPr>
        <w:t>ầ</w:t>
      </w:r>
      <w:r w:rsidRPr="00AB08EF">
        <w:rPr>
          <w:rFonts w:ascii="Times New Roman" w:hAnsi="Times New Roman" w:cs="Times New Roman"/>
          <w:sz w:val="26"/>
          <w:szCs w:val="26"/>
        </w:rPr>
        <w:t>n gũi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sinh và ph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 xml:space="preserve"> huynh.</w:t>
      </w:r>
    </w:p>
    <w:p w:rsidR="00D870BA" w:rsidRPr="00AB08EF" w:rsidRDefault="005F514E" w:rsidP="00AB08EF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4) Đ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>nh hư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ng giáo d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c trong th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i k</w:t>
      </w:r>
      <w:r w:rsidRPr="00AB08EF">
        <w:rPr>
          <w:rFonts w:ascii="Times New Roman" w:hAnsi="Times New Roman" w:cs="Times New Roman"/>
          <w:sz w:val="26"/>
          <w:szCs w:val="26"/>
        </w:rPr>
        <w:t>ỳ</w:t>
      </w:r>
      <w:r w:rsidRPr="00AB08EF">
        <w:rPr>
          <w:rFonts w:ascii="Times New Roman" w:hAnsi="Times New Roman" w:cs="Times New Roman"/>
          <w:sz w:val="26"/>
          <w:szCs w:val="26"/>
        </w:rPr>
        <w:t xml:space="preserve"> chuy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n đ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>i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: D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y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theo hư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ng phát tri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n năng l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c, cá th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 xml:space="preserve"> hóa l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 xml:space="preserve"> trình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t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p; thi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t k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 xml:space="preserve"> bài gi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ng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,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li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u tương tác, t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 xml:space="preserve"> ch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c đánh giá thư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ng xuyên qua bài t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p nh</w:t>
      </w:r>
      <w:r w:rsidRPr="00AB08EF">
        <w:rPr>
          <w:rFonts w:ascii="Times New Roman" w:hAnsi="Times New Roman" w:cs="Times New Roman"/>
          <w:sz w:val="26"/>
          <w:szCs w:val="26"/>
        </w:rPr>
        <w:t>ỏ</w:t>
      </w:r>
      <w:r w:rsidRPr="00AB08EF">
        <w:rPr>
          <w:rFonts w:ascii="Times New Roman" w:hAnsi="Times New Roman" w:cs="Times New Roman"/>
          <w:sz w:val="26"/>
          <w:szCs w:val="26"/>
        </w:rPr>
        <w:t xml:space="preserve"> (formative), rubric minh b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ch; khai thác công c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 xml:space="preserve"> AI h</w:t>
      </w:r>
      <w:r w:rsidRPr="00AB08EF">
        <w:rPr>
          <w:rFonts w:ascii="Times New Roman" w:hAnsi="Times New Roman" w:cs="Times New Roman"/>
          <w:sz w:val="26"/>
          <w:szCs w:val="26"/>
        </w:rPr>
        <w:t>ỗ</w:t>
      </w:r>
      <w:r w:rsidRPr="00AB08EF">
        <w:rPr>
          <w:rFonts w:ascii="Times New Roman" w:hAnsi="Times New Roman" w:cs="Times New Roman"/>
          <w:sz w:val="26"/>
          <w:szCs w:val="26"/>
        </w:rPr>
        <w:t xml:space="preserve"> tr</w:t>
      </w:r>
      <w:r w:rsidRPr="00AB08EF">
        <w:rPr>
          <w:rFonts w:ascii="Times New Roman" w:hAnsi="Times New Roman" w:cs="Times New Roman"/>
          <w:sz w:val="26"/>
          <w:szCs w:val="26"/>
        </w:rPr>
        <w:t>ợ</w:t>
      </w:r>
      <w:r w:rsidRPr="00AB08EF">
        <w:rPr>
          <w:rFonts w:ascii="Times New Roman" w:hAnsi="Times New Roman" w:cs="Times New Roman"/>
          <w:sz w:val="26"/>
          <w:szCs w:val="26"/>
        </w:rPr>
        <w:t xml:space="preserve"> ch</w:t>
      </w:r>
      <w:r w:rsidRPr="00AB08EF">
        <w:rPr>
          <w:rFonts w:ascii="Times New Roman" w:hAnsi="Times New Roman" w:cs="Times New Roman"/>
          <w:sz w:val="26"/>
          <w:szCs w:val="26"/>
        </w:rPr>
        <w:t>ấ</w:t>
      </w:r>
      <w:r w:rsidRPr="00AB08EF">
        <w:rPr>
          <w:rFonts w:ascii="Times New Roman" w:hAnsi="Times New Roman" w:cs="Times New Roman"/>
          <w:sz w:val="26"/>
          <w:szCs w:val="26"/>
        </w:rPr>
        <w:t>m – ph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n h</w:t>
      </w:r>
      <w:r w:rsidRPr="00AB08EF">
        <w:rPr>
          <w:rFonts w:ascii="Times New Roman" w:hAnsi="Times New Roman" w:cs="Times New Roman"/>
          <w:sz w:val="26"/>
          <w:szCs w:val="26"/>
        </w:rPr>
        <w:t>ồ</w:t>
      </w:r>
      <w:r w:rsidRPr="00AB08EF">
        <w:rPr>
          <w:rFonts w:ascii="Times New Roman" w:hAnsi="Times New Roman" w:cs="Times New Roman"/>
          <w:sz w:val="26"/>
          <w:szCs w:val="26"/>
        </w:rPr>
        <w:t>i nhưng b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o đ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m đ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o đ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c và b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o v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 xml:space="preserve"> d</w:t>
      </w:r>
      <w:r w:rsidRPr="00AB08EF">
        <w:rPr>
          <w:rFonts w:ascii="Times New Roman" w:hAnsi="Times New Roman" w:cs="Times New Roman"/>
          <w:sz w:val="26"/>
          <w:szCs w:val="26"/>
        </w:rPr>
        <w:t>ữ</w:t>
      </w:r>
      <w:r w:rsidRPr="00AB08EF">
        <w:rPr>
          <w:rFonts w:ascii="Times New Roman" w:hAnsi="Times New Roman" w:cs="Times New Roman"/>
          <w:sz w:val="26"/>
          <w:szCs w:val="26"/>
        </w:rPr>
        <w:t xml:space="preserve"> li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u.</w:t>
      </w:r>
    </w:p>
    <w:p w:rsidR="00D870BA" w:rsidRPr="00AB08EF" w:rsidRDefault="005F514E" w:rsidP="00AB08EF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5) Tác đ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ng Cách m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ng Công nghi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p 4.0 và gi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i pháp: Đ</w:t>
      </w:r>
      <w:r w:rsidRPr="00AB08EF">
        <w:rPr>
          <w:rFonts w:ascii="Times New Roman" w:hAnsi="Times New Roman" w:cs="Times New Roman"/>
          <w:sz w:val="26"/>
          <w:szCs w:val="26"/>
        </w:rPr>
        <w:t>ẩ</w:t>
      </w:r>
      <w:r w:rsidRPr="00AB08EF">
        <w:rPr>
          <w:rFonts w:ascii="Times New Roman" w:hAnsi="Times New Roman" w:cs="Times New Roman"/>
          <w:sz w:val="26"/>
          <w:szCs w:val="26"/>
        </w:rPr>
        <w:t>y m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nh STEM/STEAM, d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 xml:space="preserve"> </w:t>
      </w:r>
      <w:r w:rsidRPr="00AB08EF">
        <w:rPr>
          <w:rFonts w:ascii="Times New Roman" w:hAnsi="Times New Roman" w:cs="Times New Roman"/>
          <w:sz w:val="26"/>
          <w:szCs w:val="26"/>
        </w:rPr>
        <w:t>án liên môn; hình thành năng l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c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, tư duy tính toán, tư duy ph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n bi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n; k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t n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i doanh nghi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p – đ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>a phương đ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 xml:space="preserve"> t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 xml:space="preserve"> ch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c tr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i nghi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m hư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ng nghi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p; b</w:t>
      </w:r>
      <w:r w:rsidRPr="00AB08EF">
        <w:rPr>
          <w:rFonts w:ascii="Times New Roman" w:hAnsi="Times New Roman" w:cs="Times New Roman"/>
          <w:sz w:val="26"/>
          <w:szCs w:val="26"/>
        </w:rPr>
        <w:t>ồ</w:t>
      </w:r>
      <w:r w:rsidRPr="00AB08EF">
        <w:rPr>
          <w:rFonts w:ascii="Times New Roman" w:hAnsi="Times New Roman" w:cs="Times New Roman"/>
          <w:sz w:val="26"/>
          <w:szCs w:val="26"/>
        </w:rPr>
        <w:t>i dư</w:t>
      </w:r>
      <w:r w:rsidRPr="00AB08EF">
        <w:rPr>
          <w:rFonts w:ascii="Times New Roman" w:hAnsi="Times New Roman" w:cs="Times New Roman"/>
          <w:sz w:val="26"/>
          <w:szCs w:val="26"/>
        </w:rPr>
        <w:t>ỡ</w:t>
      </w:r>
      <w:r w:rsidRPr="00AB08EF">
        <w:rPr>
          <w:rFonts w:ascii="Times New Roman" w:hAnsi="Times New Roman" w:cs="Times New Roman"/>
          <w:sz w:val="26"/>
          <w:szCs w:val="26"/>
        </w:rPr>
        <w:t>ng giáo viên nòng c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t v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 xml:space="preserve"> thi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t k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 xml:space="preserve">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 xml:space="preserve"> và an toàn thông tin.</w:t>
      </w:r>
    </w:p>
    <w:p w:rsidR="00D870BA" w:rsidRPr="00AB08EF" w:rsidRDefault="005F514E" w:rsidP="00AB08EF">
      <w:pPr>
        <w:spacing w:line="36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6) Nâng cao năng l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c b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n thân: Tôi xác đ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>nh l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 xml:space="preserve"> trình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CNTT (LMS, thi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t k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 xml:space="preserve"> E-learning, kh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o thí tr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c tuy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n), nâng trình ngo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i ng</w:t>
      </w:r>
      <w:r w:rsidRPr="00AB08EF">
        <w:rPr>
          <w:rFonts w:ascii="Times New Roman" w:hAnsi="Times New Roman" w:cs="Times New Roman"/>
          <w:sz w:val="26"/>
          <w:szCs w:val="26"/>
        </w:rPr>
        <w:t>ữ</w:t>
      </w:r>
      <w:r w:rsidRPr="00AB08EF">
        <w:rPr>
          <w:rFonts w:ascii="Times New Roman" w:hAnsi="Times New Roman" w:cs="Times New Roman"/>
          <w:sz w:val="26"/>
          <w:szCs w:val="26"/>
        </w:rPr>
        <w:t xml:space="preserve"> ph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c v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 xml:space="preserve"> nghiên c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u – h</w:t>
      </w:r>
      <w:r w:rsidRPr="00AB08EF">
        <w:rPr>
          <w:rFonts w:ascii="Times New Roman" w:hAnsi="Times New Roman" w:cs="Times New Roman"/>
          <w:sz w:val="26"/>
          <w:szCs w:val="26"/>
        </w:rPr>
        <w:t>ợ</w:t>
      </w:r>
      <w:r w:rsidRPr="00AB08EF">
        <w:rPr>
          <w:rFonts w:ascii="Times New Roman" w:hAnsi="Times New Roman" w:cs="Times New Roman"/>
          <w:sz w:val="26"/>
          <w:szCs w:val="26"/>
        </w:rPr>
        <w:t>p tác chuyên môn; tham gia sinh ho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t chuyên môn theo nghiên c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u bài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c, tích lũy minh ch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ng theo Chu</w:t>
      </w:r>
      <w:r w:rsidRPr="00AB08EF">
        <w:rPr>
          <w:rFonts w:ascii="Times New Roman" w:hAnsi="Times New Roman" w:cs="Times New Roman"/>
          <w:sz w:val="26"/>
          <w:szCs w:val="26"/>
        </w:rPr>
        <w:t>ẩ</w:t>
      </w:r>
      <w:r w:rsidRPr="00AB08EF">
        <w:rPr>
          <w:rFonts w:ascii="Times New Roman" w:hAnsi="Times New Roman" w:cs="Times New Roman"/>
          <w:sz w:val="26"/>
          <w:szCs w:val="26"/>
        </w:rPr>
        <w:t>n ngh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 xml:space="preserve"> nghi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p giáo viên.</w:t>
      </w:r>
    </w:p>
    <w:p w:rsidR="00D870BA" w:rsidRPr="00AB08EF" w:rsidRDefault="005F514E" w:rsidP="00AB08EF">
      <w:pPr>
        <w:pStyle w:val="ListBulle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ng d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ng ít nh</w:t>
      </w:r>
      <w:r w:rsidRPr="00AB08EF">
        <w:rPr>
          <w:rFonts w:ascii="Times New Roman" w:hAnsi="Times New Roman" w:cs="Times New Roman"/>
          <w:sz w:val="26"/>
          <w:szCs w:val="26"/>
        </w:rPr>
        <w:t>ấ</w:t>
      </w:r>
      <w:r w:rsidRPr="00AB08EF">
        <w:rPr>
          <w:rFonts w:ascii="Times New Roman" w:hAnsi="Times New Roman" w:cs="Times New Roman"/>
          <w:sz w:val="26"/>
          <w:szCs w:val="26"/>
        </w:rPr>
        <w:t xml:space="preserve">t 01 </w:t>
      </w:r>
      <w:r w:rsidRPr="00AB08EF">
        <w:rPr>
          <w:rFonts w:ascii="Times New Roman" w:hAnsi="Times New Roman" w:cs="Times New Roman"/>
          <w:sz w:val="26"/>
          <w:szCs w:val="26"/>
        </w:rPr>
        <w:t>LMS th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ng nh</w:t>
      </w:r>
      <w:r w:rsidRPr="00AB08EF">
        <w:rPr>
          <w:rFonts w:ascii="Times New Roman" w:hAnsi="Times New Roman" w:cs="Times New Roman"/>
          <w:sz w:val="26"/>
          <w:szCs w:val="26"/>
        </w:rPr>
        <w:t>ấ</w:t>
      </w:r>
      <w:r w:rsidRPr="00AB08EF">
        <w:rPr>
          <w:rFonts w:ascii="Times New Roman" w:hAnsi="Times New Roman" w:cs="Times New Roman"/>
          <w:sz w:val="26"/>
          <w:szCs w:val="26"/>
        </w:rPr>
        <w:t>t cho l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p/chuyên môn;</w:t>
      </w:r>
    </w:p>
    <w:p w:rsidR="00D870BA" w:rsidRPr="00AB08EF" w:rsidRDefault="005F514E" w:rsidP="00AB08EF">
      <w:pPr>
        <w:pStyle w:val="ListBulle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Xây d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ng 12 ch</w:t>
      </w:r>
      <w:r w:rsidRPr="00AB08EF">
        <w:rPr>
          <w:rFonts w:ascii="Times New Roman" w:hAnsi="Times New Roman" w:cs="Times New Roman"/>
          <w:sz w:val="26"/>
          <w:szCs w:val="26"/>
        </w:rPr>
        <w:t>ủ</w:t>
      </w:r>
      <w:r w:rsidRPr="00AB08EF">
        <w:rPr>
          <w:rFonts w:ascii="Times New Roman" w:hAnsi="Times New Roman" w:cs="Times New Roman"/>
          <w:sz w:val="26"/>
          <w:szCs w:val="26"/>
        </w:rPr>
        <w:t xml:space="preserve"> đ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 xml:space="preserve"> d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y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c/năm có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li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u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 xml:space="preserve"> kèm rubric;</w:t>
      </w:r>
    </w:p>
    <w:p w:rsidR="00D870BA" w:rsidRPr="00AB08EF" w:rsidRDefault="005F514E" w:rsidP="00AB08EF">
      <w:pPr>
        <w:pStyle w:val="ListBulle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T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 xml:space="preserve"> ch</w:t>
      </w:r>
      <w:r w:rsidRPr="00AB08EF">
        <w:rPr>
          <w:rFonts w:ascii="Times New Roman" w:hAnsi="Times New Roman" w:cs="Times New Roman"/>
          <w:sz w:val="26"/>
          <w:szCs w:val="26"/>
        </w:rPr>
        <w:t>ứ</w:t>
      </w:r>
      <w:r w:rsidRPr="00AB08EF">
        <w:rPr>
          <w:rFonts w:ascii="Times New Roman" w:hAnsi="Times New Roman" w:cs="Times New Roman"/>
          <w:sz w:val="26"/>
          <w:szCs w:val="26"/>
        </w:rPr>
        <w:t>c 02 chuyên đ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 xml:space="preserve"> chia s</w:t>
      </w:r>
      <w:r w:rsidRPr="00AB08EF">
        <w:rPr>
          <w:rFonts w:ascii="Times New Roman" w:hAnsi="Times New Roman" w:cs="Times New Roman"/>
          <w:sz w:val="26"/>
          <w:szCs w:val="26"/>
        </w:rPr>
        <w:t>ẻ</w:t>
      </w:r>
      <w:r w:rsidRPr="00AB08EF">
        <w:rPr>
          <w:rFonts w:ascii="Times New Roman" w:hAnsi="Times New Roman" w:cs="Times New Roman"/>
          <w:sz w:val="26"/>
          <w:szCs w:val="26"/>
        </w:rPr>
        <w:t xml:space="preserve"> n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i b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 xml:space="preserve"> v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 xml:space="preserve"> d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y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;</w:t>
      </w:r>
    </w:p>
    <w:p w:rsidR="00D870BA" w:rsidRPr="00AB08EF" w:rsidRDefault="005F514E" w:rsidP="00AB08EF">
      <w:pPr>
        <w:pStyle w:val="ListBulle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Th</w:t>
      </w:r>
      <w:r w:rsidRPr="00AB08EF">
        <w:rPr>
          <w:rFonts w:ascii="Times New Roman" w:hAnsi="Times New Roman" w:cs="Times New Roman"/>
          <w:sz w:val="26"/>
          <w:szCs w:val="26"/>
        </w:rPr>
        <w:t>ử</w:t>
      </w:r>
      <w:r w:rsidRPr="00AB08EF">
        <w:rPr>
          <w:rFonts w:ascii="Times New Roman" w:hAnsi="Times New Roman" w:cs="Times New Roman"/>
          <w:sz w:val="26"/>
          <w:szCs w:val="26"/>
        </w:rPr>
        <w:t xml:space="preserve"> nghi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m đánh giá năng l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c qua d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 xml:space="preserve"> án/portfolio theo quý.</w:t>
      </w:r>
    </w:p>
    <w:p w:rsidR="00D870BA" w:rsidRPr="00AB08EF" w:rsidRDefault="005F514E" w:rsidP="00AB08E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b/>
          <w:sz w:val="26"/>
          <w:szCs w:val="26"/>
        </w:rPr>
        <w:t>Ph</w:t>
      </w:r>
      <w:r w:rsidRPr="00AB08EF">
        <w:rPr>
          <w:rFonts w:ascii="Times New Roman" w:hAnsi="Times New Roman" w:cs="Times New Roman"/>
          <w:b/>
          <w:sz w:val="26"/>
          <w:szCs w:val="26"/>
        </w:rPr>
        <w:t>ầ</w:t>
      </w:r>
      <w:r w:rsidRPr="00AB08EF">
        <w:rPr>
          <w:rFonts w:ascii="Times New Roman" w:hAnsi="Times New Roman" w:cs="Times New Roman"/>
          <w:b/>
          <w:sz w:val="26"/>
          <w:szCs w:val="26"/>
        </w:rPr>
        <w:t>n III. Liên h</w:t>
      </w:r>
      <w:r w:rsidRPr="00AB08EF">
        <w:rPr>
          <w:rFonts w:ascii="Times New Roman" w:hAnsi="Times New Roman" w:cs="Times New Roman"/>
          <w:b/>
          <w:sz w:val="26"/>
          <w:szCs w:val="26"/>
        </w:rPr>
        <w:t>ệ</w:t>
      </w:r>
      <w:r w:rsidRPr="00AB08EF">
        <w:rPr>
          <w:rFonts w:ascii="Times New Roman" w:hAnsi="Times New Roman" w:cs="Times New Roman"/>
          <w:b/>
          <w:sz w:val="26"/>
          <w:szCs w:val="26"/>
        </w:rPr>
        <w:t xml:space="preserve"> b</w:t>
      </w:r>
      <w:r w:rsidRPr="00AB08EF">
        <w:rPr>
          <w:rFonts w:ascii="Times New Roman" w:hAnsi="Times New Roman" w:cs="Times New Roman"/>
          <w:b/>
          <w:sz w:val="26"/>
          <w:szCs w:val="26"/>
        </w:rPr>
        <w:t>ả</w:t>
      </w:r>
      <w:r w:rsidRPr="00AB08EF">
        <w:rPr>
          <w:rFonts w:ascii="Times New Roman" w:hAnsi="Times New Roman" w:cs="Times New Roman"/>
          <w:b/>
          <w:sz w:val="26"/>
          <w:szCs w:val="26"/>
        </w:rPr>
        <w:t>n thân và phương hư</w:t>
      </w:r>
      <w:r w:rsidRPr="00AB08EF">
        <w:rPr>
          <w:rFonts w:ascii="Times New Roman" w:hAnsi="Times New Roman" w:cs="Times New Roman"/>
          <w:b/>
          <w:sz w:val="26"/>
          <w:szCs w:val="26"/>
        </w:rPr>
        <w:t>ớ</w:t>
      </w:r>
      <w:r w:rsidRPr="00AB08EF">
        <w:rPr>
          <w:rFonts w:ascii="Times New Roman" w:hAnsi="Times New Roman" w:cs="Times New Roman"/>
          <w:b/>
          <w:sz w:val="26"/>
          <w:szCs w:val="26"/>
        </w:rPr>
        <w:t>ng rèn luy</w:t>
      </w:r>
      <w:r w:rsidRPr="00AB08EF">
        <w:rPr>
          <w:rFonts w:ascii="Times New Roman" w:hAnsi="Times New Roman" w:cs="Times New Roman"/>
          <w:b/>
          <w:sz w:val="26"/>
          <w:szCs w:val="26"/>
        </w:rPr>
        <w:t>ệ</w:t>
      </w:r>
      <w:r w:rsidRPr="00AB08EF">
        <w:rPr>
          <w:rFonts w:ascii="Times New Roman" w:hAnsi="Times New Roman" w:cs="Times New Roman"/>
          <w:b/>
          <w:sz w:val="26"/>
          <w:szCs w:val="26"/>
        </w:rPr>
        <w:t>n</w:t>
      </w:r>
    </w:p>
    <w:p w:rsidR="00D870BA" w:rsidRPr="00AB08EF" w:rsidRDefault="005F514E" w:rsidP="00AB08E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Ưu đi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m: Tinh th</w:t>
      </w:r>
      <w:r w:rsidRPr="00AB08EF">
        <w:rPr>
          <w:rFonts w:ascii="Times New Roman" w:hAnsi="Times New Roman" w:cs="Times New Roman"/>
          <w:sz w:val="26"/>
          <w:szCs w:val="26"/>
        </w:rPr>
        <w:t>ầ</w:t>
      </w:r>
      <w:r w:rsidRPr="00AB08EF">
        <w:rPr>
          <w:rFonts w:ascii="Times New Roman" w:hAnsi="Times New Roman" w:cs="Times New Roman"/>
          <w:sz w:val="26"/>
          <w:szCs w:val="26"/>
        </w:rPr>
        <w:t>n trách nhi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m cao; ch</w:t>
      </w:r>
      <w:r w:rsidRPr="00AB08EF">
        <w:rPr>
          <w:rFonts w:ascii="Times New Roman" w:hAnsi="Times New Roman" w:cs="Times New Roman"/>
          <w:sz w:val="26"/>
          <w:szCs w:val="26"/>
        </w:rPr>
        <w:t>ủ</w:t>
      </w:r>
      <w:r w:rsidRPr="00AB08EF">
        <w:rPr>
          <w:rFonts w:ascii="Times New Roman" w:hAnsi="Times New Roman" w:cs="Times New Roman"/>
          <w:sz w:val="26"/>
          <w:szCs w:val="26"/>
        </w:rPr>
        <w:t xml:space="preserve"> đ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ng đ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>i m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i phương pháp; h</w:t>
      </w:r>
      <w:r w:rsidRPr="00AB08EF">
        <w:rPr>
          <w:rFonts w:ascii="Times New Roman" w:hAnsi="Times New Roman" w:cs="Times New Roman"/>
          <w:sz w:val="26"/>
          <w:szCs w:val="26"/>
        </w:rPr>
        <w:t>ợ</w:t>
      </w:r>
      <w:r w:rsidRPr="00AB08EF">
        <w:rPr>
          <w:rFonts w:ascii="Times New Roman" w:hAnsi="Times New Roman" w:cs="Times New Roman"/>
          <w:sz w:val="26"/>
          <w:szCs w:val="26"/>
        </w:rPr>
        <w:t>p tác t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t trong t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>/nhóm; tôn tr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ng k</w:t>
      </w:r>
      <w:r w:rsidRPr="00AB08EF">
        <w:rPr>
          <w:rFonts w:ascii="Times New Roman" w:hAnsi="Times New Roman" w:cs="Times New Roman"/>
          <w:sz w:val="26"/>
          <w:szCs w:val="26"/>
        </w:rPr>
        <w:t>ỷ</w:t>
      </w:r>
      <w:r w:rsidRPr="00AB08EF">
        <w:rPr>
          <w:rFonts w:ascii="Times New Roman" w:hAnsi="Times New Roman" w:cs="Times New Roman"/>
          <w:sz w:val="26"/>
          <w:szCs w:val="26"/>
        </w:rPr>
        <w:t xml:space="preserve"> lu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t và văn hóa nhà trư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ng; s</w:t>
      </w:r>
      <w:r w:rsidRPr="00AB08EF">
        <w:rPr>
          <w:rFonts w:ascii="Times New Roman" w:hAnsi="Times New Roman" w:cs="Times New Roman"/>
          <w:sz w:val="26"/>
          <w:szCs w:val="26"/>
        </w:rPr>
        <w:t>ẵ</w:t>
      </w:r>
      <w:r w:rsidRPr="00AB08EF">
        <w:rPr>
          <w:rFonts w:ascii="Times New Roman" w:hAnsi="Times New Roman" w:cs="Times New Roman"/>
          <w:sz w:val="26"/>
          <w:szCs w:val="26"/>
        </w:rPr>
        <w:t>n sàng chia s</w:t>
      </w:r>
      <w:r w:rsidRPr="00AB08EF">
        <w:rPr>
          <w:rFonts w:ascii="Times New Roman" w:hAnsi="Times New Roman" w:cs="Times New Roman"/>
          <w:sz w:val="26"/>
          <w:szCs w:val="26"/>
        </w:rPr>
        <w:t>ẻ</w:t>
      </w:r>
      <w:r w:rsidRPr="00AB08EF">
        <w:rPr>
          <w:rFonts w:ascii="Times New Roman" w:hAnsi="Times New Roman" w:cs="Times New Roman"/>
          <w:sz w:val="26"/>
          <w:szCs w:val="26"/>
        </w:rPr>
        <w:t xml:space="preserve">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li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u cho đ</w:t>
      </w:r>
      <w:r w:rsidRPr="00AB08EF">
        <w:rPr>
          <w:rFonts w:ascii="Times New Roman" w:hAnsi="Times New Roman" w:cs="Times New Roman"/>
          <w:sz w:val="26"/>
          <w:szCs w:val="26"/>
        </w:rPr>
        <w:t>ồ</w:t>
      </w:r>
      <w:r w:rsidRPr="00AB08EF">
        <w:rPr>
          <w:rFonts w:ascii="Times New Roman" w:hAnsi="Times New Roman" w:cs="Times New Roman"/>
          <w:sz w:val="26"/>
          <w:szCs w:val="26"/>
        </w:rPr>
        <w:t>ng nghi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p.</w:t>
      </w:r>
    </w:p>
    <w:p w:rsidR="00AB08EF" w:rsidRDefault="005F514E" w:rsidP="00AB08E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lastRenderedPageBreak/>
        <w:t>H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n ch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: Kh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 xml:space="preserve"> năng phân tích d</w:t>
      </w:r>
      <w:r w:rsidRPr="00AB08EF">
        <w:rPr>
          <w:rFonts w:ascii="Times New Roman" w:hAnsi="Times New Roman" w:cs="Times New Roman"/>
          <w:sz w:val="26"/>
          <w:szCs w:val="26"/>
        </w:rPr>
        <w:t>ữ</w:t>
      </w:r>
      <w:r w:rsidRPr="00AB08EF">
        <w:rPr>
          <w:rFonts w:ascii="Times New Roman" w:hAnsi="Times New Roman" w:cs="Times New Roman"/>
          <w:sz w:val="26"/>
          <w:szCs w:val="26"/>
        </w:rPr>
        <w:t xml:space="preserve"> li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u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t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p (learning analytics) còn h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n c</w:t>
      </w:r>
      <w:r w:rsidRPr="00AB08EF">
        <w:rPr>
          <w:rFonts w:ascii="Times New Roman" w:hAnsi="Times New Roman" w:cs="Times New Roman"/>
          <w:sz w:val="26"/>
          <w:szCs w:val="26"/>
        </w:rPr>
        <w:t>h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; k</w:t>
      </w:r>
      <w:r w:rsidRPr="00AB08EF">
        <w:rPr>
          <w:rFonts w:ascii="Times New Roman" w:hAnsi="Times New Roman" w:cs="Times New Roman"/>
          <w:sz w:val="26"/>
          <w:szCs w:val="26"/>
        </w:rPr>
        <w:t>ỹ</w:t>
      </w:r>
      <w:r w:rsidRPr="00AB08EF">
        <w:rPr>
          <w:rFonts w:ascii="Times New Roman" w:hAnsi="Times New Roman" w:cs="Times New Roman"/>
          <w:sz w:val="26"/>
          <w:szCs w:val="26"/>
        </w:rPr>
        <w:t xml:space="preserve"> năng thi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t k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 xml:space="preserve">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li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u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 xml:space="preserve"> tương tác nâng cao chưa đ</w:t>
      </w:r>
      <w:r w:rsidRPr="00AB08EF">
        <w:rPr>
          <w:rFonts w:ascii="Times New Roman" w:hAnsi="Times New Roman" w:cs="Times New Roman"/>
          <w:sz w:val="26"/>
          <w:szCs w:val="26"/>
        </w:rPr>
        <w:t>ồ</w:t>
      </w:r>
      <w:r w:rsidRPr="00AB08EF">
        <w:rPr>
          <w:rFonts w:ascii="Times New Roman" w:hAnsi="Times New Roman" w:cs="Times New Roman"/>
          <w:sz w:val="26"/>
          <w:szCs w:val="26"/>
        </w:rPr>
        <w:t>ng đ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>u; chưa xây d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ng đư</w:t>
      </w:r>
      <w:r w:rsidRPr="00AB08EF">
        <w:rPr>
          <w:rFonts w:ascii="Times New Roman" w:hAnsi="Times New Roman" w:cs="Times New Roman"/>
          <w:sz w:val="26"/>
          <w:szCs w:val="26"/>
        </w:rPr>
        <w:t>ợ</w:t>
      </w:r>
      <w:r w:rsidRPr="00AB08EF">
        <w:rPr>
          <w:rFonts w:ascii="Times New Roman" w:hAnsi="Times New Roman" w:cs="Times New Roman"/>
          <w:sz w:val="26"/>
          <w:szCs w:val="26"/>
        </w:rPr>
        <w:t>c c</w:t>
      </w:r>
      <w:r w:rsidRPr="00AB08EF">
        <w:rPr>
          <w:rFonts w:ascii="Times New Roman" w:hAnsi="Times New Roman" w:cs="Times New Roman"/>
          <w:sz w:val="26"/>
          <w:szCs w:val="26"/>
        </w:rPr>
        <w:t>ộ</w:t>
      </w:r>
      <w:r w:rsidRPr="00AB08EF">
        <w:rPr>
          <w:rFonts w:ascii="Times New Roman" w:hAnsi="Times New Roman" w:cs="Times New Roman"/>
          <w:sz w:val="26"/>
          <w:szCs w:val="26"/>
        </w:rPr>
        <w:t>ng đ</w:t>
      </w:r>
      <w:r w:rsidRPr="00AB08EF">
        <w:rPr>
          <w:rFonts w:ascii="Times New Roman" w:hAnsi="Times New Roman" w:cs="Times New Roman"/>
          <w:sz w:val="26"/>
          <w:szCs w:val="26"/>
        </w:rPr>
        <w:t>ồ</w:t>
      </w:r>
      <w:r w:rsidRPr="00AB08EF">
        <w:rPr>
          <w:rFonts w:ascii="Times New Roman" w:hAnsi="Times New Roman" w:cs="Times New Roman"/>
          <w:sz w:val="26"/>
          <w:szCs w:val="26"/>
        </w:rPr>
        <w:t>ng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t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p tr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c tuy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n b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>n v</w:t>
      </w:r>
      <w:r w:rsidRPr="00AB08EF">
        <w:rPr>
          <w:rFonts w:ascii="Times New Roman" w:hAnsi="Times New Roman" w:cs="Times New Roman"/>
          <w:sz w:val="26"/>
          <w:szCs w:val="26"/>
        </w:rPr>
        <w:t>ữ</w:t>
      </w:r>
      <w:r w:rsidRPr="00AB08EF">
        <w:rPr>
          <w:rFonts w:ascii="Times New Roman" w:hAnsi="Times New Roman" w:cs="Times New Roman"/>
          <w:sz w:val="26"/>
          <w:szCs w:val="26"/>
        </w:rPr>
        <w:t>ng cho l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p.</w:t>
      </w:r>
    </w:p>
    <w:p w:rsidR="00D870BA" w:rsidRPr="00AB08EF" w:rsidRDefault="005F514E" w:rsidP="00AB08E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K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 xml:space="preserve"> ho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ch ph</w:t>
      </w:r>
      <w:r w:rsidRPr="00AB08EF">
        <w:rPr>
          <w:rFonts w:ascii="Times New Roman" w:hAnsi="Times New Roman" w:cs="Times New Roman"/>
          <w:sz w:val="26"/>
          <w:szCs w:val="26"/>
        </w:rPr>
        <w:t>ấ</w:t>
      </w:r>
      <w:r w:rsidRPr="00AB08EF">
        <w:rPr>
          <w:rFonts w:ascii="Times New Roman" w:hAnsi="Times New Roman" w:cs="Times New Roman"/>
          <w:sz w:val="26"/>
          <w:szCs w:val="26"/>
        </w:rPr>
        <w:t>n đ</w:t>
      </w:r>
      <w:r w:rsidRPr="00AB08EF">
        <w:rPr>
          <w:rFonts w:ascii="Times New Roman" w:hAnsi="Times New Roman" w:cs="Times New Roman"/>
          <w:sz w:val="26"/>
          <w:szCs w:val="26"/>
        </w:rPr>
        <w:t>ấ</w:t>
      </w:r>
      <w:r w:rsidRPr="00AB08EF">
        <w:rPr>
          <w:rFonts w:ascii="Times New Roman" w:hAnsi="Times New Roman" w:cs="Times New Roman"/>
          <w:sz w:val="26"/>
          <w:szCs w:val="26"/>
        </w:rPr>
        <w:t>u 2025–2026 (m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>c tiêu đ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>nh lư</w:t>
      </w:r>
      <w:r w:rsidRPr="00AB08EF">
        <w:rPr>
          <w:rFonts w:ascii="Times New Roman" w:hAnsi="Times New Roman" w:cs="Times New Roman"/>
          <w:sz w:val="26"/>
          <w:szCs w:val="26"/>
        </w:rPr>
        <w:t>ợ</w:t>
      </w:r>
      <w:r w:rsidRPr="00AB08EF">
        <w:rPr>
          <w:rFonts w:ascii="Times New Roman" w:hAnsi="Times New Roman" w:cs="Times New Roman"/>
          <w:sz w:val="26"/>
          <w:szCs w:val="26"/>
        </w:rPr>
        <w:t>ng):</w:t>
      </w:r>
    </w:p>
    <w:p w:rsidR="00D870BA" w:rsidRPr="00AB08EF" w:rsidRDefault="005F514E" w:rsidP="00AB08EF">
      <w:pPr>
        <w:pStyle w:val="ListBulle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Hoàn thành 02 khóa b</w:t>
      </w:r>
      <w:r w:rsidRPr="00AB08EF">
        <w:rPr>
          <w:rFonts w:ascii="Times New Roman" w:hAnsi="Times New Roman" w:cs="Times New Roman"/>
          <w:sz w:val="26"/>
          <w:szCs w:val="26"/>
        </w:rPr>
        <w:t>ồ</w:t>
      </w:r>
      <w:r w:rsidRPr="00AB08EF">
        <w:rPr>
          <w:rFonts w:ascii="Times New Roman" w:hAnsi="Times New Roman" w:cs="Times New Roman"/>
          <w:sz w:val="26"/>
          <w:szCs w:val="26"/>
        </w:rPr>
        <w:t>i dư</w:t>
      </w:r>
      <w:r w:rsidRPr="00AB08EF">
        <w:rPr>
          <w:rFonts w:ascii="Times New Roman" w:hAnsi="Times New Roman" w:cs="Times New Roman"/>
          <w:sz w:val="26"/>
          <w:szCs w:val="26"/>
        </w:rPr>
        <w:t>ỡ</w:t>
      </w:r>
      <w:r w:rsidRPr="00AB08EF">
        <w:rPr>
          <w:rFonts w:ascii="Times New Roman" w:hAnsi="Times New Roman" w:cs="Times New Roman"/>
          <w:sz w:val="26"/>
          <w:szCs w:val="26"/>
        </w:rPr>
        <w:t>ng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 xml:space="preserve"> (≥ 30 ti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t/khóa);</w:t>
      </w:r>
    </w:p>
    <w:p w:rsidR="00D870BA" w:rsidRPr="00AB08EF" w:rsidRDefault="005F514E" w:rsidP="00AB08EF">
      <w:pPr>
        <w:pStyle w:val="ListBulle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Phát tri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n 01 sáng k</w:t>
      </w:r>
      <w:r w:rsidRPr="00AB08EF">
        <w:rPr>
          <w:rFonts w:ascii="Times New Roman" w:hAnsi="Times New Roman" w:cs="Times New Roman"/>
          <w:sz w:val="26"/>
          <w:szCs w:val="26"/>
        </w:rPr>
        <w:t>i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n kinh nghi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m v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 xml:space="preserve"> d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y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;</w:t>
      </w:r>
      <w:bookmarkStart w:id="0" w:name="_GoBack"/>
      <w:bookmarkEnd w:id="0"/>
    </w:p>
    <w:p w:rsidR="00D870BA" w:rsidRPr="00AB08EF" w:rsidRDefault="005F514E" w:rsidP="00AB08EF">
      <w:pPr>
        <w:pStyle w:val="ListBulle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Ít nh</w:t>
      </w:r>
      <w:r w:rsidRPr="00AB08EF">
        <w:rPr>
          <w:rFonts w:ascii="Times New Roman" w:hAnsi="Times New Roman" w:cs="Times New Roman"/>
          <w:sz w:val="26"/>
          <w:szCs w:val="26"/>
        </w:rPr>
        <w:t>ấ</w:t>
      </w:r>
      <w:r w:rsidRPr="00AB08EF">
        <w:rPr>
          <w:rFonts w:ascii="Times New Roman" w:hAnsi="Times New Roman" w:cs="Times New Roman"/>
          <w:sz w:val="26"/>
          <w:szCs w:val="26"/>
        </w:rPr>
        <w:t>t 90%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sinh tham gia l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p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tr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c tuy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n đ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>nh k</w:t>
      </w:r>
      <w:r w:rsidRPr="00AB08EF">
        <w:rPr>
          <w:rFonts w:ascii="Times New Roman" w:hAnsi="Times New Roman" w:cs="Times New Roman"/>
          <w:sz w:val="26"/>
          <w:szCs w:val="26"/>
        </w:rPr>
        <w:t>ỳ</w:t>
      </w:r>
      <w:r w:rsidRPr="00AB08EF">
        <w:rPr>
          <w:rFonts w:ascii="Times New Roman" w:hAnsi="Times New Roman" w:cs="Times New Roman"/>
          <w:sz w:val="26"/>
          <w:szCs w:val="26"/>
        </w:rPr>
        <w:t>;</w:t>
      </w:r>
    </w:p>
    <w:p w:rsidR="00D870BA" w:rsidRPr="00AB08EF" w:rsidRDefault="005F514E" w:rsidP="00AB08EF">
      <w:pPr>
        <w:pStyle w:val="ListBulle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T</w:t>
      </w:r>
      <w:r w:rsidRPr="00AB08EF">
        <w:rPr>
          <w:rFonts w:ascii="Times New Roman" w:hAnsi="Times New Roman" w:cs="Times New Roman"/>
          <w:sz w:val="26"/>
          <w:szCs w:val="26"/>
        </w:rPr>
        <w:t>ỷ</w:t>
      </w:r>
      <w:r w:rsidRPr="00AB08EF">
        <w:rPr>
          <w:rFonts w:ascii="Times New Roman" w:hAnsi="Times New Roman" w:cs="Times New Roman"/>
          <w:sz w:val="26"/>
          <w:szCs w:val="26"/>
        </w:rPr>
        <w:t xml:space="preserve"> l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 xml:space="preserve"> hoàn thành nhi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m v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 xml:space="preserve">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t</w:t>
      </w:r>
      <w:r w:rsidRPr="00AB08EF">
        <w:rPr>
          <w:rFonts w:ascii="Times New Roman" w:hAnsi="Times New Roman" w:cs="Times New Roman"/>
          <w:sz w:val="26"/>
          <w:szCs w:val="26"/>
        </w:rPr>
        <w:t>ậ</w:t>
      </w:r>
      <w:r w:rsidRPr="00AB08EF">
        <w:rPr>
          <w:rFonts w:ascii="Times New Roman" w:hAnsi="Times New Roman" w:cs="Times New Roman"/>
          <w:sz w:val="26"/>
          <w:szCs w:val="26"/>
        </w:rPr>
        <w:t>p đúng h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n đ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t ≥ 95%;</w:t>
      </w:r>
    </w:p>
    <w:p w:rsidR="00D870BA" w:rsidRPr="00AB08EF" w:rsidRDefault="005F514E" w:rsidP="00AB08EF">
      <w:pPr>
        <w:pStyle w:val="ListBulle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Xây d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ng c</w:t>
      </w:r>
      <w:r w:rsidRPr="00AB08EF">
        <w:rPr>
          <w:rFonts w:ascii="Times New Roman" w:hAnsi="Times New Roman" w:cs="Times New Roman"/>
          <w:sz w:val="26"/>
          <w:szCs w:val="26"/>
        </w:rPr>
        <w:t>ẩ</w:t>
      </w:r>
      <w:r w:rsidRPr="00AB08EF">
        <w:rPr>
          <w:rFonts w:ascii="Times New Roman" w:hAnsi="Times New Roman" w:cs="Times New Roman"/>
          <w:sz w:val="26"/>
          <w:szCs w:val="26"/>
        </w:rPr>
        <w:t>m nang k</w:t>
      </w:r>
      <w:r w:rsidRPr="00AB08EF">
        <w:rPr>
          <w:rFonts w:ascii="Times New Roman" w:hAnsi="Times New Roman" w:cs="Times New Roman"/>
          <w:sz w:val="26"/>
          <w:szCs w:val="26"/>
        </w:rPr>
        <w:t>ỹ</w:t>
      </w:r>
      <w:r w:rsidRPr="00AB08EF">
        <w:rPr>
          <w:rFonts w:ascii="Times New Roman" w:hAnsi="Times New Roman" w:cs="Times New Roman"/>
          <w:sz w:val="26"/>
          <w:szCs w:val="26"/>
        </w:rPr>
        <w:t xml:space="preserve"> năng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 xml:space="preserve"> cơ b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n cho ph</w:t>
      </w:r>
      <w:r w:rsidRPr="00AB08EF">
        <w:rPr>
          <w:rFonts w:ascii="Times New Roman" w:hAnsi="Times New Roman" w:cs="Times New Roman"/>
          <w:sz w:val="26"/>
          <w:szCs w:val="26"/>
        </w:rPr>
        <w:t>ụ</w:t>
      </w:r>
      <w:r w:rsidRPr="00AB08EF">
        <w:rPr>
          <w:rFonts w:ascii="Times New Roman" w:hAnsi="Times New Roman" w:cs="Times New Roman"/>
          <w:sz w:val="26"/>
          <w:szCs w:val="26"/>
        </w:rPr>
        <w:t xml:space="preserve"> huynh –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sinh.</w:t>
      </w:r>
    </w:p>
    <w:p w:rsidR="00D870BA" w:rsidRPr="00AB08EF" w:rsidRDefault="005F514E" w:rsidP="00AB08E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b/>
          <w:sz w:val="26"/>
          <w:szCs w:val="26"/>
        </w:rPr>
        <w:t>K</w:t>
      </w:r>
      <w:r w:rsidRPr="00AB08EF">
        <w:rPr>
          <w:rFonts w:ascii="Times New Roman" w:hAnsi="Times New Roman" w:cs="Times New Roman"/>
          <w:b/>
          <w:sz w:val="26"/>
          <w:szCs w:val="26"/>
        </w:rPr>
        <w:t>Ế</w:t>
      </w:r>
      <w:r w:rsidRPr="00AB08EF">
        <w:rPr>
          <w:rFonts w:ascii="Times New Roman" w:hAnsi="Times New Roman" w:cs="Times New Roman"/>
          <w:b/>
          <w:sz w:val="26"/>
          <w:szCs w:val="26"/>
        </w:rPr>
        <w:t>T LU</w:t>
      </w:r>
      <w:r w:rsidRPr="00AB08EF">
        <w:rPr>
          <w:rFonts w:ascii="Times New Roman" w:hAnsi="Times New Roman" w:cs="Times New Roman"/>
          <w:b/>
          <w:sz w:val="26"/>
          <w:szCs w:val="26"/>
        </w:rPr>
        <w:t>Ậ</w:t>
      </w:r>
      <w:r w:rsidRPr="00AB08EF">
        <w:rPr>
          <w:rFonts w:ascii="Times New Roman" w:hAnsi="Times New Roman" w:cs="Times New Roman"/>
          <w:b/>
          <w:sz w:val="26"/>
          <w:szCs w:val="26"/>
        </w:rPr>
        <w:t>N</w:t>
      </w:r>
    </w:p>
    <w:p w:rsidR="00D870BA" w:rsidRPr="00AB08EF" w:rsidRDefault="005F514E" w:rsidP="00AB08EF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B08EF">
        <w:rPr>
          <w:rFonts w:ascii="Times New Roman" w:hAnsi="Times New Roman" w:cs="Times New Roman"/>
          <w:sz w:val="26"/>
          <w:szCs w:val="26"/>
        </w:rPr>
        <w:t>B</w:t>
      </w:r>
      <w:r w:rsidRPr="00AB08EF">
        <w:rPr>
          <w:rFonts w:ascii="Times New Roman" w:hAnsi="Times New Roman" w:cs="Times New Roman"/>
          <w:sz w:val="26"/>
          <w:szCs w:val="26"/>
        </w:rPr>
        <w:t>ồ</w:t>
      </w:r>
      <w:r w:rsidRPr="00AB08EF">
        <w:rPr>
          <w:rFonts w:ascii="Times New Roman" w:hAnsi="Times New Roman" w:cs="Times New Roman"/>
          <w:sz w:val="26"/>
          <w:szCs w:val="26"/>
        </w:rPr>
        <w:t>i dư</w:t>
      </w:r>
      <w:r w:rsidRPr="00AB08EF">
        <w:rPr>
          <w:rFonts w:ascii="Times New Roman" w:hAnsi="Times New Roman" w:cs="Times New Roman"/>
          <w:sz w:val="26"/>
          <w:szCs w:val="26"/>
        </w:rPr>
        <w:t>ỡ</w:t>
      </w:r>
      <w:r w:rsidRPr="00AB08EF">
        <w:rPr>
          <w:rFonts w:ascii="Times New Roman" w:hAnsi="Times New Roman" w:cs="Times New Roman"/>
          <w:sz w:val="26"/>
          <w:szCs w:val="26"/>
        </w:rPr>
        <w:t>ng chính tr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 xml:space="preserve"> hè 2025 giúp tôi c</w:t>
      </w:r>
      <w:r w:rsidRPr="00AB08EF">
        <w:rPr>
          <w:rFonts w:ascii="Times New Roman" w:hAnsi="Times New Roman" w:cs="Times New Roman"/>
          <w:sz w:val="26"/>
          <w:szCs w:val="26"/>
        </w:rPr>
        <w:t>ủ</w:t>
      </w:r>
      <w:r w:rsidRPr="00AB08EF">
        <w:rPr>
          <w:rFonts w:ascii="Times New Roman" w:hAnsi="Times New Roman" w:cs="Times New Roman"/>
          <w:sz w:val="26"/>
          <w:szCs w:val="26"/>
        </w:rPr>
        <w:t>ng</w:t>
      </w:r>
      <w:r w:rsidRPr="00AB08EF">
        <w:rPr>
          <w:rFonts w:ascii="Times New Roman" w:hAnsi="Times New Roman" w:cs="Times New Roman"/>
          <w:sz w:val="26"/>
          <w:szCs w:val="26"/>
        </w:rPr>
        <w:t xml:space="preserve"> c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 xml:space="preserve"> b</w:t>
      </w:r>
      <w:r w:rsidRPr="00AB08EF">
        <w:rPr>
          <w:rFonts w:ascii="Times New Roman" w:hAnsi="Times New Roman" w:cs="Times New Roman"/>
          <w:sz w:val="26"/>
          <w:szCs w:val="26"/>
        </w:rPr>
        <w:t>ả</w:t>
      </w:r>
      <w:r w:rsidRPr="00AB08EF">
        <w:rPr>
          <w:rFonts w:ascii="Times New Roman" w:hAnsi="Times New Roman" w:cs="Times New Roman"/>
          <w:sz w:val="26"/>
          <w:szCs w:val="26"/>
        </w:rPr>
        <w:t>n lĩnh chính tr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 xml:space="preserve"> và đ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>nh hư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ng ngh</w:t>
      </w:r>
      <w:r w:rsidRPr="00AB08EF">
        <w:rPr>
          <w:rFonts w:ascii="Times New Roman" w:hAnsi="Times New Roman" w:cs="Times New Roman"/>
          <w:sz w:val="26"/>
          <w:szCs w:val="26"/>
        </w:rPr>
        <w:t>ề</w:t>
      </w:r>
      <w:r w:rsidRPr="00AB08EF">
        <w:rPr>
          <w:rFonts w:ascii="Times New Roman" w:hAnsi="Times New Roman" w:cs="Times New Roman"/>
          <w:sz w:val="26"/>
          <w:szCs w:val="26"/>
        </w:rPr>
        <w:t xml:space="preserve"> nghi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p trong k</w:t>
      </w:r>
      <w:r w:rsidRPr="00AB08EF">
        <w:rPr>
          <w:rFonts w:ascii="Times New Roman" w:hAnsi="Times New Roman" w:cs="Times New Roman"/>
          <w:sz w:val="26"/>
          <w:szCs w:val="26"/>
        </w:rPr>
        <w:t>ỷ</w:t>
      </w:r>
      <w:r w:rsidRPr="00AB08EF">
        <w:rPr>
          <w:rFonts w:ascii="Times New Roman" w:hAnsi="Times New Roman" w:cs="Times New Roman"/>
          <w:sz w:val="26"/>
          <w:szCs w:val="26"/>
        </w:rPr>
        <w:t xml:space="preserve"> nguyên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. Tôi cam k</w:t>
      </w:r>
      <w:r w:rsidRPr="00AB08EF">
        <w:rPr>
          <w:rFonts w:ascii="Times New Roman" w:hAnsi="Times New Roman" w:cs="Times New Roman"/>
          <w:sz w:val="26"/>
          <w:szCs w:val="26"/>
        </w:rPr>
        <w:t>ế</w:t>
      </w:r>
      <w:r w:rsidRPr="00AB08EF">
        <w:rPr>
          <w:rFonts w:ascii="Times New Roman" w:hAnsi="Times New Roman" w:cs="Times New Roman"/>
          <w:sz w:val="26"/>
          <w:szCs w:val="26"/>
        </w:rPr>
        <w:t>t kiên đ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>nh giá tr</w:t>
      </w:r>
      <w:r w:rsidRPr="00AB08EF">
        <w:rPr>
          <w:rFonts w:ascii="Times New Roman" w:hAnsi="Times New Roman" w:cs="Times New Roman"/>
          <w:sz w:val="26"/>
          <w:szCs w:val="26"/>
        </w:rPr>
        <w:t>ị</w:t>
      </w:r>
      <w:r w:rsidRPr="00AB08EF">
        <w:rPr>
          <w:rFonts w:ascii="Times New Roman" w:hAnsi="Times New Roman" w:cs="Times New Roman"/>
          <w:sz w:val="26"/>
          <w:szCs w:val="26"/>
        </w:rPr>
        <w:t xml:space="preserve"> sư ph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m, đ</w:t>
      </w:r>
      <w:r w:rsidRPr="00AB08EF">
        <w:rPr>
          <w:rFonts w:ascii="Times New Roman" w:hAnsi="Times New Roman" w:cs="Times New Roman"/>
          <w:sz w:val="26"/>
          <w:szCs w:val="26"/>
        </w:rPr>
        <w:t>ổ</w:t>
      </w:r>
      <w:r w:rsidRPr="00AB08EF">
        <w:rPr>
          <w:rFonts w:ascii="Times New Roman" w:hAnsi="Times New Roman" w:cs="Times New Roman"/>
          <w:sz w:val="26"/>
          <w:szCs w:val="26"/>
        </w:rPr>
        <w:t>i m</w:t>
      </w:r>
      <w:r w:rsidRPr="00AB08EF">
        <w:rPr>
          <w:rFonts w:ascii="Times New Roman" w:hAnsi="Times New Roman" w:cs="Times New Roman"/>
          <w:sz w:val="26"/>
          <w:szCs w:val="26"/>
        </w:rPr>
        <w:t>ớ</w:t>
      </w:r>
      <w:r w:rsidRPr="00AB08EF">
        <w:rPr>
          <w:rFonts w:ascii="Times New Roman" w:hAnsi="Times New Roman" w:cs="Times New Roman"/>
          <w:sz w:val="26"/>
          <w:szCs w:val="26"/>
        </w:rPr>
        <w:t>i sáng t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o, h</w:t>
      </w:r>
      <w:r w:rsidRPr="00AB08EF">
        <w:rPr>
          <w:rFonts w:ascii="Times New Roman" w:hAnsi="Times New Roman" w:cs="Times New Roman"/>
          <w:sz w:val="26"/>
          <w:szCs w:val="26"/>
        </w:rPr>
        <w:t>ợ</w:t>
      </w:r>
      <w:r w:rsidRPr="00AB08EF">
        <w:rPr>
          <w:rFonts w:ascii="Times New Roman" w:hAnsi="Times New Roman" w:cs="Times New Roman"/>
          <w:sz w:val="26"/>
          <w:szCs w:val="26"/>
        </w:rPr>
        <w:t>p tác – chia s</w:t>
      </w:r>
      <w:r w:rsidRPr="00AB08EF">
        <w:rPr>
          <w:rFonts w:ascii="Times New Roman" w:hAnsi="Times New Roman" w:cs="Times New Roman"/>
          <w:sz w:val="26"/>
          <w:szCs w:val="26"/>
        </w:rPr>
        <w:t>ẻ</w:t>
      </w:r>
      <w:r w:rsidRPr="00AB08EF">
        <w:rPr>
          <w:rFonts w:ascii="Times New Roman" w:hAnsi="Times New Roman" w:cs="Times New Roman"/>
          <w:sz w:val="26"/>
          <w:szCs w:val="26"/>
        </w:rPr>
        <w:t xml:space="preserve"> đ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 xml:space="preserve"> nâng cao ch</w:t>
      </w:r>
      <w:r w:rsidRPr="00AB08EF">
        <w:rPr>
          <w:rFonts w:ascii="Times New Roman" w:hAnsi="Times New Roman" w:cs="Times New Roman"/>
          <w:sz w:val="26"/>
          <w:szCs w:val="26"/>
        </w:rPr>
        <w:t>ấ</w:t>
      </w:r>
      <w:r w:rsidRPr="00AB08EF">
        <w:rPr>
          <w:rFonts w:ascii="Times New Roman" w:hAnsi="Times New Roman" w:cs="Times New Roman"/>
          <w:sz w:val="26"/>
          <w:szCs w:val="26"/>
        </w:rPr>
        <w:t>t lư</w:t>
      </w:r>
      <w:r w:rsidRPr="00AB08EF">
        <w:rPr>
          <w:rFonts w:ascii="Times New Roman" w:hAnsi="Times New Roman" w:cs="Times New Roman"/>
          <w:sz w:val="26"/>
          <w:szCs w:val="26"/>
        </w:rPr>
        <w:t>ợ</w:t>
      </w:r>
      <w:r w:rsidRPr="00AB08EF">
        <w:rPr>
          <w:rFonts w:ascii="Times New Roman" w:hAnsi="Times New Roman" w:cs="Times New Roman"/>
          <w:sz w:val="26"/>
          <w:szCs w:val="26"/>
        </w:rPr>
        <w:t>ng d</w:t>
      </w:r>
      <w:r w:rsidRPr="00AB08EF">
        <w:rPr>
          <w:rFonts w:ascii="Times New Roman" w:hAnsi="Times New Roman" w:cs="Times New Roman"/>
          <w:sz w:val="26"/>
          <w:szCs w:val="26"/>
        </w:rPr>
        <w:t>ạ</w:t>
      </w:r>
      <w:r w:rsidRPr="00AB08EF">
        <w:rPr>
          <w:rFonts w:ascii="Times New Roman" w:hAnsi="Times New Roman" w:cs="Times New Roman"/>
          <w:sz w:val="26"/>
          <w:szCs w:val="26"/>
        </w:rPr>
        <w:t>y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c, góp ph</w:t>
      </w:r>
      <w:r w:rsidRPr="00AB08EF">
        <w:rPr>
          <w:rFonts w:ascii="Times New Roman" w:hAnsi="Times New Roman" w:cs="Times New Roman"/>
          <w:sz w:val="26"/>
          <w:szCs w:val="26"/>
        </w:rPr>
        <w:t>ầ</w:t>
      </w:r>
      <w:r w:rsidRPr="00AB08EF">
        <w:rPr>
          <w:rFonts w:ascii="Times New Roman" w:hAnsi="Times New Roman" w:cs="Times New Roman"/>
          <w:sz w:val="26"/>
          <w:szCs w:val="26"/>
        </w:rPr>
        <w:t>n xây d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>ng nhà trư</w:t>
      </w:r>
      <w:r w:rsidRPr="00AB08EF">
        <w:rPr>
          <w:rFonts w:ascii="Times New Roman" w:hAnsi="Times New Roman" w:cs="Times New Roman"/>
          <w:sz w:val="26"/>
          <w:szCs w:val="26"/>
        </w:rPr>
        <w:t>ờ</w:t>
      </w:r>
      <w:r w:rsidRPr="00AB08EF">
        <w:rPr>
          <w:rFonts w:ascii="Times New Roman" w:hAnsi="Times New Roman" w:cs="Times New Roman"/>
          <w:sz w:val="26"/>
          <w:szCs w:val="26"/>
        </w:rPr>
        <w:t>ng s</w:t>
      </w:r>
      <w:r w:rsidRPr="00AB08EF">
        <w:rPr>
          <w:rFonts w:ascii="Times New Roman" w:hAnsi="Times New Roman" w:cs="Times New Roman"/>
          <w:sz w:val="26"/>
          <w:szCs w:val="26"/>
        </w:rPr>
        <w:t>ố</w:t>
      </w:r>
      <w:r w:rsidRPr="00AB08EF">
        <w:rPr>
          <w:rFonts w:ascii="Times New Roman" w:hAnsi="Times New Roman" w:cs="Times New Roman"/>
          <w:sz w:val="26"/>
          <w:szCs w:val="26"/>
        </w:rPr>
        <w:t>, vì s</w:t>
      </w:r>
      <w:r w:rsidRPr="00AB08EF">
        <w:rPr>
          <w:rFonts w:ascii="Times New Roman" w:hAnsi="Times New Roman" w:cs="Times New Roman"/>
          <w:sz w:val="26"/>
          <w:szCs w:val="26"/>
        </w:rPr>
        <w:t>ự</w:t>
      </w:r>
      <w:r w:rsidRPr="00AB08EF">
        <w:rPr>
          <w:rFonts w:ascii="Times New Roman" w:hAnsi="Times New Roman" w:cs="Times New Roman"/>
          <w:sz w:val="26"/>
          <w:szCs w:val="26"/>
        </w:rPr>
        <w:t xml:space="preserve"> phát tri</w:t>
      </w:r>
      <w:r w:rsidRPr="00AB08EF">
        <w:rPr>
          <w:rFonts w:ascii="Times New Roman" w:hAnsi="Times New Roman" w:cs="Times New Roman"/>
          <w:sz w:val="26"/>
          <w:szCs w:val="26"/>
        </w:rPr>
        <w:t>ể</w:t>
      </w:r>
      <w:r w:rsidRPr="00AB08EF">
        <w:rPr>
          <w:rFonts w:ascii="Times New Roman" w:hAnsi="Times New Roman" w:cs="Times New Roman"/>
          <w:sz w:val="26"/>
          <w:szCs w:val="26"/>
        </w:rPr>
        <w:t>n toàn di</w:t>
      </w:r>
      <w:r w:rsidRPr="00AB08EF">
        <w:rPr>
          <w:rFonts w:ascii="Times New Roman" w:hAnsi="Times New Roman" w:cs="Times New Roman"/>
          <w:sz w:val="26"/>
          <w:szCs w:val="26"/>
        </w:rPr>
        <w:t>ệ</w:t>
      </w:r>
      <w:r w:rsidRPr="00AB08EF">
        <w:rPr>
          <w:rFonts w:ascii="Times New Roman" w:hAnsi="Times New Roman" w:cs="Times New Roman"/>
          <w:sz w:val="26"/>
          <w:szCs w:val="26"/>
        </w:rPr>
        <w:t>n c</w:t>
      </w:r>
      <w:r w:rsidRPr="00AB08EF">
        <w:rPr>
          <w:rFonts w:ascii="Times New Roman" w:hAnsi="Times New Roman" w:cs="Times New Roman"/>
          <w:sz w:val="26"/>
          <w:szCs w:val="26"/>
        </w:rPr>
        <w:t>ủ</w:t>
      </w:r>
      <w:r w:rsidRPr="00AB08EF">
        <w:rPr>
          <w:rFonts w:ascii="Times New Roman" w:hAnsi="Times New Roman" w:cs="Times New Roman"/>
          <w:sz w:val="26"/>
          <w:szCs w:val="26"/>
        </w:rPr>
        <w:t>a h</w:t>
      </w:r>
      <w:r w:rsidRPr="00AB08EF">
        <w:rPr>
          <w:rFonts w:ascii="Times New Roman" w:hAnsi="Times New Roman" w:cs="Times New Roman"/>
          <w:sz w:val="26"/>
          <w:szCs w:val="26"/>
        </w:rPr>
        <w:t>ọ</w:t>
      </w:r>
      <w:r w:rsidRPr="00AB08EF">
        <w:rPr>
          <w:rFonts w:ascii="Times New Roman" w:hAnsi="Times New Roman" w:cs="Times New Roman"/>
          <w:sz w:val="26"/>
          <w:szCs w:val="26"/>
        </w:rPr>
        <w:t>c sinh.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AB08EF" w:rsidTr="00AB08EF">
        <w:tc>
          <w:tcPr>
            <w:tcW w:w="4428" w:type="dxa"/>
          </w:tcPr>
          <w:p w:rsidR="00AB08EF" w:rsidRDefault="00AB08EF" w:rsidP="00AB08E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</w:tcPr>
          <w:p w:rsidR="00AB08EF" w:rsidRPr="00AB08EF" w:rsidRDefault="00AB08EF" w:rsidP="00AB08EF">
            <w:pPr>
              <w:spacing w:line="360" w:lineRule="auto"/>
              <w:ind w:right="13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B08EF">
              <w:rPr>
                <w:rFonts w:ascii="Times New Roman" w:hAnsi="Times New Roman" w:cs="Times New Roman"/>
                <w:sz w:val="26"/>
                <w:szCs w:val="26"/>
              </w:rPr>
              <w:t>…………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ngày.….tháng….</w:t>
            </w:r>
            <w:r w:rsidRPr="00AB08EF">
              <w:rPr>
                <w:rFonts w:ascii="Times New Roman" w:hAnsi="Times New Roman" w:cs="Times New Roman"/>
                <w:sz w:val="26"/>
                <w:szCs w:val="26"/>
              </w:rPr>
              <w:t>năm 2025</w:t>
            </w:r>
          </w:p>
          <w:p w:rsidR="00AB08EF" w:rsidRDefault="00AB08EF" w:rsidP="00AB08E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08EF">
              <w:rPr>
                <w:rFonts w:ascii="Times New Roman" w:hAnsi="Times New Roman" w:cs="Times New Roman"/>
                <w:sz w:val="26"/>
                <w:szCs w:val="26"/>
              </w:rPr>
              <w:t>Người viết bài thu hoạch</w:t>
            </w:r>
          </w:p>
          <w:p w:rsidR="00AB08EF" w:rsidRDefault="00AB08EF" w:rsidP="00AB08E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08EF" w:rsidRDefault="00AB08EF" w:rsidP="00AB08E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08EF" w:rsidRDefault="00AB08EF" w:rsidP="00AB08E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08EF" w:rsidRPr="00AB08EF" w:rsidRDefault="00AB08EF" w:rsidP="00AB08E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B08EF" w:rsidRPr="00AB08EF" w:rsidRDefault="00AB08EF" w:rsidP="00AB08E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08EF">
              <w:rPr>
                <w:rFonts w:ascii="Times New Roman" w:hAnsi="Times New Roman" w:cs="Times New Roman"/>
                <w:sz w:val="26"/>
                <w:szCs w:val="26"/>
              </w:rPr>
              <w:t>(Ký tên và ghi rõ họ tên)</w:t>
            </w:r>
          </w:p>
          <w:p w:rsidR="00AB08EF" w:rsidRDefault="00AB08EF" w:rsidP="00AB08E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D870BA" w:rsidRPr="00AB08EF" w:rsidRDefault="00D870BA" w:rsidP="00AB08EF">
      <w:pPr>
        <w:spacing w:line="360" w:lineRule="auto"/>
        <w:rPr>
          <w:rFonts w:ascii="Times New Roman" w:hAnsi="Times New Roman" w:cs="Times New Roman"/>
          <w:sz w:val="26"/>
          <w:szCs w:val="26"/>
        </w:rPr>
      </w:pPr>
    </w:p>
    <w:sectPr w:rsidR="00D870BA" w:rsidRPr="00AB08E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F514E"/>
    <w:rsid w:val="00AA1D8D"/>
    <w:rsid w:val="00AB08EF"/>
    <w:rsid w:val="00B47730"/>
    <w:rsid w:val="00CB0664"/>
    <w:rsid w:val="00D870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C918EBEA-1D3F-4544-AA19-6F6BAA718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FBE381-7361-47CC-A638-D085DDDB3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775</Words>
  <Characters>4424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5189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2025-08-19T04:16:00Z</dcterms:created>
  <dcterms:modified xsi:type="dcterms:W3CDTF">2025-08-19T04:16:00Z</dcterms:modified>
  <cp:category/>
</cp:coreProperties>
</file>