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48" w:rsidRPr="00CD507A" w:rsidRDefault="007E4C8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507A">
        <w:rPr>
          <w:rFonts w:ascii="Times New Roman" w:hAnsi="Times New Roman" w:cs="Times New Roman"/>
          <w:b/>
          <w:sz w:val="26"/>
          <w:szCs w:val="26"/>
        </w:rPr>
        <w:t>C</w:t>
      </w:r>
      <w:r w:rsidRPr="00CD507A">
        <w:rPr>
          <w:rFonts w:ascii="Times New Roman" w:hAnsi="Times New Roman" w:cs="Times New Roman"/>
          <w:b/>
          <w:sz w:val="26"/>
          <w:szCs w:val="26"/>
        </w:rPr>
        <w:t>Ộ</w:t>
      </w:r>
      <w:r w:rsidRPr="00CD507A">
        <w:rPr>
          <w:rFonts w:ascii="Times New Roman" w:hAnsi="Times New Roman" w:cs="Times New Roman"/>
          <w:b/>
          <w:sz w:val="26"/>
          <w:szCs w:val="26"/>
        </w:rPr>
        <w:t>NG HÒA XÃ H</w:t>
      </w:r>
      <w:r w:rsidRPr="00CD507A">
        <w:rPr>
          <w:rFonts w:ascii="Times New Roman" w:hAnsi="Times New Roman" w:cs="Times New Roman"/>
          <w:b/>
          <w:sz w:val="26"/>
          <w:szCs w:val="26"/>
        </w:rPr>
        <w:t>Ộ</w:t>
      </w:r>
      <w:r w:rsidRPr="00CD507A">
        <w:rPr>
          <w:rFonts w:ascii="Times New Roman" w:hAnsi="Times New Roman" w:cs="Times New Roman"/>
          <w:b/>
          <w:sz w:val="26"/>
          <w:szCs w:val="26"/>
        </w:rPr>
        <w:t>I CH</w:t>
      </w:r>
      <w:r w:rsidRPr="00CD507A">
        <w:rPr>
          <w:rFonts w:ascii="Times New Roman" w:hAnsi="Times New Roman" w:cs="Times New Roman"/>
          <w:b/>
          <w:sz w:val="26"/>
          <w:szCs w:val="26"/>
        </w:rPr>
        <w:t>Ủ</w:t>
      </w:r>
      <w:r w:rsidRPr="00CD507A">
        <w:rPr>
          <w:rFonts w:ascii="Times New Roman" w:hAnsi="Times New Roman" w:cs="Times New Roman"/>
          <w:b/>
          <w:sz w:val="26"/>
          <w:szCs w:val="26"/>
        </w:rPr>
        <w:t xml:space="preserve"> NGHĨA VI</w:t>
      </w:r>
      <w:r w:rsidRPr="00CD507A">
        <w:rPr>
          <w:rFonts w:ascii="Times New Roman" w:hAnsi="Times New Roman" w:cs="Times New Roman"/>
          <w:b/>
          <w:sz w:val="26"/>
          <w:szCs w:val="26"/>
        </w:rPr>
        <w:t>Ệ</w:t>
      </w:r>
      <w:r w:rsidRPr="00CD507A">
        <w:rPr>
          <w:rFonts w:ascii="Times New Roman" w:hAnsi="Times New Roman" w:cs="Times New Roman"/>
          <w:b/>
          <w:sz w:val="26"/>
          <w:szCs w:val="26"/>
        </w:rPr>
        <w:t>T NAM</w:t>
      </w:r>
    </w:p>
    <w:p w:rsidR="00B15648" w:rsidRPr="00CD507A" w:rsidRDefault="007E4C8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507A">
        <w:rPr>
          <w:rFonts w:ascii="Times New Roman" w:hAnsi="Times New Roman" w:cs="Times New Roman"/>
          <w:b/>
          <w:sz w:val="26"/>
          <w:szCs w:val="26"/>
        </w:rPr>
        <w:t>Đ</w:t>
      </w:r>
      <w:r w:rsidRPr="00CD507A">
        <w:rPr>
          <w:rFonts w:ascii="Times New Roman" w:hAnsi="Times New Roman" w:cs="Times New Roman"/>
          <w:b/>
          <w:sz w:val="26"/>
          <w:szCs w:val="26"/>
        </w:rPr>
        <w:t>ộ</w:t>
      </w:r>
      <w:r w:rsidRPr="00CD507A">
        <w:rPr>
          <w:rFonts w:ascii="Times New Roman" w:hAnsi="Times New Roman" w:cs="Times New Roman"/>
          <w:b/>
          <w:sz w:val="26"/>
          <w:szCs w:val="26"/>
        </w:rPr>
        <w:t>c l</w:t>
      </w:r>
      <w:r w:rsidRPr="00CD507A">
        <w:rPr>
          <w:rFonts w:ascii="Times New Roman" w:hAnsi="Times New Roman" w:cs="Times New Roman"/>
          <w:b/>
          <w:sz w:val="26"/>
          <w:szCs w:val="26"/>
        </w:rPr>
        <w:t>ậ</w:t>
      </w:r>
      <w:r w:rsidRPr="00CD507A">
        <w:rPr>
          <w:rFonts w:ascii="Times New Roman" w:hAnsi="Times New Roman" w:cs="Times New Roman"/>
          <w:b/>
          <w:sz w:val="26"/>
          <w:szCs w:val="26"/>
        </w:rPr>
        <w:t>p – T</w:t>
      </w:r>
      <w:r w:rsidRPr="00CD507A">
        <w:rPr>
          <w:rFonts w:ascii="Times New Roman" w:hAnsi="Times New Roman" w:cs="Times New Roman"/>
          <w:b/>
          <w:sz w:val="26"/>
          <w:szCs w:val="26"/>
        </w:rPr>
        <w:t>ự</w:t>
      </w:r>
      <w:r w:rsidRPr="00CD507A">
        <w:rPr>
          <w:rFonts w:ascii="Times New Roman" w:hAnsi="Times New Roman" w:cs="Times New Roman"/>
          <w:b/>
          <w:sz w:val="26"/>
          <w:szCs w:val="26"/>
        </w:rPr>
        <w:t xml:space="preserve"> do – H</w:t>
      </w:r>
      <w:r w:rsidRPr="00CD507A">
        <w:rPr>
          <w:rFonts w:ascii="Times New Roman" w:hAnsi="Times New Roman" w:cs="Times New Roman"/>
          <w:b/>
          <w:sz w:val="26"/>
          <w:szCs w:val="26"/>
        </w:rPr>
        <w:t>ạ</w:t>
      </w:r>
      <w:r w:rsidRPr="00CD507A">
        <w:rPr>
          <w:rFonts w:ascii="Times New Roman" w:hAnsi="Times New Roman" w:cs="Times New Roman"/>
          <w:b/>
          <w:sz w:val="26"/>
          <w:szCs w:val="26"/>
        </w:rPr>
        <w:t>nh phúc</w:t>
      </w:r>
    </w:p>
    <w:p w:rsidR="00B15648" w:rsidRPr="00CD507A" w:rsidRDefault="007E4C8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507A">
        <w:rPr>
          <w:rFonts w:ascii="Times New Roman" w:hAnsi="Times New Roman" w:cs="Times New Roman"/>
          <w:b/>
          <w:sz w:val="26"/>
          <w:szCs w:val="26"/>
        </w:rPr>
        <w:t>—————————————</w:t>
      </w:r>
    </w:p>
    <w:p w:rsidR="00B15648" w:rsidRPr="00CD507A" w:rsidRDefault="007E4C86">
      <w:pPr>
        <w:jc w:val="center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b/>
          <w:sz w:val="26"/>
          <w:szCs w:val="26"/>
        </w:rPr>
        <w:t>BÀI THU HO</w:t>
      </w:r>
      <w:r w:rsidRPr="00CD507A">
        <w:rPr>
          <w:rFonts w:ascii="Times New Roman" w:hAnsi="Times New Roman" w:cs="Times New Roman"/>
          <w:b/>
          <w:sz w:val="26"/>
          <w:szCs w:val="26"/>
        </w:rPr>
        <w:t>Ạ</w:t>
      </w:r>
      <w:r w:rsidRPr="00CD507A">
        <w:rPr>
          <w:rFonts w:ascii="Times New Roman" w:hAnsi="Times New Roman" w:cs="Times New Roman"/>
          <w:b/>
          <w:sz w:val="26"/>
          <w:szCs w:val="26"/>
        </w:rPr>
        <w:t>CH CHÍNH TR</w:t>
      </w:r>
      <w:r w:rsidRPr="00CD507A">
        <w:rPr>
          <w:rFonts w:ascii="Times New Roman" w:hAnsi="Times New Roman" w:cs="Times New Roman"/>
          <w:b/>
          <w:sz w:val="26"/>
          <w:szCs w:val="26"/>
        </w:rPr>
        <w:t>Ị</w:t>
      </w:r>
      <w:r w:rsidRPr="00CD507A">
        <w:rPr>
          <w:rFonts w:ascii="Times New Roman" w:hAnsi="Times New Roman" w:cs="Times New Roman"/>
          <w:b/>
          <w:sz w:val="26"/>
          <w:szCs w:val="26"/>
        </w:rPr>
        <w:t xml:space="preserve"> HÈ NĂM 2025</w:t>
      </w:r>
    </w:p>
    <w:p w:rsidR="00B15648" w:rsidRPr="00CD507A" w:rsidRDefault="00B15648">
      <w:pPr>
        <w:rPr>
          <w:rFonts w:ascii="Times New Roman" w:hAnsi="Times New Roman" w:cs="Times New Roman"/>
          <w:sz w:val="26"/>
          <w:szCs w:val="26"/>
        </w:rPr>
      </w:pP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 xml:space="preserve"> và tên: ……………………………..</w:t>
      </w: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Ch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 v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: ……………………………….</w:t>
      </w: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Đơn v</w:t>
      </w:r>
      <w:r w:rsidRPr="00CD507A">
        <w:rPr>
          <w:rFonts w:ascii="Times New Roman" w:hAnsi="Times New Roman" w:cs="Times New Roman"/>
          <w:sz w:val="26"/>
          <w:szCs w:val="26"/>
        </w:rPr>
        <w:t>ị</w:t>
      </w:r>
      <w:r w:rsidRPr="00CD507A">
        <w:rPr>
          <w:rFonts w:ascii="Times New Roman" w:hAnsi="Times New Roman" w:cs="Times New Roman"/>
          <w:sz w:val="26"/>
          <w:szCs w:val="26"/>
        </w:rPr>
        <w:t xml:space="preserve"> công tác: ……………………….</w:t>
      </w: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Th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i gian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p:………………………</w:t>
      </w:r>
    </w:p>
    <w:p w:rsidR="00B15648" w:rsidRPr="00CD507A" w:rsidRDefault="00B15648">
      <w:pPr>
        <w:rPr>
          <w:rFonts w:ascii="Times New Roman" w:hAnsi="Times New Roman" w:cs="Times New Roman"/>
          <w:sz w:val="26"/>
          <w:szCs w:val="26"/>
        </w:rPr>
      </w:pP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Ch</w:t>
      </w:r>
      <w:r w:rsidRPr="00CD507A">
        <w:rPr>
          <w:rFonts w:ascii="Times New Roman" w:hAnsi="Times New Roman" w:cs="Times New Roman"/>
          <w:sz w:val="26"/>
          <w:szCs w:val="26"/>
        </w:rPr>
        <w:t>ủ</w:t>
      </w:r>
      <w:r w:rsidRPr="00CD507A">
        <w:rPr>
          <w:rFonts w:ascii="Times New Roman" w:hAnsi="Times New Roman" w:cs="Times New Roman"/>
          <w:sz w:val="26"/>
          <w:szCs w:val="26"/>
        </w:rPr>
        <w:t xml:space="preserve"> đi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>m nh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 xml:space="preserve">n: </w:t>
      </w:r>
      <w:r w:rsidRPr="00CD507A">
        <w:rPr>
          <w:rFonts w:ascii="Times New Roman" w:hAnsi="Times New Roman" w:cs="Times New Roman"/>
          <w:i/>
          <w:sz w:val="26"/>
          <w:szCs w:val="26"/>
        </w:rPr>
        <w:t>Trách nhi</w:t>
      </w:r>
      <w:r w:rsidRPr="00CD507A">
        <w:rPr>
          <w:rFonts w:ascii="Times New Roman" w:hAnsi="Times New Roman" w:cs="Times New Roman"/>
          <w:i/>
          <w:sz w:val="26"/>
          <w:szCs w:val="26"/>
        </w:rPr>
        <w:t>ệ</w:t>
      </w:r>
      <w:r w:rsidRPr="00CD507A">
        <w:rPr>
          <w:rFonts w:ascii="Times New Roman" w:hAnsi="Times New Roman" w:cs="Times New Roman"/>
          <w:i/>
          <w:sz w:val="26"/>
          <w:szCs w:val="26"/>
        </w:rPr>
        <w:t>m nêu gương</w:t>
      </w:r>
      <w:r w:rsidRPr="00CD507A">
        <w:rPr>
          <w:rFonts w:ascii="Times New Roman" w:hAnsi="Times New Roman" w:cs="Times New Roman"/>
          <w:i/>
          <w:sz w:val="26"/>
          <w:szCs w:val="26"/>
        </w:rPr>
        <w:t xml:space="preserve"> và h</w:t>
      </w:r>
      <w:r w:rsidRPr="00CD507A">
        <w:rPr>
          <w:rFonts w:ascii="Times New Roman" w:hAnsi="Times New Roman" w:cs="Times New Roman"/>
          <w:i/>
          <w:sz w:val="26"/>
          <w:szCs w:val="26"/>
        </w:rPr>
        <w:t>ọ</w:t>
      </w:r>
      <w:r w:rsidRPr="00CD507A">
        <w:rPr>
          <w:rFonts w:ascii="Times New Roman" w:hAnsi="Times New Roman" w:cs="Times New Roman"/>
          <w:i/>
          <w:sz w:val="26"/>
          <w:szCs w:val="26"/>
        </w:rPr>
        <w:t>c t</w:t>
      </w:r>
      <w:r w:rsidRPr="00CD507A">
        <w:rPr>
          <w:rFonts w:ascii="Times New Roman" w:hAnsi="Times New Roman" w:cs="Times New Roman"/>
          <w:i/>
          <w:sz w:val="26"/>
          <w:szCs w:val="26"/>
        </w:rPr>
        <w:t>ậ</w:t>
      </w:r>
      <w:r w:rsidRPr="00CD507A">
        <w:rPr>
          <w:rFonts w:ascii="Times New Roman" w:hAnsi="Times New Roman" w:cs="Times New Roman"/>
          <w:i/>
          <w:sz w:val="26"/>
          <w:szCs w:val="26"/>
        </w:rPr>
        <w:t>p, làm theo tư tư</w:t>
      </w:r>
      <w:r w:rsidRPr="00CD507A">
        <w:rPr>
          <w:rFonts w:ascii="Times New Roman" w:hAnsi="Times New Roman" w:cs="Times New Roman"/>
          <w:i/>
          <w:sz w:val="26"/>
          <w:szCs w:val="26"/>
        </w:rPr>
        <w:t>ở</w:t>
      </w:r>
      <w:r w:rsidRPr="00CD507A">
        <w:rPr>
          <w:rFonts w:ascii="Times New Roman" w:hAnsi="Times New Roman" w:cs="Times New Roman"/>
          <w:i/>
          <w:sz w:val="26"/>
          <w:szCs w:val="26"/>
        </w:rPr>
        <w:t>ng H</w:t>
      </w:r>
      <w:r w:rsidRPr="00CD507A">
        <w:rPr>
          <w:rFonts w:ascii="Times New Roman" w:hAnsi="Times New Roman" w:cs="Times New Roman"/>
          <w:i/>
          <w:sz w:val="26"/>
          <w:szCs w:val="26"/>
        </w:rPr>
        <w:t>ồ</w:t>
      </w:r>
      <w:r w:rsidRPr="00CD507A">
        <w:rPr>
          <w:rFonts w:ascii="Times New Roman" w:hAnsi="Times New Roman" w:cs="Times New Roman"/>
          <w:i/>
          <w:sz w:val="26"/>
          <w:szCs w:val="26"/>
        </w:rPr>
        <w:t xml:space="preserve"> Chí Minh</w:t>
      </w: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b/>
          <w:sz w:val="26"/>
          <w:szCs w:val="26"/>
        </w:rPr>
        <w:t>M</w:t>
      </w:r>
      <w:r w:rsidRPr="00CD507A">
        <w:rPr>
          <w:rFonts w:ascii="Times New Roman" w:hAnsi="Times New Roman" w:cs="Times New Roman"/>
          <w:b/>
          <w:sz w:val="26"/>
          <w:szCs w:val="26"/>
        </w:rPr>
        <w:t>ụ</w:t>
      </w:r>
      <w:r w:rsidRPr="00CD507A">
        <w:rPr>
          <w:rFonts w:ascii="Times New Roman" w:hAnsi="Times New Roman" w:cs="Times New Roman"/>
          <w:b/>
          <w:sz w:val="26"/>
          <w:szCs w:val="26"/>
        </w:rPr>
        <w:t>c đích và ý nghĩa c</w:t>
      </w:r>
      <w:r w:rsidRPr="00CD507A">
        <w:rPr>
          <w:rFonts w:ascii="Times New Roman" w:hAnsi="Times New Roman" w:cs="Times New Roman"/>
          <w:b/>
          <w:sz w:val="26"/>
          <w:szCs w:val="26"/>
        </w:rPr>
        <w:t>ủ</w:t>
      </w:r>
      <w:r w:rsidRPr="00CD507A">
        <w:rPr>
          <w:rFonts w:ascii="Times New Roman" w:hAnsi="Times New Roman" w:cs="Times New Roman"/>
          <w:b/>
          <w:sz w:val="26"/>
          <w:szCs w:val="26"/>
        </w:rPr>
        <w:t>a b</w:t>
      </w:r>
      <w:r w:rsidRPr="00CD507A">
        <w:rPr>
          <w:rFonts w:ascii="Times New Roman" w:hAnsi="Times New Roman" w:cs="Times New Roman"/>
          <w:b/>
          <w:sz w:val="26"/>
          <w:szCs w:val="26"/>
        </w:rPr>
        <w:t>ồ</w:t>
      </w:r>
      <w:r w:rsidRPr="00CD507A">
        <w:rPr>
          <w:rFonts w:ascii="Times New Roman" w:hAnsi="Times New Roman" w:cs="Times New Roman"/>
          <w:b/>
          <w:sz w:val="26"/>
          <w:szCs w:val="26"/>
        </w:rPr>
        <w:t>i dư</w:t>
      </w:r>
      <w:r w:rsidRPr="00CD507A">
        <w:rPr>
          <w:rFonts w:ascii="Times New Roman" w:hAnsi="Times New Roman" w:cs="Times New Roman"/>
          <w:b/>
          <w:sz w:val="26"/>
          <w:szCs w:val="26"/>
        </w:rPr>
        <w:t>ỡ</w:t>
      </w:r>
      <w:r w:rsidRPr="00CD507A">
        <w:rPr>
          <w:rFonts w:ascii="Times New Roman" w:hAnsi="Times New Roman" w:cs="Times New Roman"/>
          <w:b/>
          <w:sz w:val="26"/>
          <w:szCs w:val="26"/>
        </w:rPr>
        <w:t>ng chính tr</w:t>
      </w:r>
      <w:r w:rsidRPr="00CD507A">
        <w:rPr>
          <w:rFonts w:ascii="Times New Roman" w:hAnsi="Times New Roman" w:cs="Times New Roman"/>
          <w:b/>
          <w:sz w:val="26"/>
          <w:szCs w:val="26"/>
        </w:rPr>
        <w:t>ị</w:t>
      </w:r>
      <w:r w:rsidRPr="00CD507A">
        <w:rPr>
          <w:rFonts w:ascii="Times New Roman" w:hAnsi="Times New Roman" w:cs="Times New Roman"/>
          <w:b/>
          <w:sz w:val="26"/>
          <w:szCs w:val="26"/>
        </w:rPr>
        <w:t xml:space="preserve"> hè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Đ</w:t>
      </w:r>
      <w:r w:rsidRPr="00CD507A">
        <w:rPr>
          <w:rFonts w:ascii="Times New Roman" w:hAnsi="Times New Roman" w:cs="Times New Roman"/>
          <w:sz w:val="26"/>
          <w:szCs w:val="26"/>
        </w:rPr>
        <w:t>ợ</w:t>
      </w:r>
      <w:r w:rsidRPr="00CD507A">
        <w:rPr>
          <w:rFonts w:ascii="Times New Roman" w:hAnsi="Times New Roman" w:cs="Times New Roman"/>
          <w:sz w:val="26"/>
          <w:szCs w:val="26"/>
        </w:rPr>
        <w:t>t b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>i dư</w:t>
      </w:r>
      <w:r w:rsidRPr="00CD507A">
        <w:rPr>
          <w:rFonts w:ascii="Times New Roman" w:hAnsi="Times New Roman" w:cs="Times New Roman"/>
          <w:sz w:val="26"/>
          <w:szCs w:val="26"/>
        </w:rPr>
        <w:t>ỡ</w:t>
      </w:r>
      <w:r w:rsidRPr="00CD507A">
        <w:rPr>
          <w:rFonts w:ascii="Times New Roman" w:hAnsi="Times New Roman" w:cs="Times New Roman"/>
          <w:sz w:val="26"/>
          <w:szCs w:val="26"/>
        </w:rPr>
        <w:t>ng chính tr</w:t>
      </w:r>
      <w:r w:rsidRPr="00CD507A">
        <w:rPr>
          <w:rFonts w:ascii="Times New Roman" w:hAnsi="Times New Roman" w:cs="Times New Roman"/>
          <w:sz w:val="26"/>
          <w:szCs w:val="26"/>
        </w:rPr>
        <w:t>ị</w:t>
      </w:r>
      <w:r w:rsidRPr="00CD507A">
        <w:rPr>
          <w:rFonts w:ascii="Times New Roman" w:hAnsi="Times New Roman" w:cs="Times New Roman"/>
          <w:sz w:val="26"/>
          <w:szCs w:val="26"/>
        </w:rPr>
        <w:t xml:space="preserve"> hè là cơ h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>i đ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 xml:space="preserve"> m</w:t>
      </w:r>
      <w:r w:rsidRPr="00CD507A">
        <w:rPr>
          <w:rFonts w:ascii="Times New Roman" w:hAnsi="Times New Roman" w:cs="Times New Roman"/>
          <w:sz w:val="26"/>
          <w:szCs w:val="26"/>
        </w:rPr>
        <w:t>ỗ</w:t>
      </w:r>
      <w:r w:rsidRPr="00CD507A">
        <w:rPr>
          <w:rFonts w:ascii="Times New Roman" w:hAnsi="Times New Roman" w:cs="Times New Roman"/>
          <w:sz w:val="26"/>
          <w:szCs w:val="26"/>
        </w:rPr>
        <w:t xml:space="preserve">i giáo viên </w:t>
      </w:r>
      <w:r w:rsidR="00CD507A">
        <w:rPr>
          <w:rFonts w:ascii="Times New Roman" w:hAnsi="Times New Roman" w:cs="Times New Roman"/>
          <w:sz w:val="26"/>
          <w:szCs w:val="26"/>
        </w:rPr>
        <w:t>nghiên cứu kỹ lưỡng</w:t>
      </w:r>
      <w:r w:rsidRPr="00CD507A">
        <w:rPr>
          <w:rFonts w:ascii="Times New Roman" w:hAnsi="Times New Roman" w:cs="Times New Roman"/>
          <w:sz w:val="26"/>
          <w:szCs w:val="26"/>
        </w:rPr>
        <w:t xml:space="preserve"> nh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n th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 và hành đ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>ng theo tư tư</w:t>
      </w:r>
      <w:r w:rsidRPr="00CD507A">
        <w:rPr>
          <w:rFonts w:ascii="Times New Roman" w:hAnsi="Times New Roman" w:cs="Times New Roman"/>
          <w:sz w:val="26"/>
          <w:szCs w:val="26"/>
        </w:rPr>
        <w:t>ở</w:t>
      </w:r>
      <w:r w:rsidRPr="00CD507A">
        <w:rPr>
          <w:rFonts w:ascii="Times New Roman" w:hAnsi="Times New Roman" w:cs="Times New Roman"/>
          <w:sz w:val="26"/>
          <w:szCs w:val="26"/>
        </w:rPr>
        <w:t>ng, đ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o đ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c, phong cách H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 xml:space="preserve"> Chí Minh; qua đó b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>i đ</w:t>
      </w:r>
      <w:r w:rsidRPr="00CD507A">
        <w:rPr>
          <w:rFonts w:ascii="Times New Roman" w:hAnsi="Times New Roman" w:cs="Times New Roman"/>
          <w:sz w:val="26"/>
          <w:szCs w:val="26"/>
        </w:rPr>
        <w:t>ắ</w:t>
      </w:r>
      <w:r w:rsidRPr="00CD507A">
        <w:rPr>
          <w:rFonts w:ascii="Times New Roman" w:hAnsi="Times New Roman" w:cs="Times New Roman"/>
          <w:sz w:val="26"/>
          <w:szCs w:val="26"/>
        </w:rPr>
        <w:t>p lý tư</w:t>
      </w:r>
      <w:r w:rsidRPr="00CD507A">
        <w:rPr>
          <w:rFonts w:ascii="Times New Roman" w:hAnsi="Times New Roman" w:cs="Times New Roman"/>
          <w:sz w:val="26"/>
          <w:szCs w:val="26"/>
        </w:rPr>
        <w:t>ở</w:t>
      </w:r>
      <w:r w:rsidRPr="00CD507A">
        <w:rPr>
          <w:rFonts w:ascii="Times New Roman" w:hAnsi="Times New Roman" w:cs="Times New Roman"/>
          <w:sz w:val="26"/>
          <w:szCs w:val="26"/>
        </w:rPr>
        <w:t>ng, nâng c</w:t>
      </w:r>
      <w:r w:rsidRPr="00CD507A">
        <w:rPr>
          <w:rFonts w:ascii="Times New Roman" w:hAnsi="Times New Roman" w:cs="Times New Roman"/>
          <w:sz w:val="26"/>
          <w:szCs w:val="26"/>
        </w:rPr>
        <w:t>ao trách nhi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m nêu gương, xây d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ng văn hóa nhà trư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lành m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nh.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Vi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c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p giúp th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ng nh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t nh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n th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 trong đ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>i ngũ, khơi d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y khát v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ng c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ng hi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n, đ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cao tính k</w:t>
      </w:r>
      <w:r w:rsidRPr="00CD507A">
        <w:rPr>
          <w:rFonts w:ascii="Times New Roman" w:hAnsi="Times New Roman" w:cs="Times New Roman"/>
          <w:sz w:val="26"/>
          <w:szCs w:val="26"/>
        </w:rPr>
        <w:t>ỷ</w:t>
      </w:r>
      <w:r w:rsidRPr="00CD507A">
        <w:rPr>
          <w:rFonts w:ascii="Times New Roman" w:hAnsi="Times New Roman" w:cs="Times New Roman"/>
          <w:sz w:val="26"/>
          <w:szCs w:val="26"/>
        </w:rPr>
        <w:t xml:space="preserve"> lu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t, liêm chính; đ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>ng th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i c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p nh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t nh</w:t>
      </w:r>
      <w:r w:rsidRPr="00CD507A">
        <w:rPr>
          <w:rFonts w:ascii="Times New Roman" w:hAnsi="Times New Roman" w:cs="Times New Roman"/>
          <w:sz w:val="26"/>
          <w:szCs w:val="26"/>
        </w:rPr>
        <w:t>ữ</w:t>
      </w:r>
      <w:r w:rsidRPr="00CD507A">
        <w:rPr>
          <w:rFonts w:ascii="Times New Roman" w:hAnsi="Times New Roman" w:cs="Times New Roman"/>
          <w:sz w:val="26"/>
          <w:szCs w:val="26"/>
        </w:rPr>
        <w:t>ng nhi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m v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 xml:space="preserve"> tr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ng tâm c</w:t>
      </w:r>
      <w:r w:rsidRPr="00CD507A">
        <w:rPr>
          <w:rFonts w:ascii="Times New Roman" w:hAnsi="Times New Roman" w:cs="Times New Roman"/>
          <w:sz w:val="26"/>
          <w:szCs w:val="26"/>
        </w:rPr>
        <w:t>ủ</w:t>
      </w:r>
      <w:r w:rsidRPr="00CD507A">
        <w:rPr>
          <w:rFonts w:ascii="Times New Roman" w:hAnsi="Times New Roman" w:cs="Times New Roman"/>
          <w:sz w:val="26"/>
          <w:szCs w:val="26"/>
        </w:rPr>
        <w:t>a ngành giáo d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 xml:space="preserve">c trong giai </w:t>
      </w:r>
      <w:r w:rsidRPr="00CD507A">
        <w:rPr>
          <w:rFonts w:ascii="Times New Roman" w:hAnsi="Times New Roman" w:cs="Times New Roman"/>
          <w:sz w:val="26"/>
          <w:szCs w:val="26"/>
        </w:rPr>
        <w:t>đo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n đ</w:t>
      </w:r>
      <w:r w:rsidRPr="00CD507A">
        <w:rPr>
          <w:rFonts w:ascii="Times New Roman" w:hAnsi="Times New Roman" w:cs="Times New Roman"/>
          <w:sz w:val="26"/>
          <w:szCs w:val="26"/>
        </w:rPr>
        <w:t>ổ</w:t>
      </w:r>
      <w:r w:rsidRPr="00CD507A">
        <w:rPr>
          <w:rFonts w:ascii="Times New Roman" w:hAnsi="Times New Roman" w:cs="Times New Roman"/>
          <w:sz w:val="26"/>
          <w:szCs w:val="26"/>
        </w:rPr>
        <w:t>i m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i căn b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n, toàn di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n.</w:t>
      </w: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b/>
          <w:sz w:val="26"/>
          <w:szCs w:val="26"/>
        </w:rPr>
        <w:t>Ph</w:t>
      </w:r>
      <w:r w:rsidRPr="00CD507A">
        <w:rPr>
          <w:rFonts w:ascii="Times New Roman" w:hAnsi="Times New Roman" w:cs="Times New Roman"/>
          <w:b/>
          <w:sz w:val="26"/>
          <w:szCs w:val="26"/>
        </w:rPr>
        <w:t>ầ</w:t>
      </w:r>
      <w:r w:rsidRPr="00CD507A">
        <w:rPr>
          <w:rFonts w:ascii="Times New Roman" w:hAnsi="Times New Roman" w:cs="Times New Roman"/>
          <w:b/>
          <w:sz w:val="26"/>
          <w:szCs w:val="26"/>
        </w:rPr>
        <w:t>n I. Nh</w:t>
      </w:r>
      <w:r w:rsidRPr="00CD507A">
        <w:rPr>
          <w:rFonts w:ascii="Times New Roman" w:hAnsi="Times New Roman" w:cs="Times New Roman"/>
          <w:b/>
          <w:sz w:val="26"/>
          <w:szCs w:val="26"/>
        </w:rPr>
        <w:t>ậ</w:t>
      </w:r>
      <w:r w:rsidRPr="00CD507A">
        <w:rPr>
          <w:rFonts w:ascii="Times New Roman" w:hAnsi="Times New Roman" w:cs="Times New Roman"/>
          <w:b/>
          <w:sz w:val="26"/>
          <w:szCs w:val="26"/>
        </w:rPr>
        <w:t>n th</w:t>
      </w:r>
      <w:r w:rsidRPr="00CD507A">
        <w:rPr>
          <w:rFonts w:ascii="Times New Roman" w:hAnsi="Times New Roman" w:cs="Times New Roman"/>
          <w:b/>
          <w:sz w:val="26"/>
          <w:szCs w:val="26"/>
        </w:rPr>
        <w:t>ứ</w:t>
      </w:r>
      <w:r w:rsidRPr="00CD507A">
        <w:rPr>
          <w:rFonts w:ascii="Times New Roman" w:hAnsi="Times New Roman" w:cs="Times New Roman"/>
          <w:b/>
          <w:sz w:val="26"/>
          <w:szCs w:val="26"/>
        </w:rPr>
        <w:t>c chung v</w:t>
      </w:r>
      <w:r w:rsidRPr="00CD507A">
        <w:rPr>
          <w:rFonts w:ascii="Times New Roman" w:hAnsi="Times New Roman" w:cs="Times New Roman"/>
          <w:b/>
          <w:sz w:val="26"/>
          <w:szCs w:val="26"/>
        </w:rPr>
        <w:t>ề</w:t>
      </w:r>
      <w:r w:rsidRPr="00CD507A">
        <w:rPr>
          <w:rFonts w:ascii="Times New Roman" w:hAnsi="Times New Roman" w:cs="Times New Roman"/>
          <w:b/>
          <w:sz w:val="26"/>
          <w:szCs w:val="26"/>
        </w:rPr>
        <w:t xml:space="preserve"> tình hình kinh t</w:t>
      </w:r>
      <w:r w:rsidRPr="00CD507A">
        <w:rPr>
          <w:rFonts w:ascii="Times New Roman" w:hAnsi="Times New Roman" w:cs="Times New Roman"/>
          <w:b/>
          <w:sz w:val="26"/>
          <w:szCs w:val="26"/>
        </w:rPr>
        <w:t>ế</w:t>
      </w:r>
      <w:r w:rsidRPr="00CD507A">
        <w:rPr>
          <w:rFonts w:ascii="Times New Roman" w:hAnsi="Times New Roman" w:cs="Times New Roman"/>
          <w:b/>
          <w:sz w:val="26"/>
          <w:szCs w:val="26"/>
        </w:rPr>
        <w:t xml:space="preserve"> – xã h</w:t>
      </w:r>
      <w:r w:rsidRPr="00CD507A">
        <w:rPr>
          <w:rFonts w:ascii="Times New Roman" w:hAnsi="Times New Roman" w:cs="Times New Roman"/>
          <w:b/>
          <w:sz w:val="26"/>
          <w:szCs w:val="26"/>
        </w:rPr>
        <w:t>ộ</w:t>
      </w:r>
      <w:r w:rsidRPr="00CD507A">
        <w:rPr>
          <w:rFonts w:ascii="Times New Roman" w:hAnsi="Times New Roman" w:cs="Times New Roman"/>
          <w:b/>
          <w:sz w:val="26"/>
          <w:szCs w:val="26"/>
        </w:rPr>
        <w:t>i hi</w:t>
      </w:r>
      <w:r w:rsidRPr="00CD507A">
        <w:rPr>
          <w:rFonts w:ascii="Times New Roman" w:hAnsi="Times New Roman" w:cs="Times New Roman"/>
          <w:b/>
          <w:sz w:val="26"/>
          <w:szCs w:val="26"/>
        </w:rPr>
        <w:t>ệ</w:t>
      </w:r>
      <w:r w:rsidRPr="00CD507A">
        <w:rPr>
          <w:rFonts w:ascii="Times New Roman" w:hAnsi="Times New Roman" w:cs="Times New Roman"/>
          <w:b/>
          <w:sz w:val="26"/>
          <w:szCs w:val="26"/>
        </w:rPr>
        <w:t>n nay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Kinh t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 xml:space="preserve"> th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 xml:space="preserve"> gi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i ph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c h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>i không đ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>ng đ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>u, giá c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 xml:space="preserve"> và th</w:t>
      </w:r>
      <w:r w:rsidRPr="00CD507A">
        <w:rPr>
          <w:rFonts w:ascii="Times New Roman" w:hAnsi="Times New Roman" w:cs="Times New Roman"/>
          <w:sz w:val="26"/>
          <w:szCs w:val="26"/>
        </w:rPr>
        <w:t>ị</w:t>
      </w:r>
      <w:r w:rsidRPr="00CD507A">
        <w:rPr>
          <w:rFonts w:ascii="Times New Roman" w:hAnsi="Times New Roman" w:cs="Times New Roman"/>
          <w:sz w:val="26"/>
          <w:szCs w:val="26"/>
        </w:rPr>
        <w:t xml:space="preserve"> trư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lao đ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>ng bi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n đ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>ng; ti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n b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 xml:space="preserve"> khoa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– công ngh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 xml:space="preserve"> làm thay đ</w:t>
      </w:r>
      <w:r w:rsidRPr="00CD507A">
        <w:rPr>
          <w:rFonts w:ascii="Times New Roman" w:hAnsi="Times New Roman" w:cs="Times New Roman"/>
          <w:sz w:val="26"/>
          <w:szCs w:val="26"/>
        </w:rPr>
        <w:t>ổ</w:t>
      </w:r>
      <w:r w:rsidRPr="00CD507A">
        <w:rPr>
          <w:rFonts w:ascii="Times New Roman" w:hAnsi="Times New Roman" w:cs="Times New Roman"/>
          <w:sz w:val="26"/>
          <w:szCs w:val="26"/>
        </w:rPr>
        <w:t>i phương th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 s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n xu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t và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p. T</w:t>
      </w:r>
      <w:r w:rsidRPr="00CD507A">
        <w:rPr>
          <w:rFonts w:ascii="Times New Roman" w:hAnsi="Times New Roman" w:cs="Times New Roman"/>
          <w:sz w:val="26"/>
          <w:szCs w:val="26"/>
        </w:rPr>
        <w:t>rong nư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c, công tác xây d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ng, ch</w:t>
      </w:r>
      <w:r w:rsidRPr="00CD507A">
        <w:rPr>
          <w:rFonts w:ascii="Times New Roman" w:hAnsi="Times New Roman" w:cs="Times New Roman"/>
          <w:sz w:val="26"/>
          <w:szCs w:val="26"/>
        </w:rPr>
        <w:t>ỉ</w:t>
      </w:r>
      <w:r w:rsidRPr="00CD507A">
        <w:rPr>
          <w:rFonts w:ascii="Times New Roman" w:hAnsi="Times New Roman" w:cs="Times New Roman"/>
          <w:sz w:val="26"/>
          <w:szCs w:val="26"/>
        </w:rPr>
        <w:t>nh đ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 Đ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ng đư</w:t>
      </w:r>
      <w:r w:rsidRPr="00CD507A">
        <w:rPr>
          <w:rFonts w:ascii="Times New Roman" w:hAnsi="Times New Roman" w:cs="Times New Roman"/>
          <w:sz w:val="26"/>
          <w:szCs w:val="26"/>
        </w:rPr>
        <w:t>ợ</w:t>
      </w:r>
      <w:r w:rsidRPr="00CD507A">
        <w:rPr>
          <w:rFonts w:ascii="Times New Roman" w:hAnsi="Times New Roman" w:cs="Times New Roman"/>
          <w:sz w:val="26"/>
          <w:szCs w:val="26"/>
        </w:rPr>
        <w:t>c tăng cư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ng; c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i cách th</w:t>
      </w:r>
      <w:r w:rsidRPr="00CD507A">
        <w:rPr>
          <w:rFonts w:ascii="Times New Roman" w:hAnsi="Times New Roman" w:cs="Times New Roman"/>
          <w:sz w:val="26"/>
          <w:szCs w:val="26"/>
        </w:rPr>
        <w:t>ủ</w:t>
      </w:r>
      <w:r w:rsidRPr="00CD507A">
        <w:rPr>
          <w:rFonts w:ascii="Times New Roman" w:hAnsi="Times New Roman" w:cs="Times New Roman"/>
          <w:sz w:val="26"/>
          <w:szCs w:val="26"/>
        </w:rPr>
        <w:t xml:space="preserve"> t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c hành chính, chuy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>n đ</w:t>
      </w:r>
      <w:r w:rsidRPr="00CD507A">
        <w:rPr>
          <w:rFonts w:ascii="Times New Roman" w:hAnsi="Times New Roman" w:cs="Times New Roman"/>
          <w:sz w:val="26"/>
          <w:szCs w:val="26"/>
        </w:rPr>
        <w:t>ổ</w:t>
      </w:r>
      <w:r w:rsidRPr="00CD507A">
        <w:rPr>
          <w:rFonts w:ascii="Times New Roman" w:hAnsi="Times New Roman" w:cs="Times New Roman"/>
          <w:sz w:val="26"/>
          <w:szCs w:val="26"/>
        </w:rPr>
        <w:t>i s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 xml:space="preserve"> đư</w:t>
      </w:r>
      <w:r w:rsidRPr="00CD507A">
        <w:rPr>
          <w:rFonts w:ascii="Times New Roman" w:hAnsi="Times New Roman" w:cs="Times New Roman"/>
          <w:sz w:val="26"/>
          <w:szCs w:val="26"/>
        </w:rPr>
        <w:t>ợ</w:t>
      </w:r>
      <w:r w:rsidRPr="00CD507A">
        <w:rPr>
          <w:rFonts w:ascii="Times New Roman" w:hAnsi="Times New Roman" w:cs="Times New Roman"/>
          <w:sz w:val="26"/>
          <w:szCs w:val="26"/>
        </w:rPr>
        <w:t>c thúc đ</w:t>
      </w:r>
      <w:r w:rsidRPr="00CD507A">
        <w:rPr>
          <w:rFonts w:ascii="Times New Roman" w:hAnsi="Times New Roman" w:cs="Times New Roman"/>
          <w:sz w:val="26"/>
          <w:szCs w:val="26"/>
        </w:rPr>
        <w:t>ẩ</w:t>
      </w:r>
      <w:r w:rsidRPr="00CD507A">
        <w:rPr>
          <w:rFonts w:ascii="Times New Roman" w:hAnsi="Times New Roman" w:cs="Times New Roman"/>
          <w:sz w:val="26"/>
          <w:szCs w:val="26"/>
        </w:rPr>
        <w:t xml:space="preserve">y </w:t>
      </w:r>
      <w:r w:rsidRPr="00CD507A">
        <w:rPr>
          <w:rFonts w:ascii="Times New Roman" w:hAnsi="Times New Roman" w:cs="Times New Roman"/>
          <w:sz w:val="26"/>
          <w:szCs w:val="26"/>
        </w:rPr>
        <w:t>ở</w:t>
      </w:r>
      <w:r w:rsidRPr="00CD507A">
        <w:rPr>
          <w:rFonts w:ascii="Times New Roman" w:hAnsi="Times New Roman" w:cs="Times New Roman"/>
          <w:sz w:val="26"/>
          <w:szCs w:val="26"/>
        </w:rPr>
        <w:t xml:space="preserve"> m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i c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p, m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i ngành.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Ngành giáo d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c đ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ng trư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c yêu c</w:t>
      </w:r>
      <w:r w:rsidRPr="00CD507A">
        <w:rPr>
          <w:rFonts w:ascii="Times New Roman" w:hAnsi="Times New Roman" w:cs="Times New Roman"/>
          <w:sz w:val="26"/>
          <w:szCs w:val="26"/>
        </w:rPr>
        <w:t>ầ</w:t>
      </w:r>
      <w:r w:rsidRPr="00CD507A">
        <w:rPr>
          <w:rFonts w:ascii="Times New Roman" w:hAnsi="Times New Roman" w:cs="Times New Roman"/>
          <w:sz w:val="26"/>
          <w:szCs w:val="26"/>
        </w:rPr>
        <w:t>u nâng cao ch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t lư</w:t>
      </w:r>
      <w:r w:rsidRPr="00CD507A">
        <w:rPr>
          <w:rFonts w:ascii="Times New Roman" w:hAnsi="Times New Roman" w:cs="Times New Roman"/>
          <w:sz w:val="26"/>
          <w:szCs w:val="26"/>
        </w:rPr>
        <w:t>ợ</w:t>
      </w:r>
      <w:r w:rsidRPr="00CD507A">
        <w:rPr>
          <w:rFonts w:ascii="Times New Roman" w:hAnsi="Times New Roman" w:cs="Times New Roman"/>
          <w:sz w:val="26"/>
          <w:szCs w:val="26"/>
        </w:rPr>
        <w:t>ng đ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>i ngũ; đ</w:t>
      </w:r>
      <w:r w:rsidRPr="00CD507A">
        <w:rPr>
          <w:rFonts w:ascii="Times New Roman" w:hAnsi="Times New Roman" w:cs="Times New Roman"/>
          <w:sz w:val="26"/>
          <w:szCs w:val="26"/>
        </w:rPr>
        <w:t>ổ</w:t>
      </w:r>
      <w:r w:rsidRPr="00CD507A">
        <w:rPr>
          <w:rFonts w:ascii="Times New Roman" w:hAnsi="Times New Roman" w:cs="Times New Roman"/>
          <w:sz w:val="26"/>
          <w:szCs w:val="26"/>
        </w:rPr>
        <w:t>i m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i phương pháp theo hư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ng phát tri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>n ph</w:t>
      </w:r>
      <w:r w:rsidRPr="00CD507A">
        <w:rPr>
          <w:rFonts w:ascii="Times New Roman" w:hAnsi="Times New Roman" w:cs="Times New Roman"/>
          <w:sz w:val="26"/>
          <w:szCs w:val="26"/>
        </w:rPr>
        <w:t>ẩ</w:t>
      </w:r>
      <w:r w:rsidRPr="00CD507A">
        <w:rPr>
          <w:rFonts w:ascii="Times New Roman" w:hAnsi="Times New Roman" w:cs="Times New Roman"/>
          <w:sz w:val="26"/>
          <w:szCs w:val="26"/>
        </w:rPr>
        <w:t>m ch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 xml:space="preserve">t </w:t>
      </w:r>
      <w:r w:rsidRPr="00CD507A">
        <w:rPr>
          <w:rFonts w:ascii="Times New Roman" w:hAnsi="Times New Roman" w:cs="Times New Roman"/>
          <w:sz w:val="26"/>
          <w:szCs w:val="26"/>
        </w:rPr>
        <w:t>và năng l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c; tăng cư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giáo d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 xml:space="preserve">c </w:t>
      </w:r>
      <w:r w:rsidRPr="00CD507A">
        <w:rPr>
          <w:rFonts w:ascii="Times New Roman" w:hAnsi="Times New Roman" w:cs="Times New Roman"/>
          <w:sz w:val="26"/>
          <w:szCs w:val="26"/>
        </w:rPr>
        <w:lastRenderedPageBreak/>
        <w:t>đ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o đ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c, l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i s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ng, k</w:t>
      </w:r>
      <w:r w:rsidRPr="00CD507A">
        <w:rPr>
          <w:rFonts w:ascii="Times New Roman" w:hAnsi="Times New Roman" w:cs="Times New Roman"/>
          <w:sz w:val="26"/>
          <w:szCs w:val="26"/>
        </w:rPr>
        <w:t>ỹ</w:t>
      </w:r>
      <w:r w:rsidRPr="00CD507A">
        <w:rPr>
          <w:rFonts w:ascii="Times New Roman" w:hAnsi="Times New Roman" w:cs="Times New Roman"/>
          <w:sz w:val="26"/>
          <w:szCs w:val="26"/>
        </w:rPr>
        <w:t xml:space="preserve"> năng s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, k</w:t>
      </w:r>
      <w:r w:rsidRPr="00CD507A">
        <w:rPr>
          <w:rFonts w:ascii="Times New Roman" w:hAnsi="Times New Roman" w:cs="Times New Roman"/>
          <w:sz w:val="26"/>
          <w:szCs w:val="26"/>
        </w:rPr>
        <w:t>ỹ</w:t>
      </w:r>
      <w:r w:rsidRPr="00CD507A">
        <w:rPr>
          <w:rFonts w:ascii="Times New Roman" w:hAnsi="Times New Roman" w:cs="Times New Roman"/>
          <w:sz w:val="26"/>
          <w:szCs w:val="26"/>
        </w:rPr>
        <w:t xml:space="preserve"> năng m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>m cho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sinh; gi</w:t>
      </w:r>
      <w:r w:rsidRPr="00CD507A">
        <w:rPr>
          <w:rFonts w:ascii="Times New Roman" w:hAnsi="Times New Roman" w:cs="Times New Roman"/>
          <w:sz w:val="26"/>
          <w:szCs w:val="26"/>
        </w:rPr>
        <w:t>ữ</w:t>
      </w:r>
      <w:r w:rsidRPr="00CD507A">
        <w:rPr>
          <w:rFonts w:ascii="Times New Roman" w:hAnsi="Times New Roman" w:cs="Times New Roman"/>
          <w:sz w:val="26"/>
          <w:szCs w:val="26"/>
        </w:rPr>
        <w:t xml:space="preserve"> v</w:t>
      </w:r>
      <w:r w:rsidRPr="00CD507A">
        <w:rPr>
          <w:rFonts w:ascii="Times New Roman" w:hAnsi="Times New Roman" w:cs="Times New Roman"/>
          <w:sz w:val="26"/>
          <w:szCs w:val="26"/>
        </w:rPr>
        <w:t>ữ</w:t>
      </w:r>
      <w:r w:rsidRPr="00CD507A">
        <w:rPr>
          <w:rFonts w:ascii="Times New Roman" w:hAnsi="Times New Roman" w:cs="Times New Roman"/>
          <w:sz w:val="26"/>
          <w:szCs w:val="26"/>
        </w:rPr>
        <w:t>ng k</w:t>
      </w:r>
      <w:r w:rsidRPr="00CD507A">
        <w:rPr>
          <w:rFonts w:ascii="Times New Roman" w:hAnsi="Times New Roman" w:cs="Times New Roman"/>
          <w:sz w:val="26"/>
          <w:szCs w:val="26"/>
        </w:rPr>
        <w:t>ỷ</w:t>
      </w:r>
      <w:r w:rsidRPr="00CD507A">
        <w:rPr>
          <w:rFonts w:ascii="Times New Roman" w:hAnsi="Times New Roman" w:cs="Times New Roman"/>
          <w:sz w:val="26"/>
          <w:szCs w:val="26"/>
        </w:rPr>
        <w:t xml:space="preserve"> cương, đ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cao trách nhi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m nêu gương c</w:t>
      </w:r>
      <w:r w:rsidRPr="00CD507A">
        <w:rPr>
          <w:rFonts w:ascii="Times New Roman" w:hAnsi="Times New Roman" w:cs="Times New Roman"/>
          <w:sz w:val="26"/>
          <w:szCs w:val="26"/>
        </w:rPr>
        <w:t>ủ</w:t>
      </w:r>
      <w:r w:rsidRPr="00CD507A">
        <w:rPr>
          <w:rFonts w:ascii="Times New Roman" w:hAnsi="Times New Roman" w:cs="Times New Roman"/>
          <w:sz w:val="26"/>
          <w:szCs w:val="26"/>
        </w:rPr>
        <w:t>a th</w:t>
      </w:r>
      <w:r w:rsidRPr="00CD507A">
        <w:rPr>
          <w:rFonts w:ascii="Times New Roman" w:hAnsi="Times New Roman" w:cs="Times New Roman"/>
          <w:sz w:val="26"/>
          <w:szCs w:val="26"/>
        </w:rPr>
        <w:t>ầ</w:t>
      </w:r>
      <w:r w:rsidRPr="00CD507A">
        <w:rPr>
          <w:rFonts w:ascii="Times New Roman" w:hAnsi="Times New Roman" w:cs="Times New Roman"/>
          <w:sz w:val="26"/>
          <w:szCs w:val="26"/>
        </w:rPr>
        <w:t>y cô.</w:t>
      </w: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b/>
          <w:sz w:val="26"/>
          <w:szCs w:val="26"/>
        </w:rPr>
        <w:t>Ph</w:t>
      </w:r>
      <w:r w:rsidRPr="00CD507A">
        <w:rPr>
          <w:rFonts w:ascii="Times New Roman" w:hAnsi="Times New Roman" w:cs="Times New Roman"/>
          <w:b/>
          <w:sz w:val="26"/>
          <w:szCs w:val="26"/>
        </w:rPr>
        <w:t>ầ</w:t>
      </w:r>
      <w:r w:rsidRPr="00CD507A">
        <w:rPr>
          <w:rFonts w:ascii="Times New Roman" w:hAnsi="Times New Roman" w:cs="Times New Roman"/>
          <w:b/>
          <w:sz w:val="26"/>
          <w:szCs w:val="26"/>
        </w:rPr>
        <w:t>n II. N</w:t>
      </w:r>
      <w:r w:rsidRPr="00CD507A">
        <w:rPr>
          <w:rFonts w:ascii="Times New Roman" w:hAnsi="Times New Roman" w:cs="Times New Roman"/>
          <w:b/>
          <w:sz w:val="26"/>
          <w:szCs w:val="26"/>
        </w:rPr>
        <w:t>ộ</w:t>
      </w:r>
      <w:r w:rsidRPr="00CD507A">
        <w:rPr>
          <w:rFonts w:ascii="Times New Roman" w:hAnsi="Times New Roman" w:cs="Times New Roman"/>
          <w:b/>
          <w:sz w:val="26"/>
          <w:szCs w:val="26"/>
        </w:rPr>
        <w:t>i dung h</w:t>
      </w:r>
      <w:r w:rsidRPr="00CD507A">
        <w:rPr>
          <w:rFonts w:ascii="Times New Roman" w:hAnsi="Times New Roman" w:cs="Times New Roman"/>
          <w:b/>
          <w:sz w:val="26"/>
          <w:szCs w:val="26"/>
        </w:rPr>
        <w:t>ọ</w:t>
      </w:r>
      <w:r w:rsidRPr="00CD507A">
        <w:rPr>
          <w:rFonts w:ascii="Times New Roman" w:hAnsi="Times New Roman" w:cs="Times New Roman"/>
          <w:b/>
          <w:sz w:val="26"/>
          <w:szCs w:val="26"/>
        </w:rPr>
        <w:t>c t</w:t>
      </w:r>
      <w:r w:rsidRPr="00CD507A">
        <w:rPr>
          <w:rFonts w:ascii="Times New Roman" w:hAnsi="Times New Roman" w:cs="Times New Roman"/>
          <w:b/>
          <w:sz w:val="26"/>
          <w:szCs w:val="26"/>
        </w:rPr>
        <w:t>ậ</w:t>
      </w:r>
      <w:r w:rsidRPr="00CD507A">
        <w:rPr>
          <w:rFonts w:ascii="Times New Roman" w:hAnsi="Times New Roman" w:cs="Times New Roman"/>
          <w:b/>
          <w:sz w:val="26"/>
          <w:szCs w:val="26"/>
        </w:rPr>
        <w:t>p và nh</w:t>
      </w:r>
      <w:r w:rsidRPr="00CD507A">
        <w:rPr>
          <w:rFonts w:ascii="Times New Roman" w:hAnsi="Times New Roman" w:cs="Times New Roman"/>
          <w:b/>
          <w:sz w:val="26"/>
          <w:szCs w:val="26"/>
        </w:rPr>
        <w:t>ậ</w:t>
      </w:r>
      <w:r w:rsidRPr="00CD507A">
        <w:rPr>
          <w:rFonts w:ascii="Times New Roman" w:hAnsi="Times New Roman" w:cs="Times New Roman"/>
          <w:b/>
          <w:sz w:val="26"/>
          <w:szCs w:val="26"/>
        </w:rPr>
        <w:t>n th</w:t>
      </w:r>
      <w:r w:rsidRPr="00CD507A">
        <w:rPr>
          <w:rFonts w:ascii="Times New Roman" w:hAnsi="Times New Roman" w:cs="Times New Roman"/>
          <w:b/>
          <w:sz w:val="26"/>
          <w:szCs w:val="26"/>
        </w:rPr>
        <w:t>ứ</w:t>
      </w:r>
      <w:r w:rsidRPr="00CD507A">
        <w:rPr>
          <w:rFonts w:ascii="Times New Roman" w:hAnsi="Times New Roman" w:cs="Times New Roman"/>
          <w:b/>
          <w:sz w:val="26"/>
          <w:szCs w:val="26"/>
        </w:rPr>
        <w:t>c cá nhân</w:t>
      </w:r>
    </w:p>
    <w:p w:rsid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1) Trách nhi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="00CD507A">
        <w:rPr>
          <w:rFonts w:ascii="Times New Roman" w:hAnsi="Times New Roman" w:cs="Times New Roman"/>
          <w:sz w:val="26"/>
          <w:szCs w:val="26"/>
        </w:rPr>
        <w:t>m nêu gương: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Tôi xác đ</w:t>
      </w:r>
      <w:r w:rsidRPr="00CD507A">
        <w:rPr>
          <w:rFonts w:ascii="Times New Roman" w:hAnsi="Times New Roman" w:cs="Times New Roman"/>
          <w:sz w:val="26"/>
          <w:szCs w:val="26"/>
        </w:rPr>
        <w:t>ị</w:t>
      </w:r>
      <w:r w:rsidRPr="00CD507A">
        <w:rPr>
          <w:rFonts w:ascii="Times New Roman" w:hAnsi="Times New Roman" w:cs="Times New Roman"/>
          <w:sz w:val="26"/>
          <w:szCs w:val="26"/>
        </w:rPr>
        <w:t>nh nêu gương là chu</w:t>
      </w:r>
      <w:r w:rsidRPr="00CD507A">
        <w:rPr>
          <w:rFonts w:ascii="Times New Roman" w:hAnsi="Times New Roman" w:cs="Times New Roman"/>
          <w:sz w:val="26"/>
          <w:szCs w:val="26"/>
        </w:rPr>
        <w:t>ẩ</w:t>
      </w:r>
      <w:r w:rsidRPr="00CD507A">
        <w:rPr>
          <w:rFonts w:ascii="Times New Roman" w:hAnsi="Times New Roman" w:cs="Times New Roman"/>
          <w:sz w:val="26"/>
          <w:szCs w:val="26"/>
        </w:rPr>
        <w:t>n</w:t>
      </w:r>
      <w:r w:rsidRPr="00CD507A">
        <w:rPr>
          <w:rFonts w:ascii="Times New Roman" w:hAnsi="Times New Roman" w:cs="Times New Roman"/>
          <w:sz w:val="26"/>
          <w:szCs w:val="26"/>
        </w:rPr>
        <w:t xml:space="preserve"> m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 đ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o đ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 c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t lõi c</w:t>
      </w:r>
      <w:r w:rsidRPr="00CD507A">
        <w:rPr>
          <w:rFonts w:ascii="Times New Roman" w:hAnsi="Times New Roman" w:cs="Times New Roman"/>
          <w:sz w:val="26"/>
          <w:szCs w:val="26"/>
        </w:rPr>
        <w:t>ủ</w:t>
      </w:r>
      <w:r w:rsidRPr="00CD507A">
        <w:rPr>
          <w:rFonts w:ascii="Times New Roman" w:hAnsi="Times New Roman" w:cs="Times New Roman"/>
          <w:sz w:val="26"/>
          <w:szCs w:val="26"/>
        </w:rPr>
        <w:t>a ngư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i giáo viên. Nêu gương trong t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 xml:space="preserve">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c, trong lao đ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 xml:space="preserve">ng, trong 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ng x</w:t>
      </w:r>
      <w:r w:rsidRPr="00CD507A">
        <w:rPr>
          <w:rFonts w:ascii="Times New Roman" w:hAnsi="Times New Roman" w:cs="Times New Roman"/>
          <w:sz w:val="26"/>
          <w:szCs w:val="26"/>
        </w:rPr>
        <w:t>ử</w:t>
      </w:r>
      <w:r w:rsidRPr="00CD507A">
        <w:rPr>
          <w:rFonts w:ascii="Times New Roman" w:hAnsi="Times New Roman" w:cs="Times New Roman"/>
          <w:sz w:val="26"/>
          <w:szCs w:val="26"/>
        </w:rPr>
        <w:t xml:space="preserve">; nêu gương </w:t>
      </w:r>
      <w:r w:rsidRPr="00CD507A">
        <w:rPr>
          <w:rFonts w:ascii="Times New Roman" w:hAnsi="Times New Roman" w:cs="Times New Roman"/>
          <w:sz w:val="26"/>
          <w:szCs w:val="26"/>
        </w:rPr>
        <w:t>ở</w:t>
      </w:r>
      <w:r w:rsidRPr="00CD507A">
        <w:rPr>
          <w:rFonts w:ascii="Times New Roman" w:hAnsi="Times New Roman" w:cs="Times New Roman"/>
          <w:sz w:val="26"/>
          <w:szCs w:val="26"/>
        </w:rPr>
        <w:t xml:space="preserve"> vi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c đúng gi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, minh b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ch trong đánh giá, công tâm trong khen – chê; ti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t ki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m, ch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ng lãng phí, gi</w:t>
      </w:r>
      <w:r w:rsidRPr="00CD507A">
        <w:rPr>
          <w:rFonts w:ascii="Times New Roman" w:hAnsi="Times New Roman" w:cs="Times New Roman"/>
          <w:sz w:val="26"/>
          <w:szCs w:val="26"/>
        </w:rPr>
        <w:t>ữ</w:t>
      </w:r>
      <w:r w:rsidRPr="00CD507A">
        <w:rPr>
          <w:rFonts w:ascii="Times New Roman" w:hAnsi="Times New Roman" w:cs="Times New Roman"/>
          <w:sz w:val="26"/>
          <w:szCs w:val="26"/>
        </w:rPr>
        <w:t xml:space="preserve"> gìn tài s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n công.</w:t>
      </w:r>
    </w:p>
    <w:p w:rsid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2)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="00CD507A">
        <w:rPr>
          <w:rFonts w:ascii="Times New Roman" w:hAnsi="Times New Roman" w:cs="Times New Roman"/>
          <w:sz w:val="26"/>
          <w:szCs w:val="26"/>
        </w:rPr>
        <w:t>p và làm theo Bác: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V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n</w:t>
      </w:r>
      <w:r w:rsidRPr="00CD507A">
        <w:rPr>
          <w:rFonts w:ascii="Times New Roman" w:hAnsi="Times New Roman" w:cs="Times New Roman"/>
          <w:sz w:val="26"/>
          <w:szCs w:val="26"/>
        </w:rPr>
        <w:t xml:space="preserve"> d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ng tinh th</w:t>
      </w:r>
      <w:r w:rsidRPr="00CD507A">
        <w:rPr>
          <w:rFonts w:ascii="Times New Roman" w:hAnsi="Times New Roman" w:cs="Times New Roman"/>
          <w:sz w:val="26"/>
          <w:szCs w:val="26"/>
        </w:rPr>
        <w:t>ầ</w:t>
      </w:r>
      <w:r w:rsidRPr="00CD507A">
        <w:rPr>
          <w:rFonts w:ascii="Times New Roman" w:hAnsi="Times New Roman" w:cs="Times New Roman"/>
          <w:sz w:val="26"/>
          <w:szCs w:val="26"/>
        </w:rPr>
        <w:t>n g</w:t>
      </w:r>
      <w:r w:rsidRPr="00CD507A">
        <w:rPr>
          <w:rFonts w:ascii="Times New Roman" w:hAnsi="Times New Roman" w:cs="Times New Roman"/>
          <w:sz w:val="26"/>
          <w:szCs w:val="26"/>
        </w:rPr>
        <w:t>ầ</w:t>
      </w:r>
      <w:r w:rsidRPr="00CD507A">
        <w:rPr>
          <w:rFonts w:ascii="Times New Roman" w:hAnsi="Times New Roman" w:cs="Times New Roman"/>
          <w:sz w:val="26"/>
          <w:szCs w:val="26"/>
        </w:rPr>
        <w:t>n dân, tr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ng dân, nói đi đôi v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i làm; tác phong khoa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c, làm vi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c có k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 xml:space="preserve"> ho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ch; chú tr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ng 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u qu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, tránh hình th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c; rèn luy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n phong cách nêu gương gi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n d</w:t>
      </w:r>
      <w:r w:rsidRPr="00CD507A">
        <w:rPr>
          <w:rFonts w:ascii="Times New Roman" w:hAnsi="Times New Roman" w:cs="Times New Roman"/>
          <w:sz w:val="26"/>
          <w:szCs w:val="26"/>
        </w:rPr>
        <w:t>ị</w:t>
      </w:r>
      <w:r w:rsidRPr="00CD507A">
        <w:rPr>
          <w:rFonts w:ascii="Times New Roman" w:hAnsi="Times New Roman" w:cs="Times New Roman"/>
          <w:sz w:val="26"/>
          <w:szCs w:val="26"/>
        </w:rPr>
        <w:t xml:space="preserve"> mà thuy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t ph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c b</w:t>
      </w:r>
      <w:r w:rsidRPr="00CD507A">
        <w:rPr>
          <w:rFonts w:ascii="Times New Roman" w:hAnsi="Times New Roman" w:cs="Times New Roman"/>
          <w:sz w:val="26"/>
          <w:szCs w:val="26"/>
        </w:rPr>
        <w:t>ằ</w:t>
      </w:r>
      <w:r w:rsidRPr="00CD507A">
        <w:rPr>
          <w:rFonts w:ascii="Times New Roman" w:hAnsi="Times New Roman" w:cs="Times New Roman"/>
          <w:sz w:val="26"/>
          <w:szCs w:val="26"/>
        </w:rPr>
        <w:t>ng vi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c làm c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 xml:space="preserve"> th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>.</w:t>
      </w:r>
    </w:p>
    <w:p w:rsid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3) Xây d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ng văn hóa nhà trư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="00CD507A">
        <w:rPr>
          <w:rFonts w:ascii="Times New Roman" w:hAnsi="Times New Roman" w:cs="Times New Roman"/>
          <w:sz w:val="26"/>
          <w:szCs w:val="26"/>
        </w:rPr>
        <w:t>ng: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Thúc đ</w:t>
      </w:r>
      <w:r w:rsidRPr="00CD507A">
        <w:rPr>
          <w:rFonts w:ascii="Times New Roman" w:hAnsi="Times New Roman" w:cs="Times New Roman"/>
          <w:sz w:val="26"/>
          <w:szCs w:val="26"/>
        </w:rPr>
        <w:t>ẩ</w:t>
      </w:r>
      <w:r w:rsidRPr="00CD507A">
        <w:rPr>
          <w:rFonts w:ascii="Times New Roman" w:hAnsi="Times New Roman" w:cs="Times New Roman"/>
          <w:sz w:val="26"/>
          <w:szCs w:val="26"/>
        </w:rPr>
        <w:t>y giao</w:t>
      </w:r>
      <w:r w:rsidRPr="00CD507A">
        <w:rPr>
          <w:rFonts w:ascii="Times New Roman" w:hAnsi="Times New Roman" w:cs="Times New Roman"/>
          <w:sz w:val="26"/>
          <w:szCs w:val="26"/>
        </w:rPr>
        <w:t xml:space="preserve"> ti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p tôn tr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ng, l</w:t>
      </w:r>
      <w:r w:rsidRPr="00CD507A">
        <w:rPr>
          <w:rFonts w:ascii="Times New Roman" w:hAnsi="Times New Roman" w:cs="Times New Roman"/>
          <w:sz w:val="26"/>
          <w:szCs w:val="26"/>
        </w:rPr>
        <w:t>ắ</w:t>
      </w:r>
      <w:r w:rsidRPr="00CD507A">
        <w:rPr>
          <w:rFonts w:ascii="Times New Roman" w:hAnsi="Times New Roman" w:cs="Times New Roman"/>
          <w:sz w:val="26"/>
          <w:szCs w:val="26"/>
        </w:rPr>
        <w:t>ng nghe; phát tri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>n môi trư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an toàn – thân thi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n; phòng ch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ng b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o l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đư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ng; tăng cư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ho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t đ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>ng tr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i nghi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m, tình nguy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n, giáo d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c giá tr</w:t>
      </w:r>
      <w:r w:rsidRPr="00CD507A">
        <w:rPr>
          <w:rFonts w:ascii="Times New Roman" w:hAnsi="Times New Roman" w:cs="Times New Roman"/>
          <w:sz w:val="26"/>
          <w:szCs w:val="26"/>
        </w:rPr>
        <w:t>ị</w:t>
      </w:r>
      <w:r w:rsidRPr="00CD507A">
        <w:rPr>
          <w:rFonts w:ascii="Times New Roman" w:hAnsi="Times New Roman" w:cs="Times New Roman"/>
          <w:sz w:val="26"/>
          <w:szCs w:val="26"/>
        </w:rPr>
        <w:t xml:space="preserve"> s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ng và k</w:t>
      </w:r>
      <w:r w:rsidRPr="00CD507A">
        <w:rPr>
          <w:rFonts w:ascii="Times New Roman" w:hAnsi="Times New Roman" w:cs="Times New Roman"/>
          <w:sz w:val="26"/>
          <w:szCs w:val="26"/>
        </w:rPr>
        <w:t>ỹ</w:t>
      </w:r>
      <w:r w:rsidRPr="00CD507A">
        <w:rPr>
          <w:rFonts w:ascii="Times New Roman" w:hAnsi="Times New Roman" w:cs="Times New Roman"/>
          <w:sz w:val="26"/>
          <w:szCs w:val="26"/>
        </w:rPr>
        <w:t xml:space="preserve"> năng s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ng.</w:t>
      </w:r>
    </w:p>
    <w:p w:rsidR="00CD507A" w:rsidRDefault="00CD507A" w:rsidP="00CD507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7E4C86" w:rsidRPr="00CD507A">
        <w:rPr>
          <w:rFonts w:ascii="Times New Roman" w:hAnsi="Times New Roman" w:cs="Times New Roman"/>
          <w:sz w:val="26"/>
          <w:szCs w:val="26"/>
        </w:rPr>
        <w:t>Đ</w:t>
      </w:r>
      <w:r w:rsidR="007E4C86" w:rsidRPr="00CD507A">
        <w:rPr>
          <w:rFonts w:ascii="Times New Roman" w:hAnsi="Times New Roman" w:cs="Times New Roman"/>
          <w:sz w:val="26"/>
          <w:szCs w:val="26"/>
        </w:rPr>
        <w:t>ổ</w:t>
      </w:r>
      <w:r w:rsidR="007E4C86" w:rsidRPr="00CD507A">
        <w:rPr>
          <w:rFonts w:ascii="Times New Roman" w:hAnsi="Times New Roman" w:cs="Times New Roman"/>
          <w:sz w:val="26"/>
          <w:szCs w:val="26"/>
        </w:rPr>
        <w:t>i m</w:t>
      </w:r>
      <w:r w:rsidR="007E4C86" w:rsidRPr="00CD507A">
        <w:rPr>
          <w:rFonts w:ascii="Times New Roman" w:hAnsi="Times New Roman" w:cs="Times New Roman"/>
          <w:sz w:val="26"/>
          <w:szCs w:val="26"/>
        </w:rPr>
        <w:t>ớ</w:t>
      </w:r>
      <w:r w:rsidR="007E4C86" w:rsidRPr="00CD507A">
        <w:rPr>
          <w:rFonts w:ascii="Times New Roman" w:hAnsi="Times New Roman" w:cs="Times New Roman"/>
          <w:sz w:val="26"/>
          <w:szCs w:val="26"/>
        </w:rPr>
        <w:t>i d</w:t>
      </w:r>
      <w:r w:rsidR="007E4C86" w:rsidRPr="00CD507A">
        <w:rPr>
          <w:rFonts w:ascii="Times New Roman" w:hAnsi="Times New Roman" w:cs="Times New Roman"/>
          <w:sz w:val="26"/>
          <w:szCs w:val="26"/>
        </w:rPr>
        <w:t>ạ</w:t>
      </w:r>
      <w:r w:rsidR="007E4C86" w:rsidRPr="00CD507A">
        <w:rPr>
          <w:rFonts w:ascii="Times New Roman" w:hAnsi="Times New Roman" w:cs="Times New Roman"/>
          <w:sz w:val="26"/>
          <w:szCs w:val="26"/>
        </w:rPr>
        <w:t>y h</w:t>
      </w:r>
      <w:r w:rsidR="007E4C86" w:rsidRPr="00CD507A">
        <w:rPr>
          <w:rFonts w:ascii="Times New Roman" w:hAnsi="Times New Roman" w:cs="Times New Roman"/>
          <w:sz w:val="26"/>
          <w:szCs w:val="26"/>
        </w:rPr>
        <w:t>ọ</w:t>
      </w:r>
      <w:r>
        <w:rPr>
          <w:rFonts w:ascii="Times New Roman" w:hAnsi="Times New Roman" w:cs="Times New Roman"/>
          <w:sz w:val="26"/>
          <w:szCs w:val="26"/>
        </w:rPr>
        <w:t>c: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Thi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t k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 xml:space="preserve"> bài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theo hư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ng m</w:t>
      </w:r>
      <w:r w:rsidRPr="00CD507A">
        <w:rPr>
          <w:rFonts w:ascii="Times New Roman" w:hAnsi="Times New Roman" w:cs="Times New Roman"/>
          <w:sz w:val="26"/>
          <w:szCs w:val="26"/>
        </w:rPr>
        <w:t>ở</w:t>
      </w:r>
      <w:r w:rsidRPr="00CD507A">
        <w:rPr>
          <w:rFonts w:ascii="Times New Roman" w:hAnsi="Times New Roman" w:cs="Times New Roman"/>
          <w:sz w:val="26"/>
          <w:szCs w:val="26"/>
        </w:rPr>
        <w:t>; chú tr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ng ho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 xml:space="preserve">t </w:t>
      </w:r>
      <w:r w:rsidRPr="00CD507A">
        <w:rPr>
          <w:rFonts w:ascii="Times New Roman" w:hAnsi="Times New Roman" w:cs="Times New Roman"/>
          <w:sz w:val="26"/>
          <w:szCs w:val="26"/>
        </w:rPr>
        <w:t>đ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>ng c</w:t>
      </w:r>
      <w:r w:rsidRPr="00CD507A">
        <w:rPr>
          <w:rFonts w:ascii="Times New Roman" w:hAnsi="Times New Roman" w:cs="Times New Roman"/>
          <w:sz w:val="26"/>
          <w:szCs w:val="26"/>
        </w:rPr>
        <w:t>ủ</w:t>
      </w:r>
      <w:r w:rsidRPr="00CD507A">
        <w:rPr>
          <w:rFonts w:ascii="Times New Roman" w:hAnsi="Times New Roman" w:cs="Times New Roman"/>
          <w:sz w:val="26"/>
          <w:szCs w:val="26"/>
        </w:rPr>
        <w:t>a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sinh; đa d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ng hóa phương pháp (th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o lu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n, d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 xml:space="preserve"> án, tình hu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ng, trò chơi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p); tăng cư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đánh giá thư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xuyên, ph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n h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>i k</w:t>
      </w:r>
      <w:r w:rsidRPr="00CD507A">
        <w:rPr>
          <w:rFonts w:ascii="Times New Roman" w:hAnsi="Times New Roman" w:cs="Times New Roman"/>
          <w:sz w:val="26"/>
          <w:szCs w:val="26"/>
        </w:rPr>
        <w:t>ị</w:t>
      </w:r>
      <w:r w:rsidRPr="00CD507A">
        <w:rPr>
          <w:rFonts w:ascii="Times New Roman" w:hAnsi="Times New Roman" w:cs="Times New Roman"/>
          <w:sz w:val="26"/>
          <w:szCs w:val="26"/>
        </w:rPr>
        <w:t>p th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i đ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 xml:space="preserve"> h</w:t>
      </w:r>
      <w:r w:rsidRPr="00CD507A">
        <w:rPr>
          <w:rFonts w:ascii="Times New Roman" w:hAnsi="Times New Roman" w:cs="Times New Roman"/>
          <w:sz w:val="26"/>
          <w:szCs w:val="26"/>
        </w:rPr>
        <w:t>ỗ</w:t>
      </w:r>
      <w:r w:rsidRPr="00CD507A">
        <w:rPr>
          <w:rFonts w:ascii="Times New Roman" w:hAnsi="Times New Roman" w:cs="Times New Roman"/>
          <w:sz w:val="26"/>
          <w:szCs w:val="26"/>
        </w:rPr>
        <w:t xml:space="preserve"> tr</w:t>
      </w:r>
      <w:r w:rsidRPr="00CD507A">
        <w:rPr>
          <w:rFonts w:ascii="Times New Roman" w:hAnsi="Times New Roman" w:cs="Times New Roman"/>
          <w:sz w:val="26"/>
          <w:szCs w:val="26"/>
        </w:rPr>
        <w:t>ợ</w:t>
      </w:r>
      <w:r w:rsidRPr="00CD507A">
        <w:rPr>
          <w:rFonts w:ascii="Times New Roman" w:hAnsi="Times New Roman" w:cs="Times New Roman"/>
          <w:sz w:val="26"/>
          <w:szCs w:val="26"/>
        </w:rPr>
        <w:t xml:space="preserve"> s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 xml:space="preserve"> ti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n b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 xml:space="preserve"> c</w:t>
      </w:r>
      <w:r w:rsidRPr="00CD507A">
        <w:rPr>
          <w:rFonts w:ascii="Times New Roman" w:hAnsi="Times New Roman" w:cs="Times New Roman"/>
          <w:sz w:val="26"/>
          <w:szCs w:val="26"/>
        </w:rPr>
        <w:t>ủ</w:t>
      </w:r>
      <w:r w:rsidRPr="00CD507A">
        <w:rPr>
          <w:rFonts w:ascii="Times New Roman" w:hAnsi="Times New Roman" w:cs="Times New Roman"/>
          <w:sz w:val="26"/>
          <w:szCs w:val="26"/>
        </w:rPr>
        <w:t>a t</w:t>
      </w:r>
      <w:r w:rsidRPr="00CD507A">
        <w:rPr>
          <w:rFonts w:ascii="Times New Roman" w:hAnsi="Times New Roman" w:cs="Times New Roman"/>
          <w:sz w:val="26"/>
          <w:szCs w:val="26"/>
        </w:rPr>
        <w:t>ừ</w:t>
      </w:r>
      <w:r w:rsidRPr="00CD507A">
        <w:rPr>
          <w:rFonts w:ascii="Times New Roman" w:hAnsi="Times New Roman" w:cs="Times New Roman"/>
          <w:sz w:val="26"/>
          <w:szCs w:val="26"/>
        </w:rPr>
        <w:t>ng em.</w:t>
      </w:r>
    </w:p>
    <w:p w:rsid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5) Ph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i h</w:t>
      </w:r>
      <w:r w:rsidRPr="00CD507A">
        <w:rPr>
          <w:rFonts w:ascii="Times New Roman" w:hAnsi="Times New Roman" w:cs="Times New Roman"/>
          <w:sz w:val="26"/>
          <w:szCs w:val="26"/>
        </w:rPr>
        <w:t>ợ</w:t>
      </w:r>
      <w:r w:rsidRPr="00CD507A">
        <w:rPr>
          <w:rFonts w:ascii="Times New Roman" w:hAnsi="Times New Roman" w:cs="Times New Roman"/>
          <w:sz w:val="26"/>
          <w:szCs w:val="26"/>
        </w:rPr>
        <w:t>p nhà trư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– gia đình – xã h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="00CD507A">
        <w:rPr>
          <w:rFonts w:ascii="Times New Roman" w:hAnsi="Times New Roman" w:cs="Times New Roman"/>
          <w:sz w:val="26"/>
          <w:szCs w:val="26"/>
        </w:rPr>
        <w:t>i:</w:t>
      </w:r>
    </w:p>
    <w:p w:rsidR="00B15648" w:rsidRPr="00CD507A" w:rsidRDefault="007E4C86" w:rsidP="00CD507A">
      <w:pPr>
        <w:ind w:firstLine="36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Xây d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ng kênh thông tin hai chi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>u</w:t>
      </w:r>
      <w:r w:rsidRPr="00CD507A">
        <w:rPr>
          <w:rFonts w:ascii="Times New Roman" w:hAnsi="Times New Roman" w:cs="Times New Roman"/>
          <w:sz w:val="26"/>
          <w:szCs w:val="26"/>
        </w:rPr>
        <w:t>; t</w:t>
      </w:r>
      <w:r w:rsidRPr="00CD507A">
        <w:rPr>
          <w:rFonts w:ascii="Times New Roman" w:hAnsi="Times New Roman" w:cs="Times New Roman"/>
          <w:sz w:val="26"/>
          <w:szCs w:val="26"/>
        </w:rPr>
        <w:t>ổ</w:t>
      </w:r>
      <w:r w:rsidRPr="00CD507A">
        <w:rPr>
          <w:rFonts w:ascii="Times New Roman" w:hAnsi="Times New Roman" w:cs="Times New Roman"/>
          <w:sz w:val="26"/>
          <w:szCs w:val="26"/>
        </w:rPr>
        <w:t xml:space="preserve"> ch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 chuyên đ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ph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 xml:space="preserve"> huynh v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đ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>ng hành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p, an toàn s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; k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t n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i doanh nghi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p, trung tâm văn hóa – th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 xml:space="preserve"> thao – khoa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đ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 xml:space="preserve"> m</w:t>
      </w:r>
      <w:r w:rsidRPr="00CD507A">
        <w:rPr>
          <w:rFonts w:ascii="Times New Roman" w:hAnsi="Times New Roman" w:cs="Times New Roman"/>
          <w:sz w:val="26"/>
          <w:szCs w:val="26"/>
        </w:rPr>
        <w:t>ở</w:t>
      </w:r>
      <w:r w:rsidRPr="00CD507A">
        <w:rPr>
          <w:rFonts w:ascii="Times New Roman" w:hAnsi="Times New Roman" w:cs="Times New Roman"/>
          <w:sz w:val="26"/>
          <w:szCs w:val="26"/>
        </w:rPr>
        <w:t xml:space="preserve"> r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>ng không gian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p.</w:t>
      </w:r>
    </w:p>
    <w:p w:rsidR="00B15648" w:rsidRPr="00CD507A" w:rsidRDefault="007E4C86">
      <w:pPr>
        <w:pStyle w:val="ListBullet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Làm gương 05 vi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c c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 xml:space="preserve"> th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>: đúng gi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 xml:space="preserve"> – chu</w:t>
      </w:r>
      <w:r w:rsidRPr="00CD507A">
        <w:rPr>
          <w:rFonts w:ascii="Times New Roman" w:hAnsi="Times New Roman" w:cs="Times New Roman"/>
          <w:sz w:val="26"/>
          <w:szCs w:val="26"/>
        </w:rPr>
        <w:t>ẩ</w:t>
      </w:r>
      <w:r w:rsidRPr="00CD507A">
        <w:rPr>
          <w:rFonts w:ascii="Times New Roman" w:hAnsi="Times New Roman" w:cs="Times New Roman"/>
          <w:sz w:val="26"/>
          <w:szCs w:val="26"/>
        </w:rPr>
        <w:t>n b</w:t>
      </w:r>
      <w:r w:rsidRPr="00CD507A">
        <w:rPr>
          <w:rFonts w:ascii="Times New Roman" w:hAnsi="Times New Roman" w:cs="Times New Roman"/>
          <w:sz w:val="26"/>
          <w:szCs w:val="26"/>
        </w:rPr>
        <w:t>ị</w:t>
      </w:r>
      <w:r w:rsidRPr="00CD507A">
        <w:rPr>
          <w:rFonts w:ascii="Times New Roman" w:hAnsi="Times New Roman" w:cs="Times New Roman"/>
          <w:sz w:val="26"/>
          <w:szCs w:val="26"/>
        </w:rPr>
        <w:t xml:space="preserve"> k</w:t>
      </w:r>
      <w:r w:rsidRPr="00CD507A">
        <w:rPr>
          <w:rFonts w:ascii="Times New Roman" w:hAnsi="Times New Roman" w:cs="Times New Roman"/>
          <w:sz w:val="26"/>
          <w:szCs w:val="26"/>
        </w:rPr>
        <w:t>ỹ</w:t>
      </w:r>
      <w:r w:rsidRPr="00CD507A">
        <w:rPr>
          <w:rFonts w:ascii="Times New Roman" w:hAnsi="Times New Roman" w:cs="Times New Roman"/>
          <w:sz w:val="26"/>
          <w:szCs w:val="26"/>
        </w:rPr>
        <w:t xml:space="preserve"> – công tâm – ti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t ki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m – nói l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i tích c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c;</w:t>
      </w:r>
    </w:p>
    <w:p w:rsidR="00B15648" w:rsidRPr="00CD507A" w:rsidRDefault="007E4C86">
      <w:pPr>
        <w:pStyle w:val="ListBullet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Công kh</w:t>
      </w:r>
      <w:r w:rsidRPr="00CD507A">
        <w:rPr>
          <w:rFonts w:ascii="Times New Roman" w:hAnsi="Times New Roman" w:cs="Times New Roman"/>
          <w:sz w:val="26"/>
          <w:szCs w:val="26"/>
        </w:rPr>
        <w:t>ai tiêu chí đánh giá; ti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p nh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n góp ý qua kênh tr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 tuy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n;</w:t>
      </w:r>
    </w:p>
    <w:p w:rsidR="00B15648" w:rsidRPr="00CD507A" w:rsidRDefault="007E4C86" w:rsidP="00CD507A">
      <w:pPr>
        <w:pStyle w:val="ListBullet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T</w:t>
      </w:r>
      <w:r w:rsidRPr="00CD507A">
        <w:rPr>
          <w:rFonts w:ascii="Times New Roman" w:hAnsi="Times New Roman" w:cs="Times New Roman"/>
          <w:sz w:val="26"/>
          <w:szCs w:val="26"/>
        </w:rPr>
        <w:t>ổ</w:t>
      </w:r>
      <w:r w:rsidRPr="00CD507A">
        <w:rPr>
          <w:rFonts w:ascii="Times New Roman" w:hAnsi="Times New Roman" w:cs="Times New Roman"/>
          <w:sz w:val="26"/>
          <w:szCs w:val="26"/>
        </w:rPr>
        <w:t xml:space="preserve"> ch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 02 chuyên đ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ph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i h</w:t>
      </w:r>
      <w:r w:rsidRPr="00CD507A">
        <w:rPr>
          <w:rFonts w:ascii="Times New Roman" w:hAnsi="Times New Roman" w:cs="Times New Roman"/>
          <w:sz w:val="26"/>
          <w:szCs w:val="26"/>
        </w:rPr>
        <w:t>ợ</w:t>
      </w:r>
      <w:r w:rsidRPr="00CD507A">
        <w:rPr>
          <w:rFonts w:ascii="Times New Roman" w:hAnsi="Times New Roman" w:cs="Times New Roman"/>
          <w:sz w:val="26"/>
          <w:szCs w:val="26"/>
        </w:rPr>
        <w:t>p ph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 xml:space="preserve"> huynh (k</w:t>
      </w:r>
      <w:r w:rsidRPr="00CD507A">
        <w:rPr>
          <w:rFonts w:ascii="Times New Roman" w:hAnsi="Times New Roman" w:cs="Times New Roman"/>
          <w:sz w:val="26"/>
          <w:szCs w:val="26"/>
        </w:rPr>
        <w:t>ỷ</w:t>
      </w:r>
      <w:r w:rsidRPr="00CD507A">
        <w:rPr>
          <w:rFonts w:ascii="Times New Roman" w:hAnsi="Times New Roman" w:cs="Times New Roman"/>
          <w:sz w:val="26"/>
          <w:szCs w:val="26"/>
        </w:rPr>
        <w:t xml:space="preserve"> lu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t tích c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c; an toàn m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ng).</w:t>
      </w: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b/>
          <w:sz w:val="26"/>
          <w:szCs w:val="26"/>
        </w:rPr>
        <w:t>Ph</w:t>
      </w:r>
      <w:r w:rsidRPr="00CD507A">
        <w:rPr>
          <w:rFonts w:ascii="Times New Roman" w:hAnsi="Times New Roman" w:cs="Times New Roman"/>
          <w:b/>
          <w:sz w:val="26"/>
          <w:szCs w:val="26"/>
        </w:rPr>
        <w:t>ầ</w:t>
      </w:r>
      <w:r w:rsidRPr="00CD507A">
        <w:rPr>
          <w:rFonts w:ascii="Times New Roman" w:hAnsi="Times New Roman" w:cs="Times New Roman"/>
          <w:b/>
          <w:sz w:val="26"/>
          <w:szCs w:val="26"/>
        </w:rPr>
        <w:t>n III. Liên h</w:t>
      </w:r>
      <w:r w:rsidRPr="00CD507A">
        <w:rPr>
          <w:rFonts w:ascii="Times New Roman" w:hAnsi="Times New Roman" w:cs="Times New Roman"/>
          <w:b/>
          <w:sz w:val="26"/>
          <w:szCs w:val="26"/>
        </w:rPr>
        <w:t>ệ</w:t>
      </w:r>
      <w:r w:rsidRPr="00CD507A">
        <w:rPr>
          <w:rFonts w:ascii="Times New Roman" w:hAnsi="Times New Roman" w:cs="Times New Roman"/>
          <w:b/>
          <w:sz w:val="26"/>
          <w:szCs w:val="26"/>
        </w:rPr>
        <w:t xml:space="preserve"> b</w:t>
      </w:r>
      <w:r w:rsidRPr="00CD507A">
        <w:rPr>
          <w:rFonts w:ascii="Times New Roman" w:hAnsi="Times New Roman" w:cs="Times New Roman"/>
          <w:b/>
          <w:sz w:val="26"/>
          <w:szCs w:val="26"/>
        </w:rPr>
        <w:t>ả</w:t>
      </w:r>
      <w:r w:rsidRPr="00CD507A">
        <w:rPr>
          <w:rFonts w:ascii="Times New Roman" w:hAnsi="Times New Roman" w:cs="Times New Roman"/>
          <w:b/>
          <w:sz w:val="26"/>
          <w:szCs w:val="26"/>
        </w:rPr>
        <w:t>n thân và phương hư</w:t>
      </w:r>
      <w:r w:rsidRPr="00CD507A">
        <w:rPr>
          <w:rFonts w:ascii="Times New Roman" w:hAnsi="Times New Roman" w:cs="Times New Roman"/>
          <w:b/>
          <w:sz w:val="26"/>
          <w:szCs w:val="26"/>
        </w:rPr>
        <w:t>ớ</w:t>
      </w:r>
      <w:r w:rsidRPr="00CD507A">
        <w:rPr>
          <w:rFonts w:ascii="Times New Roman" w:hAnsi="Times New Roman" w:cs="Times New Roman"/>
          <w:b/>
          <w:sz w:val="26"/>
          <w:szCs w:val="26"/>
        </w:rPr>
        <w:t>ng rèn luy</w:t>
      </w:r>
      <w:r w:rsidRPr="00CD507A">
        <w:rPr>
          <w:rFonts w:ascii="Times New Roman" w:hAnsi="Times New Roman" w:cs="Times New Roman"/>
          <w:b/>
          <w:sz w:val="26"/>
          <w:szCs w:val="26"/>
        </w:rPr>
        <w:t>ệ</w:t>
      </w:r>
      <w:r w:rsidRPr="00CD507A">
        <w:rPr>
          <w:rFonts w:ascii="Times New Roman" w:hAnsi="Times New Roman" w:cs="Times New Roman"/>
          <w:b/>
          <w:sz w:val="26"/>
          <w:szCs w:val="26"/>
        </w:rPr>
        <w:t>n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lastRenderedPageBreak/>
        <w:t>Ưu đi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>m: Tư th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 xml:space="preserve"> – tác phong chu</w:t>
      </w:r>
      <w:r w:rsidRPr="00CD507A">
        <w:rPr>
          <w:rFonts w:ascii="Times New Roman" w:hAnsi="Times New Roman" w:cs="Times New Roman"/>
          <w:sz w:val="26"/>
          <w:szCs w:val="26"/>
        </w:rPr>
        <w:t>ẩ</w:t>
      </w:r>
      <w:r w:rsidRPr="00CD507A">
        <w:rPr>
          <w:rFonts w:ascii="Times New Roman" w:hAnsi="Times New Roman" w:cs="Times New Roman"/>
          <w:sz w:val="26"/>
          <w:szCs w:val="26"/>
        </w:rPr>
        <w:t>n m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c; tinh th</w:t>
      </w:r>
      <w:r w:rsidRPr="00CD507A">
        <w:rPr>
          <w:rFonts w:ascii="Times New Roman" w:hAnsi="Times New Roman" w:cs="Times New Roman"/>
          <w:sz w:val="26"/>
          <w:szCs w:val="26"/>
        </w:rPr>
        <w:t>ầ</w:t>
      </w:r>
      <w:r w:rsidRPr="00CD507A">
        <w:rPr>
          <w:rFonts w:ascii="Times New Roman" w:hAnsi="Times New Roman" w:cs="Times New Roman"/>
          <w:sz w:val="26"/>
          <w:szCs w:val="26"/>
        </w:rPr>
        <w:t>n trách nhi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m; k</w:t>
      </w:r>
      <w:r w:rsidRPr="00CD507A">
        <w:rPr>
          <w:rFonts w:ascii="Times New Roman" w:hAnsi="Times New Roman" w:cs="Times New Roman"/>
          <w:sz w:val="26"/>
          <w:szCs w:val="26"/>
        </w:rPr>
        <w:t>ỹ</w:t>
      </w:r>
      <w:r w:rsidRPr="00CD507A">
        <w:rPr>
          <w:rFonts w:ascii="Times New Roman" w:hAnsi="Times New Roman" w:cs="Times New Roman"/>
          <w:sz w:val="26"/>
          <w:szCs w:val="26"/>
        </w:rPr>
        <w:t xml:space="preserve"> </w:t>
      </w:r>
      <w:r w:rsidRPr="00CD507A">
        <w:rPr>
          <w:rFonts w:ascii="Times New Roman" w:hAnsi="Times New Roman" w:cs="Times New Roman"/>
          <w:sz w:val="26"/>
          <w:szCs w:val="26"/>
        </w:rPr>
        <w:t>năng t</w:t>
      </w:r>
      <w:r w:rsidRPr="00CD507A">
        <w:rPr>
          <w:rFonts w:ascii="Times New Roman" w:hAnsi="Times New Roman" w:cs="Times New Roman"/>
          <w:sz w:val="26"/>
          <w:szCs w:val="26"/>
        </w:rPr>
        <w:t>ổ</w:t>
      </w:r>
      <w:r w:rsidRPr="00CD507A">
        <w:rPr>
          <w:rFonts w:ascii="Times New Roman" w:hAnsi="Times New Roman" w:cs="Times New Roman"/>
          <w:sz w:val="26"/>
          <w:szCs w:val="26"/>
        </w:rPr>
        <w:t xml:space="preserve"> ch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 l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p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c; quan tâm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sinh y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u – khó khăn; g</w:t>
      </w:r>
      <w:r w:rsidRPr="00CD507A">
        <w:rPr>
          <w:rFonts w:ascii="Times New Roman" w:hAnsi="Times New Roman" w:cs="Times New Roman"/>
          <w:sz w:val="26"/>
          <w:szCs w:val="26"/>
        </w:rPr>
        <w:t>ắ</w:t>
      </w:r>
      <w:r w:rsidRPr="00CD507A">
        <w:rPr>
          <w:rFonts w:ascii="Times New Roman" w:hAnsi="Times New Roman" w:cs="Times New Roman"/>
          <w:sz w:val="26"/>
          <w:szCs w:val="26"/>
        </w:rPr>
        <w:t>n k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t ph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 xml:space="preserve"> huynh 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u qu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.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H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n ch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: Chưa khai thác t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i đa minh ch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ng theo Chu</w:t>
      </w:r>
      <w:r w:rsidRPr="00CD507A">
        <w:rPr>
          <w:rFonts w:ascii="Times New Roman" w:hAnsi="Times New Roman" w:cs="Times New Roman"/>
          <w:sz w:val="26"/>
          <w:szCs w:val="26"/>
        </w:rPr>
        <w:t>ẩ</w:t>
      </w:r>
      <w:r w:rsidRPr="00CD507A">
        <w:rPr>
          <w:rFonts w:ascii="Times New Roman" w:hAnsi="Times New Roman" w:cs="Times New Roman"/>
          <w:sz w:val="26"/>
          <w:szCs w:val="26"/>
        </w:rPr>
        <w:t>n ngh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nghi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p; k</w:t>
      </w:r>
      <w:r w:rsidRPr="00CD507A">
        <w:rPr>
          <w:rFonts w:ascii="Times New Roman" w:hAnsi="Times New Roman" w:cs="Times New Roman"/>
          <w:sz w:val="26"/>
          <w:szCs w:val="26"/>
        </w:rPr>
        <w:t>ỹ</w:t>
      </w:r>
      <w:r w:rsidRPr="00CD507A">
        <w:rPr>
          <w:rFonts w:ascii="Times New Roman" w:hAnsi="Times New Roman" w:cs="Times New Roman"/>
          <w:sz w:val="26"/>
          <w:szCs w:val="26"/>
        </w:rPr>
        <w:t xml:space="preserve"> năng ph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>n h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>i cá th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 xml:space="preserve"> hóa còn ch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 xml:space="preserve">m </w:t>
      </w:r>
      <w:r w:rsidRPr="00CD507A">
        <w:rPr>
          <w:rFonts w:ascii="Times New Roman" w:hAnsi="Times New Roman" w:cs="Times New Roman"/>
          <w:sz w:val="26"/>
          <w:szCs w:val="26"/>
        </w:rPr>
        <w:t>ở</w:t>
      </w:r>
      <w:r w:rsidRPr="00CD507A">
        <w:rPr>
          <w:rFonts w:ascii="Times New Roman" w:hAnsi="Times New Roman" w:cs="Times New Roman"/>
          <w:sz w:val="26"/>
          <w:szCs w:val="26"/>
        </w:rPr>
        <w:t xml:space="preserve"> l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p đông; công tác nghiên c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u khoa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sư ph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 xml:space="preserve">m 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ng d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ng chưa thư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xuyên.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K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 xml:space="preserve"> ho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ch ph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n đ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u 2025–2026:</w:t>
      </w:r>
    </w:p>
    <w:p w:rsidR="00B15648" w:rsidRPr="00CD507A" w:rsidRDefault="007E4C86">
      <w:pPr>
        <w:pStyle w:val="ListBullet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Hoàn thi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n h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 xml:space="preserve"> sơ minh ch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ng 03 tiêu chí còn y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u c</w:t>
      </w:r>
      <w:r w:rsidRPr="00CD507A">
        <w:rPr>
          <w:rFonts w:ascii="Times New Roman" w:hAnsi="Times New Roman" w:cs="Times New Roman"/>
          <w:sz w:val="26"/>
          <w:szCs w:val="26"/>
        </w:rPr>
        <w:t>ủ</w:t>
      </w:r>
      <w:r w:rsidRPr="00CD507A">
        <w:rPr>
          <w:rFonts w:ascii="Times New Roman" w:hAnsi="Times New Roman" w:cs="Times New Roman"/>
          <w:sz w:val="26"/>
          <w:szCs w:val="26"/>
        </w:rPr>
        <w:t>a Chu</w:t>
      </w:r>
      <w:r w:rsidRPr="00CD507A">
        <w:rPr>
          <w:rFonts w:ascii="Times New Roman" w:hAnsi="Times New Roman" w:cs="Times New Roman"/>
          <w:sz w:val="26"/>
          <w:szCs w:val="26"/>
        </w:rPr>
        <w:t>ẩ</w:t>
      </w:r>
      <w:r w:rsidRPr="00CD507A">
        <w:rPr>
          <w:rFonts w:ascii="Times New Roman" w:hAnsi="Times New Roman" w:cs="Times New Roman"/>
          <w:sz w:val="26"/>
          <w:szCs w:val="26"/>
        </w:rPr>
        <w:t>n ngh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nghi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p;</w:t>
      </w:r>
    </w:p>
    <w:p w:rsidR="00B15648" w:rsidRPr="00CD507A" w:rsidRDefault="007E4C86">
      <w:pPr>
        <w:pStyle w:val="ListBullet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Th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 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n 01 đ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tài NCKH sư ph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 xml:space="preserve">m 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ng d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ng c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p trư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ng/t</w:t>
      </w:r>
      <w:r w:rsidRPr="00CD507A">
        <w:rPr>
          <w:rFonts w:ascii="Times New Roman" w:hAnsi="Times New Roman" w:cs="Times New Roman"/>
          <w:sz w:val="26"/>
          <w:szCs w:val="26"/>
        </w:rPr>
        <w:t>ổ</w:t>
      </w:r>
      <w:r w:rsidRPr="00CD507A">
        <w:rPr>
          <w:rFonts w:ascii="Times New Roman" w:hAnsi="Times New Roman" w:cs="Times New Roman"/>
          <w:sz w:val="26"/>
          <w:szCs w:val="26"/>
        </w:rPr>
        <w:t>;</w:t>
      </w:r>
    </w:p>
    <w:p w:rsidR="00B15648" w:rsidRPr="00CD507A" w:rsidRDefault="007E4C86">
      <w:pPr>
        <w:pStyle w:val="ListBullet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Tăng t</w:t>
      </w:r>
      <w:r w:rsidRPr="00CD507A">
        <w:rPr>
          <w:rFonts w:ascii="Times New Roman" w:hAnsi="Times New Roman" w:cs="Times New Roman"/>
          <w:sz w:val="26"/>
          <w:szCs w:val="26"/>
        </w:rPr>
        <w:t>ỷ</w:t>
      </w:r>
      <w:r w:rsidRPr="00CD507A">
        <w:rPr>
          <w:rFonts w:ascii="Times New Roman" w:hAnsi="Times New Roman" w:cs="Times New Roman"/>
          <w:sz w:val="26"/>
          <w:szCs w:val="26"/>
        </w:rPr>
        <w:t xml:space="preserve"> l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 xml:space="preserve">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sinh ti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n b</w:t>
      </w:r>
      <w:r w:rsidRPr="00CD507A">
        <w:rPr>
          <w:rFonts w:ascii="Times New Roman" w:hAnsi="Times New Roman" w:cs="Times New Roman"/>
          <w:sz w:val="26"/>
          <w:szCs w:val="26"/>
        </w:rPr>
        <w:t>ộ</w:t>
      </w:r>
      <w:r w:rsidRPr="00CD507A">
        <w:rPr>
          <w:rFonts w:ascii="Times New Roman" w:hAnsi="Times New Roman" w:cs="Times New Roman"/>
          <w:sz w:val="26"/>
          <w:szCs w:val="26"/>
        </w:rPr>
        <w:t xml:space="preserve"> qua đánh giá thư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xuyên thêm ≥ 10%;</w:t>
      </w:r>
    </w:p>
    <w:p w:rsidR="00B15648" w:rsidRPr="00CD507A" w:rsidRDefault="007E4C86">
      <w:pPr>
        <w:pStyle w:val="ListBullet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Xây d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>
        <w:rPr>
          <w:rFonts w:ascii="Times New Roman" w:hAnsi="Times New Roman" w:cs="Times New Roman"/>
          <w:sz w:val="26"/>
          <w:szCs w:val="26"/>
        </w:rPr>
        <w:t>ng “</w:t>
      </w:r>
      <w:r w:rsidRPr="00CD507A">
        <w:rPr>
          <w:rFonts w:ascii="Times New Roman" w:hAnsi="Times New Roman" w:cs="Times New Roman"/>
          <w:sz w:val="26"/>
          <w:szCs w:val="26"/>
        </w:rPr>
        <w:t xml:space="preserve">Ngày không </w:t>
      </w:r>
      <w:r>
        <w:rPr>
          <w:rFonts w:ascii="Times New Roman" w:hAnsi="Times New Roman" w:cs="Times New Roman"/>
          <w:sz w:val="26"/>
          <w:szCs w:val="26"/>
        </w:rPr>
        <w:t>phàn nàn”</w:t>
      </w:r>
      <w:bookmarkStart w:id="0" w:name="_GoBack"/>
      <w:bookmarkEnd w:id="0"/>
      <w:r w:rsidRPr="00CD507A">
        <w:rPr>
          <w:rFonts w:ascii="Times New Roman" w:hAnsi="Times New Roman" w:cs="Times New Roman"/>
          <w:sz w:val="26"/>
          <w:szCs w:val="26"/>
        </w:rPr>
        <w:t xml:space="preserve"> m</w:t>
      </w:r>
      <w:r w:rsidRPr="00CD507A">
        <w:rPr>
          <w:rFonts w:ascii="Times New Roman" w:hAnsi="Times New Roman" w:cs="Times New Roman"/>
          <w:sz w:val="26"/>
          <w:szCs w:val="26"/>
        </w:rPr>
        <w:t>ỗ</w:t>
      </w:r>
      <w:r w:rsidRPr="00CD507A">
        <w:rPr>
          <w:rFonts w:ascii="Times New Roman" w:hAnsi="Times New Roman" w:cs="Times New Roman"/>
          <w:sz w:val="26"/>
          <w:szCs w:val="26"/>
        </w:rPr>
        <w:t>i tu</w:t>
      </w:r>
      <w:r w:rsidRPr="00CD507A">
        <w:rPr>
          <w:rFonts w:ascii="Times New Roman" w:hAnsi="Times New Roman" w:cs="Times New Roman"/>
          <w:sz w:val="26"/>
          <w:szCs w:val="26"/>
        </w:rPr>
        <w:t>ầ</w:t>
      </w:r>
      <w:r w:rsidRPr="00CD507A">
        <w:rPr>
          <w:rFonts w:ascii="Times New Roman" w:hAnsi="Times New Roman" w:cs="Times New Roman"/>
          <w:sz w:val="26"/>
          <w:szCs w:val="26"/>
        </w:rPr>
        <w:t>n đ</w:t>
      </w:r>
      <w:r w:rsidRPr="00CD507A">
        <w:rPr>
          <w:rFonts w:ascii="Times New Roman" w:hAnsi="Times New Roman" w:cs="Times New Roman"/>
          <w:sz w:val="26"/>
          <w:szCs w:val="26"/>
        </w:rPr>
        <w:t>ể</w:t>
      </w:r>
      <w:r w:rsidRPr="00CD507A">
        <w:rPr>
          <w:rFonts w:ascii="Times New Roman" w:hAnsi="Times New Roman" w:cs="Times New Roman"/>
          <w:sz w:val="26"/>
          <w:szCs w:val="26"/>
        </w:rPr>
        <w:t xml:space="preserve"> lan t</w:t>
      </w:r>
      <w:r w:rsidRPr="00CD507A">
        <w:rPr>
          <w:rFonts w:ascii="Times New Roman" w:hAnsi="Times New Roman" w:cs="Times New Roman"/>
          <w:sz w:val="26"/>
          <w:szCs w:val="26"/>
        </w:rPr>
        <w:t>ỏ</w:t>
      </w:r>
      <w:r w:rsidRPr="00CD507A">
        <w:rPr>
          <w:rFonts w:ascii="Times New Roman" w:hAnsi="Times New Roman" w:cs="Times New Roman"/>
          <w:sz w:val="26"/>
          <w:szCs w:val="26"/>
        </w:rPr>
        <w:t>a giao ti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p tích c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c;</w:t>
      </w:r>
    </w:p>
    <w:p w:rsidR="00B15648" w:rsidRPr="00CD507A" w:rsidRDefault="007E4C86" w:rsidP="00CD507A">
      <w:pPr>
        <w:pStyle w:val="ListBullet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M</w:t>
      </w:r>
      <w:r w:rsidRPr="00CD507A">
        <w:rPr>
          <w:rFonts w:ascii="Times New Roman" w:hAnsi="Times New Roman" w:cs="Times New Roman"/>
          <w:sz w:val="26"/>
          <w:szCs w:val="26"/>
        </w:rPr>
        <w:t>ỗ</w:t>
      </w:r>
      <w:r w:rsidRPr="00CD507A">
        <w:rPr>
          <w:rFonts w:ascii="Times New Roman" w:hAnsi="Times New Roman" w:cs="Times New Roman"/>
          <w:sz w:val="26"/>
          <w:szCs w:val="26"/>
        </w:rPr>
        <w:t>i tháng đ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– chia s</w:t>
      </w:r>
      <w:r w:rsidRPr="00CD507A">
        <w:rPr>
          <w:rFonts w:ascii="Times New Roman" w:hAnsi="Times New Roman" w:cs="Times New Roman"/>
          <w:sz w:val="26"/>
          <w:szCs w:val="26"/>
        </w:rPr>
        <w:t>ẻ</w:t>
      </w:r>
      <w:r w:rsidRPr="00CD507A">
        <w:rPr>
          <w:rFonts w:ascii="Times New Roman" w:hAnsi="Times New Roman" w:cs="Times New Roman"/>
          <w:sz w:val="26"/>
          <w:szCs w:val="26"/>
        </w:rPr>
        <w:t xml:space="preserve"> 01 cu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 sách v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giáo d</w:t>
      </w:r>
      <w:r w:rsidRPr="00CD507A">
        <w:rPr>
          <w:rFonts w:ascii="Times New Roman" w:hAnsi="Times New Roman" w:cs="Times New Roman"/>
          <w:sz w:val="26"/>
          <w:szCs w:val="26"/>
        </w:rPr>
        <w:t>ụ</w:t>
      </w:r>
      <w:r w:rsidRPr="00CD507A">
        <w:rPr>
          <w:rFonts w:ascii="Times New Roman" w:hAnsi="Times New Roman" w:cs="Times New Roman"/>
          <w:sz w:val="26"/>
          <w:szCs w:val="26"/>
        </w:rPr>
        <w:t>c/đ</w:t>
      </w:r>
      <w:r w:rsidRPr="00CD507A">
        <w:rPr>
          <w:rFonts w:ascii="Times New Roman" w:hAnsi="Times New Roman" w:cs="Times New Roman"/>
          <w:sz w:val="26"/>
          <w:szCs w:val="26"/>
        </w:rPr>
        <w:t>ạ</w:t>
      </w:r>
      <w:r w:rsidRPr="00CD507A">
        <w:rPr>
          <w:rFonts w:ascii="Times New Roman" w:hAnsi="Times New Roman" w:cs="Times New Roman"/>
          <w:sz w:val="26"/>
          <w:szCs w:val="26"/>
        </w:rPr>
        <w:t>o đ</w:t>
      </w:r>
      <w:r w:rsidRPr="00CD507A">
        <w:rPr>
          <w:rFonts w:ascii="Times New Roman" w:hAnsi="Times New Roman" w:cs="Times New Roman"/>
          <w:sz w:val="26"/>
          <w:szCs w:val="26"/>
        </w:rPr>
        <w:t>ứ</w:t>
      </w:r>
      <w:r w:rsidRPr="00CD507A">
        <w:rPr>
          <w:rFonts w:ascii="Times New Roman" w:hAnsi="Times New Roman" w:cs="Times New Roman"/>
          <w:sz w:val="26"/>
          <w:szCs w:val="26"/>
        </w:rPr>
        <w:t>c ngh</w:t>
      </w:r>
      <w:r w:rsidRPr="00CD507A">
        <w:rPr>
          <w:rFonts w:ascii="Times New Roman" w:hAnsi="Times New Roman" w:cs="Times New Roman"/>
          <w:sz w:val="26"/>
          <w:szCs w:val="26"/>
        </w:rPr>
        <w:t>ề</w:t>
      </w:r>
      <w:r w:rsidRPr="00CD507A">
        <w:rPr>
          <w:rFonts w:ascii="Times New Roman" w:hAnsi="Times New Roman" w:cs="Times New Roman"/>
          <w:sz w:val="26"/>
          <w:szCs w:val="26"/>
        </w:rPr>
        <w:t xml:space="preserve"> nghi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p.</w:t>
      </w:r>
    </w:p>
    <w:p w:rsidR="00B15648" w:rsidRPr="00CD507A" w:rsidRDefault="007E4C86">
      <w:pPr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b/>
          <w:sz w:val="26"/>
          <w:szCs w:val="26"/>
        </w:rPr>
        <w:t>K</w:t>
      </w:r>
      <w:r w:rsidRPr="00CD507A">
        <w:rPr>
          <w:rFonts w:ascii="Times New Roman" w:hAnsi="Times New Roman" w:cs="Times New Roman"/>
          <w:b/>
          <w:sz w:val="26"/>
          <w:szCs w:val="26"/>
        </w:rPr>
        <w:t>Ế</w:t>
      </w:r>
      <w:r w:rsidRPr="00CD507A">
        <w:rPr>
          <w:rFonts w:ascii="Times New Roman" w:hAnsi="Times New Roman" w:cs="Times New Roman"/>
          <w:b/>
          <w:sz w:val="26"/>
          <w:szCs w:val="26"/>
        </w:rPr>
        <w:t>T LU</w:t>
      </w:r>
      <w:r w:rsidRPr="00CD507A">
        <w:rPr>
          <w:rFonts w:ascii="Times New Roman" w:hAnsi="Times New Roman" w:cs="Times New Roman"/>
          <w:b/>
          <w:sz w:val="26"/>
          <w:szCs w:val="26"/>
        </w:rPr>
        <w:t>Ậ</w:t>
      </w:r>
      <w:r w:rsidRPr="00CD507A">
        <w:rPr>
          <w:rFonts w:ascii="Times New Roman" w:hAnsi="Times New Roman" w:cs="Times New Roman"/>
          <w:b/>
          <w:sz w:val="26"/>
          <w:szCs w:val="26"/>
        </w:rPr>
        <w:t>N</w:t>
      </w:r>
    </w:p>
    <w:p w:rsidR="00B15648" w:rsidRPr="00CD507A" w:rsidRDefault="007E4C86" w:rsidP="00CD507A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D507A">
        <w:rPr>
          <w:rFonts w:ascii="Times New Roman" w:hAnsi="Times New Roman" w:cs="Times New Roman"/>
          <w:sz w:val="26"/>
          <w:szCs w:val="26"/>
        </w:rPr>
        <w:t>Qua b</w:t>
      </w:r>
      <w:r w:rsidRPr="00CD507A">
        <w:rPr>
          <w:rFonts w:ascii="Times New Roman" w:hAnsi="Times New Roman" w:cs="Times New Roman"/>
          <w:sz w:val="26"/>
          <w:szCs w:val="26"/>
        </w:rPr>
        <w:t>ồ</w:t>
      </w:r>
      <w:r w:rsidRPr="00CD507A">
        <w:rPr>
          <w:rFonts w:ascii="Times New Roman" w:hAnsi="Times New Roman" w:cs="Times New Roman"/>
          <w:sz w:val="26"/>
          <w:szCs w:val="26"/>
        </w:rPr>
        <w:t>i dư</w:t>
      </w:r>
      <w:r w:rsidRPr="00CD507A">
        <w:rPr>
          <w:rFonts w:ascii="Times New Roman" w:hAnsi="Times New Roman" w:cs="Times New Roman"/>
          <w:sz w:val="26"/>
          <w:szCs w:val="26"/>
        </w:rPr>
        <w:t>ỡ</w:t>
      </w:r>
      <w:r w:rsidRPr="00CD507A">
        <w:rPr>
          <w:rFonts w:ascii="Times New Roman" w:hAnsi="Times New Roman" w:cs="Times New Roman"/>
          <w:sz w:val="26"/>
          <w:szCs w:val="26"/>
        </w:rPr>
        <w:t>ng, tôi càng th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m thía giá tr</w:t>
      </w:r>
      <w:r w:rsidRPr="00CD507A">
        <w:rPr>
          <w:rFonts w:ascii="Times New Roman" w:hAnsi="Times New Roman" w:cs="Times New Roman"/>
          <w:sz w:val="26"/>
          <w:szCs w:val="26"/>
        </w:rPr>
        <w:t>ị</w:t>
      </w:r>
      <w:r w:rsidRPr="00CD507A">
        <w:rPr>
          <w:rFonts w:ascii="Times New Roman" w:hAnsi="Times New Roman" w:cs="Times New Roman"/>
          <w:sz w:val="26"/>
          <w:szCs w:val="26"/>
        </w:rPr>
        <w:t xml:space="preserve"> nêu gương và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theo Bác: l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y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sinh làm trung tâm, l</w:t>
      </w:r>
      <w:r w:rsidRPr="00CD507A">
        <w:rPr>
          <w:rFonts w:ascii="Times New Roman" w:hAnsi="Times New Roman" w:cs="Times New Roman"/>
          <w:sz w:val="26"/>
          <w:szCs w:val="26"/>
        </w:rPr>
        <w:t>ấ</w:t>
      </w:r>
      <w:r w:rsidRPr="00CD507A">
        <w:rPr>
          <w:rFonts w:ascii="Times New Roman" w:hAnsi="Times New Roman" w:cs="Times New Roman"/>
          <w:sz w:val="26"/>
          <w:szCs w:val="26"/>
        </w:rPr>
        <w:t>y k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t qu</w:t>
      </w:r>
      <w:r w:rsidRPr="00CD507A">
        <w:rPr>
          <w:rFonts w:ascii="Times New Roman" w:hAnsi="Times New Roman" w:cs="Times New Roman"/>
          <w:sz w:val="26"/>
          <w:szCs w:val="26"/>
        </w:rPr>
        <w:t>ả</w:t>
      </w:r>
      <w:r w:rsidRPr="00CD507A">
        <w:rPr>
          <w:rFonts w:ascii="Times New Roman" w:hAnsi="Times New Roman" w:cs="Times New Roman"/>
          <w:sz w:val="26"/>
          <w:szCs w:val="26"/>
        </w:rPr>
        <w:t xml:space="preserve"> h</w:t>
      </w:r>
      <w:r w:rsidRPr="00CD507A">
        <w:rPr>
          <w:rFonts w:ascii="Times New Roman" w:hAnsi="Times New Roman" w:cs="Times New Roman"/>
          <w:sz w:val="26"/>
          <w:szCs w:val="26"/>
        </w:rPr>
        <w:t>ọ</w:t>
      </w:r>
      <w:r w:rsidRPr="00CD507A">
        <w:rPr>
          <w:rFonts w:ascii="Times New Roman" w:hAnsi="Times New Roman" w:cs="Times New Roman"/>
          <w:sz w:val="26"/>
          <w:szCs w:val="26"/>
        </w:rPr>
        <w:t>c t</w:t>
      </w:r>
      <w:r w:rsidRPr="00CD507A">
        <w:rPr>
          <w:rFonts w:ascii="Times New Roman" w:hAnsi="Times New Roman" w:cs="Times New Roman"/>
          <w:sz w:val="26"/>
          <w:szCs w:val="26"/>
        </w:rPr>
        <w:t>ậ</w:t>
      </w:r>
      <w:r w:rsidRPr="00CD507A">
        <w:rPr>
          <w:rFonts w:ascii="Times New Roman" w:hAnsi="Times New Roman" w:cs="Times New Roman"/>
          <w:sz w:val="26"/>
          <w:szCs w:val="26"/>
        </w:rPr>
        <w:t>p – rèn luy</w:t>
      </w:r>
      <w:r w:rsidRPr="00CD507A">
        <w:rPr>
          <w:rFonts w:ascii="Times New Roman" w:hAnsi="Times New Roman" w:cs="Times New Roman"/>
          <w:sz w:val="26"/>
          <w:szCs w:val="26"/>
        </w:rPr>
        <w:t>ệ</w:t>
      </w:r>
      <w:r w:rsidRPr="00CD507A">
        <w:rPr>
          <w:rFonts w:ascii="Times New Roman" w:hAnsi="Times New Roman" w:cs="Times New Roman"/>
          <w:sz w:val="26"/>
          <w:szCs w:val="26"/>
        </w:rPr>
        <w:t>n c</w:t>
      </w:r>
      <w:r w:rsidRPr="00CD507A">
        <w:rPr>
          <w:rFonts w:ascii="Times New Roman" w:hAnsi="Times New Roman" w:cs="Times New Roman"/>
          <w:sz w:val="26"/>
          <w:szCs w:val="26"/>
        </w:rPr>
        <w:t>ủ</w:t>
      </w:r>
      <w:r w:rsidRPr="00CD507A">
        <w:rPr>
          <w:rFonts w:ascii="Times New Roman" w:hAnsi="Times New Roman" w:cs="Times New Roman"/>
          <w:sz w:val="26"/>
          <w:szCs w:val="26"/>
        </w:rPr>
        <w:t>a các em làm thư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c đo. Tôi cam k</w:t>
      </w:r>
      <w:r w:rsidRPr="00CD507A">
        <w:rPr>
          <w:rFonts w:ascii="Times New Roman" w:hAnsi="Times New Roman" w:cs="Times New Roman"/>
          <w:sz w:val="26"/>
          <w:szCs w:val="26"/>
        </w:rPr>
        <w:t>ế</w:t>
      </w:r>
      <w:r w:rsidRPr="00CD507A">
        <w:rPr>
          <w:rFonts w:ascii="Times New Roman" w:hAnsi="Times New Roman" w:cs="Times New Roman"/>
          <w:sz w:val="26"/>
          <w:szCs w:val="26"/>
        </w:rPr>
        <w:t>t duy trì l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i s</w:t>
      </w:r>
      <w:r w:rsidRPr="00CD507A">
        <w:rPr>
          <w:rFonts w:ascii="Times New Roman" w:hAnsi="Times New Roman" w:cs="Times New Roman"/>
          <w:sz w:val="26"/>
          <w:szCs w:val="26"/>
        </w:rPr>
        <w:t>ố</w:t>
      </w:r>
      <w:r w:rsidRPr="00CD507A">
        <w:rPr>
          <w:rFonts w:ascii="Times New Roman" w:hAnsi="Times New Roman" w:cs="Times New Roman"/>
          <w:sz w:val="26"/>
          <w:szCs w:val="26"/>
        </w:rPr>
        <w:t>ng liêm chính, chu</w:t>
      </w:r>
      <w:r w:rsidRPr="00CD507A">
        <w:rPr>
          <w:rFonts w:ascii="Times New Roman" w:hAnsi="Times New Roman" w:cs="Times New Roman"/>
          <w:sz w:val="26"/>
          <w:szCs w:val="26"/>
        </w:rPr>
        <w:t>ẩ</w:t>
      </w:r>
      <w:r w:rsidRPr="00CD507A">
        <w:rPr>
          <w:rFonts w:ascii="Times New Roman" w:hAnsi="Times New Roman" w:cs="Times New Roman"/>
          <w:sz w:val="26"/>
          <w:szCs w:val="26"/>
        </w:rPr>
        <w:t>n m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c; đ</w:t>
      </w:r>
      <w:r w:rsidRPr="00CD507A">
        <w:rPr>
          <w:rFonts w:ascii="Times New Roman" w:hAnsi="Times New Roman" w:cs="Times New Roman"/>
          <w:sz w:val="26"/>
          <w:szCs w:val="26"/>
        </w:rPr>
        <w:t>ổ</w:t>
      </w:r>
      <w:r w:rsidRPr="00CD507A">
        <w:rPr>
          <w:rFonts w:ascii="Times New Roman" w:hAnsi="Times New Roman" w:cs="Times New Roman"/>
          <w:sz w:val="26"/>
          <w:szCs w:val="26"/>
        </w:rPr>
        <w:t>i m</w:t>
      </w:r>
      <w:r w:rsidRPr="00CD507A">
        <w:rPr>
          <w:rFonts w:ascii="Times New Roman" w:hAnsi="Times New Roman" w:cs="Times New Roman"/>
          <w:sz w:val="26"/>
          <w:szCs w:val="26"/>
        </w:rPr>
        <w:t>ớ</w:t>
      </w:r>
      <w:r w:rsidRPr="00CD507A">
        <w:rPr>
          <w:rFonts w:ascii="Times New Roman" w:hAnsi="Times New Roman" w:cs="Times New Roman"/>
          <w:sz w:val="26"/>
          <w:szCs w:val="26"/>
        </w:rPr>
        <w:t>i phương pháp; xây d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ng văn hóa nhà trư</w:t>
      </w:r>
      <w:r w:rsidRPr="00CD507A">
        <w:rPr>
          <w:rFonts w:ascii="Times New Roman" w:hAnsi="Times New Roman" w:cs="Times New Roman"/>
          <w:sz w:val="26"/>
          <w:szCs w:val="26"/>
        </w:rPr>
        <w:t>ờ</w:t>
      </w:r>
      <w:r w:rsidRPr="00CD507A">
        <w:rPr>
          <w:rFonts w:ascii="Times New Roman" w:hAnsi="Times New Roman" w:cs="Times New Roman"/>
          <w:sz w:val="26"/>
          <w:szCs w:val="26"/>
        </w:rPr>
        <w:t>ng tích c</w:t>
      </w:r>
      <w:r w:rsidRPr="00CD507A">
        <w:rPr>
          <w:rFonts w:ascii="Times New Roman" w:hAnsi="Times New Roman" w:cs="Times New Roman"/>
          <w:sz w:val="26"/>
          <w:szCs w:val="26"/>
        </w:rPr>
        <w:t>ự</w:t>
      </w:r>
      <w:r w:rsidRPr="00CD507A">
        <w:rPr>
          <w:rFonts w:ascii="Times New Roman" w:hAnsi="Times New Roman" w:cs="Times New Roman"/>
          <w:sz w:val="26"/>
          <w:szCs w:val="26"/>
        </w:rPr>
        <w:t>c, nhân văn.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2"/>
        <w:gridCol w:w="4358"/>
      </w:tblGrid>
      <w:tr w:rsidR="00CD507A" w:rsidTr="00CD507A">
        <w:tc>
          <w:tcPr>
            <w:tcW w:w="4428" w:type="dxa"/>
          </w:tcPr>
          <w:p w:rsidR="00CD507A" w:rsidRDefault="00CD50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:rsidR="00CD507A" w:rsidRPr="00CD507A" w:rsidRDefault="00CD507A" w:rsidP="00CD507A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……………, ngày.…tháng….</w:t>
            </w:r>
            <w:r w:rsidRPr="00CD507A">
              <w:rPr>
                <w:rFonts w:ascii="Times New Roman" w:hAnsi="Times New Roman" w:cs="Times New Roman"/>
                <w:sz w:val="26"/>
                <w:szCs w:val="26"/>
              </w:rPr>
              <w:t>năm 2025</w:t>
            </w:r>
          </w:p>
          <w:p w:rsidR="00CD507A" w:rsidRDefault="00CD507A" w:rsidP="00CD50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507A">
              <w:rPr>
                <w:rFonts w:ascii="Times New Roman" w:hAnsi="Times New Roman" w:cs="Times New Roman"/>
                <w:sz w:val="26"/>
                <w:szCs w:val="26"/>
              </w:rPr>
              <w:t>Người viết bài thu hoạch</w:t>
            </w:r>
          </w:p>
          <w:p w:rsidR="00CD507A" w:rsidRDefault="00CD507A" w:rsidP="00CD50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507A" w:rsidRDefault="00CD507A" w:rsidP="00CD50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507A" w:rsidRDefault="00CD507A" w:rsidP="00CD50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507A" w:rsidRPr="00CD507A" w:rsidRDefault="00CD507A" w:rsidP="00CD50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507A" w:rsidRPr="00CD507A" w:rsidRDefault="00CD507A" w:rsidP="00CD50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507A">
              <w:rPr>
                <w:rFonts w:ascii="Times New Roman" w:hAnsi="Times New Roman" w:cs="Times New Roman"/>
                <w:sz w:val="26"/>
                <w:szCs w:val="26"/>
              </w:rPr>
              <w:t>(Ký tên và ghi rõ họ tên)</w:t>
            </w:r>
          </w:p>
          <w:p w:rsidR="00CD507A" w:rsidRDefault="00CD50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15648" w:rsidRPr="00CD507A" w:rsidRDefault="00B15648" w:rsidP="00CD507A">
      <w:pPr>
        <w:rPr>
          <w:rFonts w:ascii="Times New Roman" w:hAnsi="Times New Roman" w:cs="Times New Roman"/>
          <w:sz w:val="26"/>
          <w:szCs w:val="26"/>
        </w:rPr>
      </w:pPr>
    </w:p>
    <w:sectPr w:rsidR="00B15648" w:rsidRPr="00CD507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E4C86"/>
    <w:rsid w:val="008C1F68"/>
    <w:rsid w:val="00AA1D8D"/>
    <w:rsid w:val="00B15648"/>
    <w:rsid w:val="00B47730"/>
    <w:rsid w:val="00CB0664"/>
    <w:rsid w:val="00CD50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C64F04A-95F0-4C16-9FDE-A8EECA29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128503-8E02-4AD5-8390-DB2AC8A20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2025-08-19T04:20:00Z</dcterms:created>
  <dcterms:modified xsi:type="dcterms:W3CDTF">2025-08-19T04:20:00Z</dcterms:modified>
  <cp:category/>
</cp:coreProperties>
</file>