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C5B" w:rsidRPr="002F02A0" w:rsidRDefault="0056235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02A0">
        <w:rPr>
          <w:rFonts w:ascii="Times New Roman" w:hAnsi="Times New Roman" w:cs="Times New Roman"/>
          <w:b/>
          <w:sz w:val="26"/>
          <w:szCs w:val="26"/>
        </w:rPr>
        <w:t>C</w:t>
      </w:r>
      <w:r w:rsidRPr="002F02A0">
        <w:rPr>
          <w:rFonts w:ascii="Times New Roman" w:hAnsi="Times New Roman" w:cs="Times New Roman"/>
          <w:b/>
          <w:sz w:val="26"/>
          <w:szCs w:val="26"/>
        </w:rPr>
        <w:t>Ộ</w:t>
      </w:r>
      <w:r w:rsidRPr="002F02A0">
        <w:rPr>
          <w:rFonts w:ascii="Times New Roman" w:hAnsi="Times New Roman" w:cs="Times New Roman"/>
          <w:b/>
          <w:sz w:val="26"/>
          <w:szCs w:val="26"/>
        </w:rPr>
        <w:t>NG HÒA XÃ H</w:t>
      </w:r>
      <w:r w:rsidRPr="002F02A0">
        <w:rPr>
          <w:rFonts w:ascii="Times New Roman" w:hAnsi="Times New Roman" w:cs="Times New Roman"/>
          <w:b/>
          <w:sz w:val="26"/>
          <w:szCs w:val="26"/>
        </w:rPr>
        <w:t>Ộ</w:t>
      </w:r>
      <w:r w:rsidRPr="002F02A0">
        <w:rPr>
          <w:rFonts w:ascii="Times New Roman" w:hAnsi="Times New Roman" w:cs="Times New Roman"/>
          <w:b/>
          <w:sz w:val="26"/>
          <w:szCs w:val="26"/>
        </w:rPr>
        <w:t>I CH</w:t>
      </w:r>
      <w:r w:rsidRPr="002F02A0">
        <w:rPr>
          <w:rFonts w:ascii="Times New Roman" w:hAnsi="Times New Roman" w:cs="Times New Roman"/>
          <w:b/>
          <w:sz w:val="26"/>
          <w:szCs w:val="26"/>
        </w:rPr>
        <w:t>Ủ</w:t>
      </w:r>
      <w:r w:rsidRPr="002F02A0">
        <w:rPr>
          <w:rFonts w:ascii="Times New Roman" w:hAnsi="Times New Roman" w:cs="Times New Roman"/>
          <w:b/>
          <w:sz w:val="26"/>
          <w:szCs w:val="26"/>
        </w:rPr>
        <w:t xml:space="preserve"> NGHĨA VI</w:t>
      </w:r>
      <w:r w:rsidRPr="002F02A0">
        <w:rPr>
          <w:rFonts w:ascii="Times New Roman" w:hAnsi="Times New Roman" w:cs="Times New Roman"/>
          <w:b/>
          <w:sz w:val="26"/>
          <w:szCs w:val="26"/>
        </w:rPr>
        <w:t>Ệ</w:t>
      </w:r>
      <w:r w:rsidRPr="002F02A0">
        <w:rPr>
          <w:rFonts w:ascii="Times New Roman" w:hAnsi="Times New Roman" w:cs="Times New Roman"/>
          <w:b/>
          <w:sz w:val="26"/>
          <w:szCs w:val="26"/>
        </w:rPr>
        <w:t>T NAM</w:t>
      </w:r>
    </w:p>
    <w:p w:rsidR="00E30C5B" w:rsidRPr="002F02A0" w:rsidRDefault="0056235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02A0">
        <w:rPr>
          <w:rFonts w:ascii="Times New Roman" w:hAnsi="Times New Roman" w:cs="Times New Roman"/>
          <w:b/>
          <w:sz w:val="26"/>
          <w:szCs w:val="26"/>
        </w:rPr>
        <w:t>Đ</w:t>
      </w:r>
      <w:r w:rsidRPr="002F02A0">
        <w:rPr>
          <w:rFonts w:ascii="Times New Roman" w:hAnsi="Times New Roman" w:cs="Times New Roman"/>
          <w:b/>
          <w:sz w:val="26"/>
          <w:szCs w:val="26"/>
        </w:rPr>
        <w:t>ộ</w:t>
      </w:r>
      <w:r w:rsidRPr="002F02A0">
        <w:rPr>
          <w:rFonts w:ascii="Times New Roman" w:hAnsi="Times New Roman" w:cs="Times New Roman"/>
          <w:b/>
          <w:sz w:val="26"/>
          <w:szCs w:val="26"/>
        </w:rPr>
        <w:t>c l</w:t>
      </w:r>
      <w:r w:rsidRPr="002F02A0">
        <w:rPr>
          <w:rFonts w:ascii="Times New Roman" w:hAnsi="Times New Roman" w:cs="Times New Roman"/>
          <w:b/>
          <w:sz w:val="26"/>
          <w:szCs w:val="26"/>
        </w:rPr>
        <w:t>ậ</w:t>
      </w:r>
      <w:r w:rsidRPr="002F02A0">
        <w:rPr>
          <w:rFonts w:ascii="Times New Roman" w:hAnsi="Times New Roman" w:cs="Times New Roman"/>
          <w:b/>
          <w:sz w:val="26"/>
          <w:szCs w:val="26"/>
        </w:rPr>
        <w:t>p – T</w:t>
      </w:r>
      <w:r w:rsidRPr="002F02A0">
        <w:rPr>
          <w:rFonts w:ascii="Times New Roman" w:hAnsi="Times New Roman" w:cs="Times New Roman"/>
          <w:b/>
          <w:sz w:val="26"/>
          <w:szCs w:val="26"/>
        </w:rPr>
        <w:t>ự</w:t>
      </w:r>
      <w:r w:rsidRPr="002F02A0">
        <w:rPr>
          <w:rFonts w:ascii="Times New Roman" w:hAnsi="Times New Roman" w:cs="Times New Roman"/>
          <w:b/>
          <w:sz w:val="26"/>
          <w:szCs w:val="26"/>
        </w:rPr>
        <w:t xml:space="preserve"> do – H</w:t>
      </w:r>
      <w:r w:rsidRPr="002F02A0">
        <w:rPr>
          <w:rFonts w:ascii="Times New Roman" w:hAnsi="Times New Roman" w:cs="Times New Roman"/>
          <w:b/>
          <w:sz w:val="26"/>
          <w:szCs w:val="26"/>
        </w:rPr>
        <w:t>ạ</w:t>
      </w:r>
      <w:r w:rsidRPr="002F02A0">
        <w:rPr>
          <w:rFonts w:ascii="Times New Roman" w:hAnsi="Times New Roman" w:cs="Times New Roman"/>
          <w:b/>
          <w:sz w:val="26"/>
          <w:szCs w:val="26"/>
        </w:rPr>
        <w:t>nh phúc</w:t>
      </w:r>
    </w:p>
    <w:p w:rsidR="00E30C5B" w:rsidRPr="002F02A0" w:rsidRDefault="0056235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02A0">
        <w:rPr>
          <w:rFonts w:ascii="Times New Roman" w:hAnsi="Times New Roman" w:cs="Times New Roman"/>
          <w:b/>
          <w:sz w:val="26"/>
          <w:szCs w:val="26"/>
        </w:rPr>
        <w:t>—————————————</w:t>
      </w:r>
    </w:p>
    <w:p w:rsidR="00E30C5B" w:rsidRPr="002F02A0" w:rsidRDefault="0056235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02A0">
        <w:rPr>
          <w:rFonts w:ascii="Times New Roman" w:hAnsi="Times New Roman" w:cs="Times New Roman"/>
          <w:b/>
          <w:sz w:val="26"/>
          <w:szCs w:val="26"/>
        </w:rPr>
        <w:t>BÀI THU HO</w:t>
      </w:r>
      <w:r w:rsidRPr="002F02A0">
        <w:rPr>
          <w:rFonts w:ascii="Times New Roman" w:hAnsi="Times New Roman" w:cs="Times New Roman"/>
          <w:b/>
          <w:sz w:val="26"/>
          <w:szCs w:val="26"/>
        </w:rPr>
        <w:t>Ạ</w:t>
      </w:r>
      <w:r w:rsidRPr="002F02A0">
        <w:rPr>
          <w:rFonts w:ascii="Times New Roman" w:hAnsi="Times New Roman" w:cs="Times New Roman"/>
          <w:b/>
          <w:sz w:val="26"/>
          <w:szCs w:val="26"/>
        </w:rPr>
        <w:t>CH CHÍNH TR</w:t>
      </w:r>
      <w:r w:rsidRPr="002F02A0">
        <w:rPr>
          <w:rFonts w:ascii="Times New Roman" w:hAnsi="Times New Roman" w:cs="Times New Roman"/>
          <w:b/>
          <w:sz w:val="26"/>
          <w:szCs w:val="26"/>
        </w:rPr>
        <w:t>Ị</w:t>
      </w:r>
      <w:r w:rsidRPr="002F02A0">
        <w:rPr>
          <w:rFonts w:ascii="Times New Roman" w:hAnsi="Times New Roman" w:cs="Times New Roman"/>
          <w:b/>
          <w:sz w:val="26"/>
          <w:szCs w:val="26"/>
        </w:rPr>
        <w:t xml:space="preserve"> HÈ NĂM 2025</w:t>
      </w:r>
    </w:p>
    <w:p w:rsidR="00E30C5B" w:rsidRPr="002F02A0" w:rsidRDefault="00E30C5B">
      <w:pPr>
        <w:rPr>
          <w:rFonts w:ascii="Times New Roman" w:hAnsi="Times New Roman" w:cs="Times New Roman"/>
          <w:sz w:val="26"/>
          <w:szCs w:val="26"/>
        </w:rPr>
      </w:pPr>
    </w:p>
    <w:p w:rsidR="00E30C5B" w:rsidRPr="002F02A0" w:rsidRDefault="00562351">
      <w:pPr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 xml:space="preserve"> và tên: ……………………………..</w:t>
      </w:r>
    </w:p>
    <w:p w:rsidR="00E30C5B" w:rsidRPr="002F02A0" w:rsidRDefault="00562351">
      <w:pPr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Ch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c v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: ……………………………….</w:t>
      </w:r>
    </w:p>
    <w:p w:rsidR="00E30C5B" w:rsidRPr="002F02A0" w:rsidRDefault="00562351">
      <w:pPr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Đơn v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 xml:space="preserve"> công tác: ……………………….</w:t>
      </w:r>
    </w:p>
    <w:p w:rsidR="00E30C5B" w:rsidRPr="002F02A0" w:rsidRDefault="00562351">
      <w:pPr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Th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i gian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t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p:………………………</w:t>
      </w:r>
    </w:p>
    <w:p w:rsidR="00E30C5B" w:rsidRPr="002F02A0" w:rsidRDefault="00E30C5B">
      <w:pPr>
        <w:rPr>
          <w:rFonts w:ascii="Times New Roman" w:hAnsi="Times New Roman" w:cs="Times New Roman"/>
          <w:sz w:val="26"/>
          <w:szCs w:val="26"/>
        </w:rPr>
      </w:pPr>
    </w:p>
    <w:p w:rsidR="00E30C5B" w:rsidRPr="002F02A0" w:rsidRDefault="00562351">
      <w:pPr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Ch</w:t>
      </w:r>
      <w:r w:rsidRPr="002F02A0">
        <w:rPr>
          <w:rFonts w:ascii="Times New Roman" w:hAnsi="Times New Roman" w:cs="Times New Roman"/>
          <w:sz w:val="26"/>
          <w:szCs w:val="26"/>
        </w:rPr>
        <w:t>ủ</w:t>
      </w:r>
      <w:r w:rsidRPr="002F02A0">
        <w:rPr>
          <w:rFonts w:ascii="Times New Roman" w:hAnsi="Times New Roman" w:cs="Times New Roman"/>
          <w:sz w:val="26"/>
          <w:szCs w:val="26"/>
        </w:rPr>
        <w:t xml:space="preserve"> đi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>m nh</w:t>
      </w:r>
      <w:r w:rsidRPr="002F02A0">
        <w:rPr>
          <w:rFonts w:ascii="Times New Roman" w:hAnsi="Times New Roman" w:cs="Times New Roman"/>
          <w:sz w:val="26"/>
          <w:szCs w:val="26"/>
        </w:rPr>
        <w:t>ấ</w:t>
      </w:r>
      <w:r w:rsidRPr="002F02A0">
        <w:rPr>
          <w:rFonts w:ascii="Times New Roman" w:hAnsi="Times New Roman" w:cs="Times New Roman"/>
          <w:sz w:val="26"/>
          <w:szCs w:val="26"/>
        </w:rPr>
        <w:t xml:space="preserve">n: </w:t>
      </w:r>
      <w:r w:rsidRPr="002F02A0">
        <w:rPr>
          <w:rFonts w:ascii="Times New Roman" w:hAnsi="Times New Roman" w:cs="Times New Roman"/>
          <w:i/>
          <w:sz w:val="26"/>
          <w:szCs w:val="26"/>
        </w:rPr>
        <w:t>B</w:t>
      </w:r>
      <w:r w:rsidRPr="002F02A0">
        <w:rPr>
          <w:rFonts w:ascii="Times New Roman" w:hAnsi="Times New Roman" w:cs="Times New Roman"/>
          <w:i/>
          <w:sz w:val="26"/>
          <w:szCs w:val="26"/>
        </w:rPr>
        <w:t>ả</w:t>
      </w:r>
      <w:r w:rsidRPr="002F02A0">
        <w:rPr>
          <w:rFonts w:ascii="Times New Roman" w:hAnsi="Times New Roman" w:cs="Times New Roman"/>
          <w:i/>
          <w:sz w:val="26"/>
          <w:szCs w:val="26"/>
        </w:rPr>
        <w:t>o v</w:t>
      </w:r>
      <w:r w:rsidRPr="002F02A0">
        <w:rPr>
          <w:rFonts w:ascii="Times New Roman" w:hAnsi="Times New Roman" w:cs="Times New Roman"/>
          <w:i/>
          <w:sz w:val="26"/>
          <w:szCs w:val="26"/>
        </w:rPr>
        <w:t>ệ</w:t>
      </w:r>
      <w:r w:rsidRPr="002F02A0">
        <w:rPr>
          <w:rFonts w:ascii="Times New Roman" w:hAnsi="Times New Roman" w:cs="Times New Roman"/>
          <w:i/>
          <w:sz w:val="26"/>
          <w:szCs w:val="26"/>
        </w:rPr>
        <w:t xml:space="preserve"> n</w:t>
      </w:r>
      <w:r w:rsidRPr="002F02A0">
        <w:rPr>
          <w:rFonts w:ascii="Times New Roman" w:hAnsi="Times New Roman" w:cs="Times New Roman"/>
          <w:i/>
          <w:sz w:val="26"/>
          <w:szCs w:val="26"/>
        </w:rPr>
        <w:t>ề</w:t>
      </w:r>
      <w:r w:rsidRPr="002F02A0">
        <w:rPr>
          <w:rFonts w:ascii="Times New Roman" w:hAnsi="Times New Roman" w:cs="Times New Roman"/>
          <w:i/>
          <w:sz w:val="26"/>
          <w:szCs w:val="26"/>
        </w:rPr>
        <w:t>n t</w:t>
      </w:r>
      <w:r w:rsidRPr="002F02A0">
        <w:rPr>
          <w:rFonts w:ascii="Times New Roman" w:hAnsi="Times New Roman" w:cs="Times New Roman"/>
          <w:i/>
          <w:sz w:val="26"/>
          <w:szCs w:val="26"/>
        </w:rPr>
        <w:t>ả</w:t>
      </w:r>
      <w:r w:rsidRPr="002F02A0">
        <w:rPr>
          <w:rFonts w:ascii="Times New Roman" w:hAnsi="Times New Roman" w:cs="Times New Roman"/>
          <w:i/>
          <w:sz w:val="26"/>
          <w:szCs w:val="26"/>
        </w:rPr>
        <w:t xml:space="preserve">ng tư </w:t>
      </w:r>
      <w:r w:rsidRPr="002F02A0">
        <w:rPr>
          <w:rFonts w:ascii="Times New Roman" w:hAnsi="Times New Roman" w:cs="Times New Roman"/>
          <w:i/>
          <w:sz w:val="26"/>
          <w:szCs w:val="26"/>
        </w:rPr>
        <w:t>tư</w:t>
      </w:r>
      <w:r w:rsidRPr="002F02A0">
        <w:rPr>
          <w:rFonts w:ascii="Times New Roman" w:hAnsi="Times New Roman" w:cs="Times New Roman"/>
          <w:i/>
          <w:sz w:val="26"/>
          <w:szCs w:val="26"/>
        </w:rPr>
        <w:t>ở</w:t>
      </w:r>
      <w:r w:rsidRPr="002F02A0">
        <w:rPr>
          <w:rFonts w:ascii="Times New Roman" w:hAnsi="Times New Roman" w:cs="Times New Roman"/>
          <w:i/>
          <w:sz w:val="26"/>
          <w:szCs w:val="26"/>
        </w:rPr>
        <w:t>ng c</w:t>
      </w:r>
      <w:r w:rsidRPr="002F02A0">
        <w:rPr>
          <w:rFonts w:ascii="Times New Roman" w:hAnsi="Times New Roman" w:cs="Times New Roman"/>
          <w:i/>
          <w:sz w:val="26"/>
          <w:szCs w:val="26"/>
        </w:rPr>
        <w:t>ủ</w:t>
      </w:r>
      <w:r w:rsidRPr="002F02A0">
        <w:rPr>
          <w:rFonts w:ascii="Times New Roman" w:hAnsi="Times New Roman" w:cs="Times New Roman"/>
          <w:i/>
          <w:sz w:val="26"/>
          <w:szCs w:val="26"/>
        </w:rPr>
        <w:t>a Đ</w:t>
      </w:r>
      <w:r w:rsidRPr="002F02A0">
        <w:rPr>
          <w:rFonts w:ascii="Times New Roman" w:hAnsi="Times New Roman" w:cs="Times New Roman"/>
          <w:i/>
          <w:sz w:val="26"/>
          <w:szCs w:val="26"/>
        </w:rPr>
        <w:t>ả</w:t>
      </w:r>
      <w:r w:rsidRPr="002F02A0">
        <w:rPr>
          <w:rFonts w:ascii="Times New Roman" w:hAnsi="Times New Roman" w:cs="Times New Roman"/>
          <w:i/>
          <w:sz w:val="26"/>
          <w:szCs w:val="26"/>
        </w:rPr>
        <w:t>ng – Nâng cao ch</w:t>
      </w:r>
      <w:r w:rsidRPr="002F02A0">
        <w:rPr>
          <w:rFonts w:ascii="Times New Roman" w:hAnsi="Times New Roman" w:cs="Times New Roman"/>
          <w:i/>
          <w:sz w:val="26"/>
          <w:szCs w:val="26"/>
        </w:rPr>
        <w:t>ấ</w:t>
      </w:r>
      <w:r w:rsidRPr="002F02A0">
        <w:rPr>
          <w:rFonts w:ascii="Times New Roman" w:hAnsi="Times New Roman" w:cs="Times New Roman"/>
          <w:i/>
          <w:sz w:val="26"/>
          <w:szCs w:val="26"/>
        </w:rPr>
        <w:t>t lư</w:t>
      </w:r>
      <w:r w:rsidRPr="002F02A0">
        <w:rPr>
          <w:rFonts w:ascii="Times New Roman" w:hAnsi="Times New Roman" w:cs="Times New Roman"/>
          <w:i/>
          <w:sz w:val="26"/>
          <w:szCs w:val="26"/>
        </w:rPr>
        <w:t>ợ</w:t>
      </w:r>
      <w:r w:rsidRPr="002F02A0">
        <w:rPr>
          <w:rFonts w:ascii="Times New Roman" w:hAnsi="Times New Roman" w:cs="Times New Roman"/>
          <w:i/>
          <w:sz w:val="26"/>
          <w:szCs w:val="26"/>
        </w:rPr>
        <w:t>ng giáo d</w:t>
      </w:r>
      <w:r w:rsidRPr="002F02A0">
        <w:rPr>
          <w:rFonts w:ascii="Times New Roman" w:hAnsi="Times New Roman" w:cs="Times New Roman"/>
          <w:i/>
          <w:sz w:val="26"/>
          <w:szCs w:val="26"/>
        </w:rPr>
        <w:t>ụ</w:t>
      </w:r>
      <w:r w:rsidRPr="002F02A0">
        <w:rPr>
          <w:rFonts w:ascii="Times New Roman" w:hAnsi="Times New Roman" w:cs="Times New Roman"/>
          <w:i/>
          <w:sz w:val="26"/>
          <w:szCs w:val="26"/>
        </w:rPr>
        <w:t>c, an toàn s</w:t>
      </w:r>
      <w:r w:rsidRPr="002F02A0">
        <w:rPr>
          <w:rFonts w:ascii="Times New Roman" w:hAnsi="Times New Roman" w:cs="Times New Roman"/>
          <w:i/>
          <w:sz w:val="26"/>
          <w:szCs w:val="26"/>
        </w:rPr>
        <w:t>ố</w:t>
      </w:r>
    </w:p>
    <w:p w:rsidR="00E30C5B" w:rsidRPr="002F02A0" w:rsidRDefault="00562351" w:rsidP="002F02A0">
      <w:pPr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b/>
          <w:sz w:val="26"/>
          <w:szCs w:val="26"/>
        </w:rPr>
        <w:t>M</w:t>
      </w:r>
      <w:r w:rsidRPr="002F02A0">
        <w:rPr>
          <w:rFonts w:ascii="Times New Roman" w:hAnsi="Times New Roman" w:cs="Times New Roman"/>
          <w:b/>
          <w:sz w:val="26"/>
          <w:szCs w:val="26"/>
        </w:rPr>
        <w:t>ụ</w:t>
      </w:r>
      <w:r w:rsidRPr="002F02A0">
        <w:rPr>
          <w:rFonts w:ascii="Times New Roman" w:hAnsi="Times New Roman" w:cs="Times New Roman"/>
          <w:b/>
          <w:sz w:val="26"/>
          <w:szCs w:val="26"/>
        </w:rPr>
        <w:t>c đích và ý nghĩa c</w:t>
      </w:r>
      <w:r w:rsidRPr="002F02A0">
        <w:rPr>
          <w:rFonts w:ascii="Times New Roman" w:hAnsi="Times New Roman" w:cs="Times New Roman"/>
          <w:b/>
          <w:sz w:val="26"/>
          <w:szCs w:val="26"/>
        </w:rPr>
        <w:t>ủ</w:t>
      </w:r>
      <w:r w:rsidRPr="002F02A0">
        <w:rPr>
          <w:rFonts w:ascii="Times New Roman" w:hAnsi="Times New Roman" w:cs="Times New Roman"/>
          <w:b/>
          <w:sz w:val="26"/>
          <w:szCs w:val="26"/>
        </w:rPr>
        <w:t>a b</w:t>
      </w:r>
      <w:r w:rsidRPr="002F02A0">
        <w:rPr>
          <w:rFonts w:ascii="Times New Roman" w:hAnsi="Times New Roman" w:cs="Times New Roman"/>
          <w:b/>
          <w:sz w:val="26"/>
          <w:szCs w:val="26"/>
        </w:rPr>
        <w:t>ồ</w:t>
      </w:r>
      <w:r w:rsidRPr="002F02A0">
        <w:rPr>
          <w:rFonts w:ascii="Times New Roman" w:hAnsi="Times New Roman" w:cs="Times New Roman"/>
          <w:b/>
          <w:sz w:val="26"/>
          <w:szCs w:val="26"/>
        </w:rPr>
        <w:t>i dư</w:t>
      </w:r>
      <w:r w:rsidRPr="002F02A0">
        <w:rPr>
          <w:rFonts w:ascii="Times New Roman" w:hAnsi="Times New Roman" w:cs="Times New Roman"/>
          <w:b/>
          <w:sz w:val="26"/>
          <w:szCs w:val="26"/>
        </w:rPr>
        <w:t>ỡ</w:t>
      </w:r>
      <w:r w:rsidRPr="002F02A0">
        <w:rPr>
          <w:rFonts w:ascii="Times New Roman" w:hAnsi="Times New Roman" w:cs="Times New Roman"/>
          <w:b/>
          <w:sz w:val="26"/>
          <w:szCs w:val="26"/>
        </w:rPr>
        <w:t>ng chính tr</w:t>
      </w:r>
      <w:r w:rsidRPr="002F02A0">
        <w:rPr>
          <w:rFonts w:ascii="Times New Roman" w:hAnsi="Times New Roman" w:cs="Times New Roman"/>
          <w:b/>
          <w:sz w:val="26"/>
          <w:szCs w:val="26"/>
        </w:rPr>
        <w:t>ị</w:t>
      </w:r>
      <w:r w:rsidRPr="002F02A0">
        <w:rPr>
          <w:rFonts w:ascii="Times New Roman" w:hAnsi="Times New Roman" w:cs="Times New Roman"/>
          <w:b/>
          <w:sz w:val="26"/>
          <w:szCs w:val="26"/>
        </w:rPr>
        <w:t xml:space="preserve"> hè</w:t>
      </w:r>
    </w:p>
    <w:p w:rsidR="00E30C5B" w:rsidRPr="002F02A0" w:rsidRDefault="00562351" w:rsidP="002F02A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Đ</w:t>
      </w:r>
      <w:r w:rsidRPr="002F02A0">
        <w:rPr>
          <w:rFonts w:ascii="Times New Roman" w:hAnsi="Times New Roman" w:cs="Times New Roman"/>
          <w:sz w:val="26"/>
          <w:szCs w:val="26"/>
        </w:rPr>
        <w:t>ợ</w:t>
      </w:r>
      <w:r w:rsidRPr="002F02A0">
        <w:rPr>
          <w:rFonts w:ascii="Times New Roman" w:hAnsi="Times New Roman" w:cs="Times New Roman"/>
          <w:sz w:val="26"/>
          <w:szCs w:val="26"/>
        </w:rPr>
        <w:t>t b</w:t>
      </w:r>
      <w:r w:rsidRPr="002F02A0">
        <w:rPr>
          <w:rFonts w:ascii="Times New Roman" w:hAnsi="Times New Roman" w:cs="Times New Roman"/>
          <w:sz w:val="26"/>
          <w:szCs w:val="26"/>
        </w:rPr>
        <w:t>ồ</w:t>
      </w:r>
      <w:r w:rsidRPr="002F02A0">
        <w:rPr>
          <w:rFonts w:ascii="Times New Roman" w:hAnsi="Times New Roman" w:cs="Times New Roman"/>
          <w:sz w:val="26"/>
          <w:szCs w:val="26"/>
        </w:rPr>
        <w:t>i dư</w:t>
      </w:r>
      <w:r w:rsidRPr="002F02A0">
        <w:rPr>
          <w:rFonts w:ascii="Times New Roman" w:hAnsi="Times New Roman" w:cs="Times New Roman"/>
          <w:sz w:val="26"/>
          <w:szCs w:val="26"/>
        </w:rPr>
        <w:t>ỡ</w:t>
      </w:r>
      <w:r w:rsidRPr="002F02A0">
        <w:rPr>
          <w:rFonts w:ascii="Times New Roman" w:hAnsi="Times New Roman" w:cs="Times New Roman"/>
          <w:sz w:val="26"/>
          <w:szCs w:val="26"/>
        </w:rPr>
        <w:t>ng trang b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 xml:space="preserve"> cho giáo viên nh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n th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c sâu s</w:t>
      </w:r>
      <w:r w:rsidRPr="002F02A0">
        <w:rPr>
          <w:rFonts w:ascii="Times New Roman" w:hAnsi="Times New Roman" w:cs="Times New Roman"/>
          <w:sz w:val="26"/>
          <w:szCs w:val="26"/>
        </w:rPr>
        <w:t>ắ</w:t>
      </w:r>
      <w:r w:rsidRPr="002F02A0">
        <w:rPr>
          <w:rFonts w:ascii="Times New Roman" w:hAnsi="Times New Roman" w:cs="Times New Roman"/>
          <w:sz w:val="26"/>
          <w:szCs w:val="26"/>
        </w:rPr>
        <w:t>c v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 xml:space="preserve"> b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o v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 xml:space="preserve"> n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>n t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ng tư tư</w:t>
      </w:r>
      <w:r w:rsidRPr="002F02A0">
        <w:rPr>
          <w:rFonts w:ascii="Times New Roman" w:hAnsi="Times New Roman" w:cs="Times New Roman"/>
          <w:sz w:val="26"/>
          <w:szCs w:val="26"/>
        </w:rPr>
        <w:t>ở</w:t>
      </w:r>
      <w:r w:rsidRPr="002F02A0">
        <w:rPr>
          <w:rFonts w:ascii="Times New Roman" w:hAnsi="Times New Roman" w:cs="Times New Roman"/>
          <w:sz w:val="26"/>
          <w:szCs w:val="26"/>
        </w:rPr>
        <w:t>ng c</w:t>
      </w:r>
      <w:r w:rsidRPr="002F02A0">
        <w:rPr>
          <w:rFonts w:ascii="Times New Roman" w:hAnsi="Times New Roman" w:cs="Times New Roman"/>
          <w:sz w:val="26"/>
          <w:szCs w:val="26"/>
        </w:rPr>
        <w:t>ủ</w:t>
      </w:r>
      <w:r w:rsidRPr="002F02A0">
        <w:rPr>
          <w:rFonts w:ascii="Times New Roman" w:hAnsi="Times New Roman" w:cs="Times New Roman"/>
          <w:sz w:val="26"/>
          <w:szCs w:val="26"/>
        </w:rPr>
        <w:t>a Đ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ng; đ</w:t>
      </w:r>
      <w:r w:rsidRPr="002F02A0">
        <w:rPr>
          <w:rFonts w:ascii="Times New Roman" w:hAnsi="Times New Roman" w:cs="Times New Roman"/>
          <w:sz w:val="26"/>
          <w:szCs w:val="26"/>
        </w:rPr>
        <w:t>ấ</w:t>
      </w:r>
      <w:r w:rsidRPr="002F02A0">
        <w:rPr>
          <w:rFonts w:ascii="Times New Roman" w:hAnsi="Times New Roman" w:cs="Times New Roman"/>
          <w:sz w:val="26"/>
          <w:szCs w:val="26"/>
        </w:rPr>
        <w:t>u tranh ph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n bác quan đi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>m sai trái, thù đ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>ch; đ</w:t>
      </w:r>
      <w:r w:rsidRPr="002F02A0">
        <w:rPr>
          <w:rFonts w:ascii="Times New Roman" w:hAnsi="Times New Roman" w:cs="Times New Roman"/>
          <w:sz w:val="26"/>
          <w:szCs w:val="26"/>
        </w:rPr>
        <w:t>ồ</w:t>
      </w:r>
      <w:r w:rsidRPr="002F02A0">
        <w:rPr>
          <w:rFonts w:ascii="Times New Roman" w:hAnsi="Times New Roman" w:cs="Times New Roman"/>
          <w:sz w:val="26"/>
          <w:szCs w:val="26"/>
        </w:rPr>
        <w:t>ng th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i</w:t>
      </w:r>
      <w:r w:rsidRPr="002F02A0">
        <w:rPr>
          <w:rFonts w:ascii="Times New Roman" w:hAnsi="Times New Roman" w:cs="Times New Roman"/>
          <w:sz w:val="26"/>
          <w:szCs w:val="26"/>
        </w:rPr>
        <w:t xml:space="preserve"> nâng cao năng l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>c sư ph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m đ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 xml:space="preserve"> th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>c hi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n m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c tiêu giáo d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c toàn di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n trong b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>i c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nh chuy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>n đ</w:t>
      </w:r>
      <w:r w:rsidRPr="002F02A0">
        <w:rPr>
          <w:rFonts w:ascii="Times New Roman" w:hAnsi="Times New Roman" w:cs="Times New Roman"/>
          <w:sz w:val="26"/>
          <w:szCs w:val="26"/>
        </w:rPr>
        <w:t>ổ</w:t>
      </w:r>
      <w:r w:rsidRPr="002F02A0">
        <w:rPr>
          <w:rFonts w:ascii="Times New Roman" w:hAnsi="Times New Roman" w:cs="Times New Roman"/>
          <w:sz w:val="26"/>
          <w:szCs w:val="26"/>
        </w:rPr>
        <w:t>i s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 xml:space="preserve"> và h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i nh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p.</w:t>
      </w:r>
    </w:p>
    <w:p w:rsidR="00E30C5B" w:rsidRPr="002F02A0" w:rsidRDefault="00562351" w:rsidP="002F02A0">
      <w:pPr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b/>
          <w:sz w:val="26"/>
          <w:szCs w:val="26"/>
        </w:rPr>
        <w:t>Ph</w:t>
      </w:r>
      <w:r w:rsidRPr="002F02A0">
        <w:rPr>
          <w:rFonts w:ascii="Times New Roman" w:hAnsi="Times New Roman" w:cs="Times New Roman"/>
          <w:b/>
          <w:sz w:val="26"/>
          <w:szCs w:val="26"/>
        </w:rPr>
        <w:t>ầ</w:t>
      </w:r>
      <w:r w:rsidRPr="002F02A0">
        <w:rPr>
          <w:rFonts w:ascii="Times New Roman" w:hAnsi="Times New Roman" w:cs="Times New Roman"/>
          <w:b/>
          <w:sz w:val="26"/>
          <w:szCs w:val="26"/>
        </w:rPr>
        <w:t>n I. Nh</w:t>
      </w:r>
      <w:r w:rsidRPr="002F02A0">
        <w:rPr>
          <w:rFonts w:ascii="Times New Roman" w:hAnsi="Times New Roman" w:cs="Times New Roman"/>
          <w:b/>
          <w:sz w:val="26"/>
          <w:szCs w:val="26"/>
        </w:rPr>
        <w:t>ậ</w:t>
      </w:r>
      <w:r w:rsidRPr="002F02A0">
        <w:rPr>
          <w:rFonts w:ascii="Times New Roman" w:hAnsi="Times New Roman" w:cs="Times New Roman"/>
          <w:b/>
          <w:sz w:val="26"/>
          <w:szCs w:val="26"/>
        </w:rPr>
        <w:t>n th</w:t>
      </w:r>
      <w:r w:rsidRPr="002F02A0">
        <w:rPr>
          <w:rFonts w:ascii="Times New Roman" w:hAnsi="Times New Roman" w:cs="Times New Roman"/>
          <w:b/>
          <w:sz w:val="26"/>
          <w:szCs w:val="26"/>
        </w:rPr>
        <w:t>ứ</w:t>
      </w:r>
      <w:r w:rsidRPr="002F02A0">
        <w:rPr>
          <w:rFonts w:ascii="Times New Roman" w:hAnsi="Times New Roman" w:cs="Times New Roman"/>
          <w:b/>
          <w:sz w:val="26"/>
          <w:szCs w:val="26"/>
        </w:rPr>
        <w:t>c chung v</w:t>
      </w:r>
      <w:r w:rsidRPr="002F02A0">
        <w:rPr>
          <w:rFonts w:ascii="Times New Roman" w:hAnsi="Times New Roman" w:cs="Times New Roman"/>
          <w:b/>
          <w:sz w:val="26"/>
          <w:szCs w:val="26"/>
        </w:rPr>
        <w:t>ề</w:t>
      </w:r>
      <w:r w:rsidRPr="002F02A0">
        <w:rPr>
          <w:rFonts w:ascii="Times New Roman" w:hAnsi="Times New Roman" w:cs="Times New Roman"/>
          <w:b/>
          <w:sz w:val="26"/>
          <w:szCs w:val="26"/>
        </w:rPr>
        <w:t xml:space="preserve"> tình hình kinh t</w:t>
      </w:r>
      <w:r w:rsidRPr="002F02A0">
        <w:rPr>
          <w:rFonts w:ascii="Times New Roman" w:hAnsi="Times New Roman" w:cs="Times New Roman"/>
          <w:b/>
          <w:sz w:val="26"/>
          <w:szCs w:val="26"/>
        </w:rPr>
        <w:t>ế</w:t>
      </w:r>
      <w:r w:rsidRPr="002F02A0">
        <w:rPr>
          <w:rFonts w:ascii="Times New Roman" w:hAnsi="Times New Roman" w:cs="Times New Roman"/>
          <w:b/>
          <w:sz w:val="26"/>
          <w:szCs w:val="26"/>
        </w:rPr>
        <w:t xml:space="preserve"> – xã h</w:t>
      </w:r>
      <w:r w:rsidRPr="002F02A0">
        <w:rPr>
          <w:rFonts w:ascii="Times New Roman" w:hAnsi="Times New Roman" w:cs="Times New Roman"/>
          <w:b/>
          <w:sz w:val="26"/>
          <w:szCs w:val="26"/>
        </w:rPr>
        <w:t>ộ</w:t>
      </w:r>
      <w:r w:rsidRPr="002F02A0">
        <w:rPr>
          <w:rFonts w:ascii="Times New Roman" w:hAnsi="Times New Roman" w:cs="Times New Roman"/>
          <w:b/>
          <w:sz w:val="26"/>
          <w:szCs w:val="26"/>
        </w:rPr>
        <w:t>i hi</w:t>
      </w:r>
      <w:r w:rsidRPr="002F02A0">
        <w:rPr>
          <w:rFonts w:ascii="Times New Roman" w:hAnsi="Times New Roman" w:cs="Times New Roman"/>
          <w:b/>
          <w:sz w:val="26"/>
          <w:szCs w:val="26"/>
        </w:rPr>
        <w:t>ệ</w:t>
      </w:r>
      <w:r w:rsidRPr="002F02A0">
        <w:rPr>
          <w:rFonts w:ascii="Times New Roman" w:hAnsi="Times New Roman" w:cs="Times New Roman"/>
          <w:b/>
          <w:sz w:val="26"/>
          <w:szCs w:val="26"/>
        </w:rPr>
        <w:t>n nay</w:t>
      </w:r>
    </w:p>
    <w:p w:rsidR="00E30C5B" w:rsidRPr="002F02A0" w:rsidRDefault="00562351" w:rsidP="002F02A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B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>i c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nh qu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>c t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 xml:space="preserve"> có nhi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>u y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u t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 xml:space="preserve"> ph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c t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p, thông tin trên m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ng xã h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i lan truy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>n n</w:t>
      </w:r>
      <w:r w:rsidRPr="002F02A0">
        <w:rPr>
          <w:rFonts w:ascii="Times New Roman" w:hAnsi="Times New Roman" w:cs="Times New Roman"/>
          <w:sz w:val="26"/>
          <w:szCs w:val="26"/>
        </w:rPr>
        <w:t>hanh, đan xen đúng – sai, tác đ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ng tr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>c ti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p đ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n nh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n th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c c</w:t>
      </w:r>
      <w:r w:rsidRPr="002F02A0">
        <w:rPr>
          <w:rFonts w:ascii="Times New Roman" w:hAnsi="Times New Roman" w:cs="Times New Roman"/>
          <w:sz w:val="26"/>
          <w:szCs w:val="26"/>
        </w:rPr>
        <w:t>ủ</w:t>
      </w:r>
      <w:r w:rsidRPr="002F02A0">
        <w:rPr>
          <w:rFonts w:ascii="Times New Roman" w:hAnsi="Times New Roman" w:cs="Times New Roman"/>
          <w:sz w:val="26"/>
          <w:szCs w:val="26"/>
        </w:rPr>
        <w:t>a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sinh. Trong nư</w:t>
      </w:r>
      <w:r w:rsidRPr="002F02A0">
        <w:rPr>
          <w:rFonts w:ascii="Times New Roman" w:hAnsi="Times New Roman" w:cs="Times New Roman"/>
          <w:sz w:val="26"/>
          <w:szCs w:val="26"/>
        </w:rPr>
        <w:t>ớ</w:t>
      </w:r>
      <w:r w:rsidRPr="002F02A0">
        <w:rPr>
          <w:rFonts w:ascii="Times New Roman" w:hAnsi="Times New Roman" w:cs="Times New Roman"/>
          <w:sz w:val="26"/>
          <w:szCs w:val="26"/>
        </w:rPr>
        <w:t>c, nhi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m v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 xml:space="preserve"> gi</w:t>
      </w:r>
      <w:r w:rsidRPr="002F02A0">
        <w:rPr>
          <w:rFonts w:ascii="Times New Roman" w:hAnsi="Times New Roman" w:cs="Times New Roman"/>
          <w:sz w:val="26"/>
          <w:szCs w:val="26"/>
        </w:rPr>
        <w:t>ữ</w:t>
      </w:r>
      <w:r w:rsidRPr="002F02A0">
        <w:rPr>
          <w:rFonts w:ascii="Times New Roman" w:hAnsi="Times New Roman" w:cs="Times New Roman"/>
          <w:sz w:val="26"/>
          <w:szCs w:val="26"/>
        </w:rPr>
        <w:t xml:space="preserve"> v</w:t>
      </w:r>
      <w:r w:rsidRPr="002F02A0">
        <w:rPr>
          <w:rFonts w:ascii="Times New Roman" w:hAnsi="Times New Roman" w:cs="Times New Roman"/>
          <w:sz w:val="26"/>
          <w:szCs w:val="26"/>
        </w:rPr>
        <w:t>ữ</w:t>
      </w:r>
      <w:r w:rsidRPr="002F02A0">
        <w:rPr>
          <w:rFonts w:ascii="Times New Roman" w:hAnsi="Times New Roman" w:cs="Times New Roman"/>
          <w:sz w:val="26"/>
          <w:szCs w:val="26"/>
        </w:rPr>
        <w:t xml:space="preserve">ng </w:t>
      </w:r>
      <w:r w:rsidRPr="002F02A0">
        <w:rPr>
          <w:rFonts w:ascii="Times New Roman" w:hAnsi="Times New Roman" w:cs="Times New Roman"/>
          <w:sz w:val="26"/>
          <w:szCs w:val="26"/>
        </w:rPr>
        <w:t>ổ</w:t>
      </w:r>
      <w:r w:rsidRPr="002F02A0">
        <w:rPr>
          <w:rFonts w:ascii="Times New Roman" w:hAnsi="Times New Roman" w:cs="Times New Roman"/>
          <w:sz w:val="26"/>
          <w:szCs w:val="26"/>
        </w:rPr>
        <w:t>n đ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>nh chính tr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 xml:space="preserve"> – tr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t t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 xml:space="preserve"> an toàn xã h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i, phát tri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>n kinh t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 xml:space="preserve"> – văn hóa – giáo d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c đư</w:t>
      </w:r>
      <w:r w:rsidRPr="002F02A0">
        <w:rPr>
          <w:rFonts w:ascii="Times New Roman" w:hAnsi="Times New Roman" w:cs="Times New Roman"/>
          <w:sz w:val="26"/>
          <w:szCs w:val="26"/>
        </w:rPr>
        <w:t>ợ</w:t>
      </w:r>
      <w:r w:rsidRPr="002F02A0">
        <w:rPr>
          <w:rFonts w:ascii="Times New Roman" w:hAnsi="Times New Roman" w:cs="Times New Roman"/>
          <w:sz w:val="26"/>
          <w:szCs w:val="26"/>
        </w:rPr>
        <w:t>c đ</w:t>
      </w:r>
      <w:r w:rsidRPr="002F02A0">
        <w:rPr>
          <w:rFonts w:ascii="Times New Roman" w:hAnsi="Times New Roman" w:cs="Times New Roman"/>
          <w:sz w:val="26"/>
          <w:szCs w:val="26"/>
        </w:rPr>
        <w:t>ặ</w:t>
      </w:r>
      <w:r w:rsidRPr="002F02A0">
        <w:rPr>
          <w:rFonts w:ascii="Times New Roman" w:hAnsi="Times New Roman" w:cs="Times New Roman"/>
          <w:sz w:val="26"/>
          <w:szCs w:val="26"/>
        </w:rPr>
        <w:t>t ra đ</w:t>
      </w:r>
      <w:r w:rsidRPr="002F02A0">
        <w:rPr>
          <w:rFonts w:ascii="Times New Roman" w:hAnsi="Times New Roman" w:cs="Times New Roman"/>
          <w:sz w:val="26"/>
          <w:szCs w:val="26"/>
        </w:rPr>
        <w:t>ồ</w:t>
      </w:r>
      <w:r w:rsidRPr="002F02A0">
        <w:rPr>
          <w:rFonts w:ascii="Times New Roman" w:hAnsi="Times New Roman" w:cs="Times New Roman"/>
          <w:sz w:val="26"/>
          <w:szCs w:val="26"/>
        </w:rPr>
        <w:t>ng b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; chuy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>n đ</w:t>
      </w:r>
      <w:r w:rsidRPr="002F02A0">
        <w:rPr>
          <w:rFonts w:ascii="Times New Roman" w:hAnsi="Times New Roman" w:cs="Times New Roman"/>
          <w:sz w:val="26"/>
          <w:szCs w:val="26"/>
        </w:rPr>
        <w:t>ổ</w:t>
      </w:r>
      <w:r w:rsidRPr="002F02A0">
        <w:rPr>
          <w:rFonts w:ascii="Times New Roman" w:hAnsi="Times New Roman" w:cs="Times New Roman"/>
          <w:sz w:val="26"/>
          <w:szCs w:val="26"/>
        </w:rPr>
        <w:t>i s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 xml:space="preserve"> m</w:t>
      </w:r>
      <w:r w:rsidRPr="002F02A0">
        <w:rPr>
          <w:rFonts w:ascii="Times New Roman" w:hAnsi="Times New Roman" w:cs="Times New Roman"/>
          <w:sz w:val="26"/>
          <w:szCs w:val="26"/>
        </w:rPr>
        <w:t>ở</w:t>
      </w:r>
      <w:r w:rsidRPr="002F02A0">
        <w:rPr>
          <w:rFonts w:ascii="Times New Roman" w:hAnsi="Times New Roman" w:cs="Times New Roman"/>
          <w:sz w:val="26"/>
          <w:szCs w:val="26"/>
        </w:rPr>
        <w:t xml:space="preserve"> ra không gian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t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p m</w:t>
      </w:r>
      <w:r w:rsidRPr="002F02A0">
        <w:rPr>
          <w:rFonts w:ascii="Times New Roman" w:hAnsi="Times New Roman" w:cs="Times New Roman"/>
          <w:sz w:val="26"/>
          <w:szCs w:val="26"/>
        </w:rPr>
        <w:t>ớ</w:t>
      </w:r>
      <w:r w:rsidRPr="002F02A0">
        <w:rPr>
          <w:rFonts w:ascii="Times New Roman" w:hAnsi="Times New Roman" w:cs="Times New Roman"/>
          <w:sz w:val="26"/>
          <w:szCs w:val="26"/>
        </w:rPr>
        <w:t>i.</w:t>
      </w:r>
    </w:p>
    <w:p w:rsidR="00E30C5B" w:rsidRPr="002F02A0" w:rsidRDefault="00562351" w:rsidP="002F02A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Giáo</w:t>
      </w:r>
      <w:r w:rsidRPr="002F02A0">
        <w:rPr>
          <w:rFonts w:ascii="Times New Roman" w:hAnsi="Times New Roman" w:cs="Times New Roman"/>
          <w:sz w:val="26"/>
          <w:szCs w:val="26"/>
        </w:rPr>
        <w:t xml:space="preserve"> d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c c</w:t>
      </w:r>
      <w:r w:rsidRPr="002F02A0">
        <w:rPr>
          <w:rFonts w:ascii="Times New Roman" w:hAnsi="Times New Roman" w:cs="Times New Roman"/>
          <w:sz w:val="26"/>
          <w:szCs w:val="26"/>
        </w:rPr>
        <w:t>ầ</w:t>
      </w:r>
      <w:r w:rsidRPr="002F02A0">
        <w:rPr>
          <w:rFonts w:ascii="Times New Roman" w:hAnsi="Times New Roman" w:cs="Times New Roman"/>
          <w:sz w:val="26"/>
          <w:szCs w:val="26"/>
        </w:rPr>
        <w:t>n tăng cư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ng giáo d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c công dân s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>, an toàn thông tin, năng l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>c truy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>n thông – thông tin; xây d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>ng môi trư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ng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đư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ng an toàn, lành m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nh, dân ch</w:t>
      </w:r>
      <w:r w:rsidRPr="002F02A0">
        <w:rPr>
          <w:rFonts w:ascii="Times New Roman" w:hAnsi="Times New Roman" w:cs="Times New Roman"/>
          <w:sz w:val="26"/>
          <w:szCs w:val="26"/>
        </w:rPr>
        <w:t>ủ</w:t>
      </w:r>
      <w:r w:rsidRPr="002F02A0">
        <w:rPr>
          <w:rFonts w:ascii="Times New Roman" w:hAnsi="Times New Roman" w:cs="Times New Roman"/>
          <w:sz w:val="26"/>
          <w:szCs w:val="26"/>
        </w:rPr>
        <w:t>, k</w:t>
      </w:r>
      <w:r w:rsidRPr="002F02A0">
        <w:rPr>
          <w:rFonts w:ascii="Times New Roman" w:hAnsi="Times New Roman" w:cs="Times New Roman"/>
          <w:sz w:val="26"/>
          <w:szCs w:val="26"/>
        </w:rPr>
        <w:t>ỷ</w:t>
      </w:r>
      <w:r w:rsidRPr="002F02A0">
        <w:rPr>
          <w:rFonts w:ascii="Times New Roman" w:hAnsi="Times New Roman" w:cs="Times New Roman"/>
          <w:sz w:val="26"/>
          <w:szCs w:val="26"/>
        </w:rPr>
        <w:t xml:space="preserve"> cương.</w:t>
      </w:r>
    </w:p>
    <w:p w:rsidR="00E30C5B" w:rsidRPr="002F02A0" w:rsidRDefault="00562351" w:rsidP="002F02A0">
      <w:pPr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b/>
          <w:sz w:val="26"/>
          <w:szCs w:val="26"/>
        </w:rPr>
        <w:t>Ph</w:t>
      </w:r>
      <w:r w:rsidRPr="002F02A0">
        <w:rPr>
          <w:rFonts w:ascii="Times New Roman" w:hAnsi="Times New Roman" w:cs="Times New Roman"/>
          <w:b/>
          <w:sz w:val="26"/>
          <w:szCs w:val="26"/>
        </w:rPr>
        <w:t>ầ</w:t>
      </w:r>
      <w:r w:rsidRPr="002F02A0">
        <w:rPr>
          <w:rFonts w:ascii="Times New Roman" w:hAnsi="Times New Roman" w:cs="Times New Roman"/>
          <w:b/>
          <w:sz w:val="26"/>
          <w:szCs w:val="26"/>
        </w:rPr>
        <w:t>n II. N</w:t>
      </w:r>
      <w:r w:rsidRPr="002F02A0">
        <w:rPr>
          <w:rFonts w:ascii="Times New Roman" w:hAnsi="Times New Roman" w:cs="Times New Roman"/>
          <w:b/>
          <w:sz w:val="26"/>
          <w:szCs w:val="26"/>
        </w:rPr>
        <w:t>ộ</w:t>
      </w:r>
      <w:r w:rsidRPr="002F02A0">
        <w:rPr>
          <w:rFonts w:ascii="Times New Roman" w:hAnsi="Times New Roman" w:cs="Times New Roman"/>
          <w:b/>
          <w:sz w:val="26"/>
          <w:szCs w:val="26"/>
        </w:rPr>
        <w:t>i dung h</w:t>
      </w:r>
      <w:r w:rsidRPr="002F02A0">
        <w:rPr>
          <w:rFonts w:ascii="Times New Roman" w:hAnsi="Times New Roman" w:cs="Times New Roman"/>
          <w:b/>
          <w:sz w:val="26"/>
          <w:szCs w:val="26"/>
        </w:rPr>
        <w:t>ọ</w:t>
      </w:r>
      <w:r w:rsidRPr="002F02A0">
        <w:rPr>
          <w:rFonts w:ascii="Times New Roman" w:hAnsi="Times New Roman" w:cs="Times New Roman"/>
          <w:b/>
          <w:sz w:val="26"/>
          <w:szCs w:val="26"/>
        </w:rPr>
        <w:t>c t</w:t>
      </w:r>
      <w:r w:rsidRPr="002F02A0">
        <w:rPr>
          <w:rFonts w:ascii="Times New Roman" w:hAnsi="Times New Roman" w:cs="Times New Roman"/>
          <w:b/>
          <w:sz w:val="26"/>
          <w:szCs w:val="26"/>
        </w:rPr>
        <w:t>ậ</w:t>
      </w:r>
      <w:r w:rsidRPr="002F02A0">
        <w:rPr>
          <w:rFonts w:ascii="Times New Roman" w:hAnsi="Times New Roman" w:cs="Times New Roman"/>
          <w:b/>
          <w:sz w:val="26"/>
          <w:szCs w:val="26"/>
        </w:rPr>
        <w:t>p và nh</w:t>
      </w:r>
      <w:r w:rsidRPr="002F02A0">
        <w:rPr>
          <w:rFonts w:ascii="Times New Roman" w:hAnsi="Times New Roman" w:cs="Times New Roman"/>
          <w:b/>
          <w:sz w:val="26"/>
          <w:szCs w:val="26"/>
        </w:rPr>
        <w:t>ậ</w:t>
      </w:r>
      <w:r w:rsidRPr="002F02A0">
        <w:rPr>
          <w:rFonts w:ascii="Times New Roman" w:hAnsi="Times New Roman" w:cs="Times New Roman"/>
          <w:b/>
          <w:sz w:val="26"/>
          <w:szCs w:val="26"/>
        </w:rPr>
        <w:t>n th</w:t>
      </w:r>
      <w:r w:rsidRPr="002F02A0">
        <w:rPr>
          <w:rFonts w:ascii="Times New Roman" w:hAnsi="Times New Roman" w:cs="Times New Roman"/>
          <w:b/>
          <w:sz w:val="26"/>
          <w:szCs w:val="26"/>
        </w:rPr>
        <w:t>ứ</w:t>
      </w:r>
      <w:r w:rsidRPr="002F02A0">
        <w:rPr>
          <w:rFonts w:ascii="Times New Roman" w:hAnsi="Times New Roman" w:cs="Times New Roman"/>
          <w:b/>
          <w:sz w:val="26"/>
          <w:szCs w:val="26"/>
        </w:rPr>
        <w:t>c cá nhân</w:t>
      </w:r>
    </w:p>
    <w:p w:rsidR="002F02A0" w:rsidRPr="002F02A0" w:rsidRDefault="00562351" w:rsidP="002F02A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lastRenderedPageBreak/>
        <w:t>B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o v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 xml:space="preserve"> n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>n t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ng tư tư</w:t>
      </w:r>
      <w:r w:rsidRPr="002F02A0">
        <w:rPr>
          <w:rFonts w:ascii="Times New Roman" w:hAnsi="Times New Roman" w:cs="Times New Roman"/>
          <w:sz w:val="26"/>
          <w:szCs w:val="26"/>
        </w:rPr>
        <w:t>ở</w:t>
      </w:r>
      <w:r w:rsidR="002F02A0" w:rsidRPr="002F02A0">
        <w:rPr>
          <w:rFonts w:ascii="Times New Roman" w:hAnsi="Times New Roman" w:cs="Times New Roman"/>
          <w:sz w:val="26"/>
          <w:szCs w:val="26"/>
        </w:rPr>
        <w:t>ng:</w:t>
      </w:r>
    </w:p>
    <w:p w:rsidR="00E30C5B" w:rsidRPr="002F02A0" w:rsidRDefault="00562351" w:rsidP="002F02A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Tôi xác đ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>nh r</w:t>
      </w:r>
      <w:r w:rsidRPr="002F02A0">
        <w:rPr>
          <w:rFonts w:ascii="Times New Roman" w:hAnsi="Times New Roman" w:cs="Times New Roman"/>
          <w:sz w:val="26"/>
          <w:szCs w:val="26"/>
        </w:rPr>
        <w:t>õ vai trò ngư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i giáo viên là chi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n sĩ trên m</w:t>
      </w:r>
      <w:r w:rsidRPr="002F02A0">
        <w:rPr>
          <w:rFonts w:ascii="Times New Roman" w:hAnsi="Times New Roman" w:cs="Times New Roman"/>
          <w:sz w:val="26"/>
          <w:szCs w:val="26"/>
        </w:rPr>
        <w:t>ặ</w:t>
      </w:r>
      <w:r w:rsidRPr="002F02A0">
        <w:rPr>
          <w:rFonts w:ascii="Times New Roman" w:hAnsi="Times New Roman" w:cs="Times New Roman"/>
          <w:sz w:val="26"/>
          <w:szCs w:val="26"/>
        </w:rPr>
        <w:t>t tr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n văn hóa – tư tư</w:t>
      </w:r>
      <w:r w:rsidRPr="002F02A0">
        <w:rPr>
          <w:rFonts w:ascii="Times New Roman" w:hAnsi="Times New Roman" w:cs="Times New Roman"/>
          <w:sz w:val="26"/>
          <w:szCs w:val="26"/>
        </w:rPr>
        <w:t>ở</w:t>
      </w:r>
      <w:r w:rsidRPr="002F02A0">
        <w:rPr>
          <w:rFonts w:ascii="Times New Roman" w:hAnsi="Times New Roman" w:cs="Times New Roman"/>
          <w:sz w:val="26"/>
          <w:szCs w:val="26"/>
        </w:rPr>
        <w:t>ng. B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o v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 xml:space="preserve"> b</w:t>
      </w:r>
      <w:r w:rsidRPr="002F02A0">
        <w:rPr>
          <w:rFonts w:ascii="Times New Roman" w:hAnsi="Times New Roman" w:cs="Times New Roman"/>
          <w:sz w:val="26"/>
          <w:szCs w:val="26"/>
        </w:rPr>
        <w:t>ằ</w:t>
      </w:r>
      <w:r w:rsidRPr="002F02A0">
        <w:rPr>
          <w:rFonts w:ascii="Times New Roman" w:hAnsi="Times New Roman" w:cs="Times New Roman"/>
          <w:sz w:val="26"/>
          <w:szCs w:val="26"/>
        </w:rPr>
        <w:t>ng tri th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c v</w:t>
      </w:r>
      <w:r w:rsidRPr="002F02A0">
        <w:rPr>
          <w:rFonts w:ascii="Times New Roman" w:hAnsi="Times New Roman" w:cs="Times New Roman"/>
          <w:sz w:val="26"/>
          <w:szCs w:val="26"/>
        </w:rPr>
        <w:t>ữ</w:t>
      </w:r>
      <w:r w:rsidRPr="002F02A0">
        <w:rPr>
          <w:rFonts w:ascii="Times New Roman" w:hAnsi="Times New Roman" w:cs="Times New Roman"/>
          <w:sz w:val="26"/>
          <w:szCs w:val="26"/>
        </w:rPr>
        <w:t>ng vàng, b</w:t>
      </w:r>
      <w:r w:rsidRPr="002F02A0">
        <w:rPr>
          <w:rFonts w:ascii="Times New Roman" w:hAnsi="Times New Roman" w:cs="Times New Roman"/>
          <w:sz w:val="26"/>
          <w:szCs w:val="26"/>
        </w:rPr>
        <w:t>ằ</w:t>
      </w:r>
      <w:r w:rsidRPr="002F02A0">
        <w:rPr>
          <w:rFonts w:ascii="Times New Roman" w:hAnsi="Times New Roman" w:cs="Times New Roman"/>
          <w:sz w:val="26"/>
          <w:szCs w:val="26"/>
        </w:rPr>
        <w:t>ng t</w:t>
      </w:r>
      <w:r w:rsidRPr="002F02A0">
        <w:rPr>
          <w:rFonts w:ascii="Times New Roman" w:hAnsi="Times New Roman" w:cs="Times New Roman"/>
          <w:sz w:val="26"/>
          <w:szCs w:val="26"/>
        </w:rPr>
        <w:t>ấ</w:t>
      </w:r>
      <w:r w:rsidRPr="002F02A0">
        <w:rPr>
          <w:rFonts w:ascii="Times New Roman" w:hAnsi="Times New Roman" w:cs="Times New Roman"/>
          <w:sz w:val="26"/>
          <w:szCs w:val="26"/>
        </w:rPr>
        <w:t>m gương đ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o đ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c, b</w:t>
      </w:r>
      <w:r w:rsidRPr="002F02A0">
        <w:rPr>
          <w:rFonts w:ascii="Times New Roman" w:hAnsi="Times New Roman" w:cs="Times New Roman"/>
          <w:sz w:val="26"/>
          <w:szCs w:val="26"/>
        </w:rPr>
        <w:t>ằ</w:t>
      </w:r>
      <w:r w:rsidRPr="002F02A0">
        <w:rPr>
          <w:rFonts w:ascii="Times New Roman" w:hAnsi="Times New Roman" w:cs="Times New Roman"/>
          <w:sz w:val="26"/>
          <w:szCs w:val="26"/>
        </w:rPr>
        <w:t>ng n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i dung d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y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chính xác, đáng tin c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y; hư</w:t>
      </w:r>
      <w:r w:rsidRPr="002F02A0">
        <w:rPr>
          <w:rFonts w:ascii="Times New Roman" w:hAnsi="Times New Roman" w:cs="Times New Roman"/>
          <w:sz w:val="26"/>
          <w:szCs w:val="26"/>
        </w:rPr>
        <w:t>ớ</w:t>
      </w:r>
      <w:r w:rsidRPr="002F02A0">
        <w:rPr>
          <w:rFonts w:ascii="Times New Roman" w:hAnsi="Times New Roman" w:cs="Times New Roman"/>
          <w:sz w:val="26"/>
          <w:szCs w:val="26"/>
        </w:rPr>
        <w:t>ng d</w:t>
      </w:r>
      <w:r w:rsidRPr="002F02A0">
        <w:rPr>
          <w:rFonts w:ascii="Times New Roman" w:hAnsi="Times New Roman" w:cs="Times New Roman"/>
          <w:sz w:val="26"/>
          <w:szCs w:val="26"/>
        </w:rPr>
        <w:t>ẫ</w:t>
      </w:r>
      <w:r w:rsidRPr="002F02A0">
        <w:rPr>
          <w:rFonts w:ascii="Times New Roman" w:hAnsi="Times New Roman" w:cs="Times New Roman"/>
          <w:sz w:val="26"/>
          <w:szCs w:val="26"/>
        </w:rPr>
        <w:t>n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sinh bi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t ki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>m ch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ng thông tin, tôn tr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ng s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 xml:space="preserve"> th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t, hành x</w:t>
      </w:r>
      <w:r w:rsidRPr="002F02A0">
        <w:rPr>
          <w:rFonts w:ascii="Times New Roman" w:hAnsi="Times New Roman" w:cs="Times New Roman"/>
          <w:sz w:val="26"/>
          <w:szCs w:val="26"/>
        </w:rPr>
        <w:t>ử</w:t>
      </w:r>
      <w:r w:rsidRPr="002F02A0">
        <w:rPr>
          <w:rFonts w:ascii="Times New Roman" w:hAnsi="Times New Roman" w:cs="Times New Roman"/>
          <w:sz w:val="26"/>
          <w:szCs w:val="26"/>
        </w:rPr>
        <w:t xml:space="preserve"> có văn h</w:t>
      </w:r>
      <w:r w:rsidRPr="002F02A0">
        <w:rPr>
          <w:rFonts w:ascii="Times New Roman" w:hAnsi="Times New Roman" w:cs="Times New Roman"/>
          <w:sz w:val="26"/>
          <w:szCs w:val="26"/>
        </w:rPr>
        <w:t>óa trên không gian m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ng.</w:t>
      </w:r>
    </w:p>
    <w:p w:rsidR="002F02A0" w:rsidRPr="002F02A0" w:rsidRDefault="00562351" w:rsidP="002F02A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Công tác tuyên truy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>n – giáo d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="002F02A0" w:rsidRPr="002F02A0">
        <w:rPr>
          <w:rFonts w:ascii="Times New Roman" w:hAnsi="Times New Roman" w:cs="Times New Roman"/>
          <w:sz w:val="26"/>
          <w:szCs w:val="26"/>
        </w:rPr>
        <w:t>c:</w:t>
      </w:r>
    </w:p>
    <w:p w:rsidR="00E30C5B" w:rsidRPr="002F02A0" w:rsidRDefault="00562351" w:rsidP="002F02A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L</w:t>
      </w:r>
      <w:r w:rsidRPr="002F02A0">
        <w:rPr>
          <w:rFonts w:ascii="Times New Roman" w:hAnsi="Times New Roman" w:cs="Times New Roman"/>
          <w:sz w:val="26"/>
          <w:szCs w:val="26"/>
        </w:rPr>
        <w:t>ồ</w:t>
      </w:r>
      <w:r w:rsidRPr="002F02A0">
        <w:rPr>
          <w:rFonts w:ascii="Times New Roman" w:hAnsi="Times New Roman" w:cs="Times New Roman"/>
          <w:sz w:val="26"/>
          <w:szCs w:val="26"/>
        </w:rPr>
        <w:t>ng ghép n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i dung pháp lu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t, đ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o đ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c công dân, l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>ch s</w:t>
      </w:r>
      <w:r w:rsidRPr="002F02A0">
        <w:rPr>
          <w:rFonts w:ascii="Times New Roman" w:hAnsi="Times New Roman" w:cs="Times New Roman"/>
          <w:sz w:val="26"/>
          <w:szCs w:val="26"/>
        </w:rPr>
        <w:t>ử</w:t>
      </w:r>
      <w:r w:rsidRPr="002F02A0">
        <w:rPr>
          <w:rFonts w:ascii="Times New Roman" w:hAnsi="Times New Roman" w:cs="Times New Roman"/>
          <w:sz w:val="26"/>
          <w:szCs w:val="26"/>
        </w:rPr>
        <w:t xml:space="preserve"> – truy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>n th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>ng vào bài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và ho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t đ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ng tr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i nghi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m; t</w:t>
      </w:r>
      <w:r w:rsidRPr="002F02A0">
        <w:rPr>
          <w:rFonts w:ascii="Times New Roman" w:hAnsi="Times New Roman" w:cs="Times New Roman"/>
          <w:sz w:val="26"/>
          <w:szCs w:val="26"/>
        </w:rPr>
        <w:t>ổ</w:t>
      </w:r>
      <w:r w:rsidRPr="002F02A0">
        <w:rPr>
          <w:rFonts w:ascii="Times New Roman" w:hAnsi="Times New Roman" w:cs="Times New Roman"/>
          <w:sz w:val="26"/>
          <w:szCs w:val="26"/>
        </w:rPr>
        <w:t xml:space="preserve"> ch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c chuyên đ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 xml:space="preserve"> k</w:t>
      </w:r>
      <w:r w:rsidRPr="002F02A0">
        <w:rPr>
          <w:rFonts w:ascii="Times New Roman" w:hAnsi="Times New Roman" w:cs="Times New Roman"/>
          <w:sz w:val="26"/>
          <w:szCs w:val="26"/>
        </w:rPr>
        <w:t>ỹ</w:t>
      </w:r>
      <w:r w:rsidRPr="002F02A0">
        <w:rPr>
          <w:rFonts w:ascii="Times New Roman" w:hAnsi="Times New Roman" w:cs="Times New Roman"/>
          <w:sz w:val="26"/>
          <w:szCs w:val="26"/>
        </w:rPr>
        <w:t xml:space="preserve"> năng nh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n di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n tin gi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, thông tin x</w:t>
      </w:r>
      <w:r w:rsidRPr="002F02A0">
        <w:rPr>
          <w:rFonts w:ascii="Times New Roman" w:hAnsi="Times New Roman" w:cs="Times New Roman"/>
          <w:sz w:val="26"/>
          <w:szCs w:val="26"/>
        </w:rPr>
        <w:t>ấ</w:t>
      </w:r>
      <w:r w:rsidRPr="002F02A0">
        <w:rPr>
          <w:rFonts w:ascii="Times New Roman" w:hAnsi="Times New Roman" w:cs="Times New Roman"/>
          <w:sz w:val="26"/>
          <w:szCs w:val="26"/>
        </w:rPr>
        <w:t>u đ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c; trang b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 xml:space="preserve"> quy t</w:t>
      </w:r>
      <w:r w:rsidRPr="002F02A0">
        <w:rPr>
          <w:rFonts w:ascii="Times New Roman" w:hAnsi="Times New Roman" w:cs="Times New Roman"/>
          <w:sz w:val="26"/>
          <w:szCs w:val="26"/>
        </w:rPr>
        <w:t>ắ</w:t>
      </w:r>
      <w:r w:rsidRPr="002F02A0">
        <w:rPr>
          <w:rFonts w:ascii="Times New Roman" w:hAnsi="Times New Roman" w:cs="Times New Roman"/>
          <w:sz w:val="26"/>
          <w:szCs w:val="26"/>
        </w:rPr>
        <w:t xml:space="preserve">c 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 xml:space="preserve">ng </w:t>
      </w:r>
      <w:r w:rsidRPr="002F02A0">
        <w:rPr>
          <w:rFonts w:ascii="Times New Roman" w:hAnsi="Times New Roman" w:cs="Times New Roman"/>
          <w:sz w:val="26"/>
          <w:szCs w:val="26"/>
        </w:rPr>
        <w:t>x</w:t>
      </w:r>
      <w:r w:rsidRPr="002F02A0">
        <w:rPr>
          <w:rFonts w:ascii="Times New Roman" w:hAnsi="Times New Roman" w:cs="Times New Roman"/>
          <w:sz w:val="26"/>
          <w:szCs w:val="26"/>
        </w:rPr>
        <w:t>ử</w:t>
      </w:r>
      <w:r w:rsidRPr="002F02A0">
        <w:rPr>
          <w:rFonts w:ascii="Times New Roman" w:hAnsi="Times New Roman" w:cs="Times New Roman"/>
          <w:sz w:val="26"/>
          <w:szCs w:val="26"/>
        </w:rPr>
        <w:t xml:space="preserve"> m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ng cho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sinh.</w:t>
      </w:r>
    </w:p>
    <w:p w:rsidR="002F02A0" w:rsidRPr="002F02A0" w:rsidRDefault="00562351" w:rsidP="002F02A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Nâng cao ch</w:t>
      </w:r>
      <w:r w:rsidRPr="002F02A0">
        <w:rPr>
          <w:rFonts w:ascii="Times New Roman" w:hAnsi="Times New Roman" w:cs="Times New Roman"/>
          <w:sz w:val="26"/>
          <w:szCs w:val="26"/>
        </w:rPr>
        <w:t>ấ</w:t>
      </w:r>
      <w:r w:rsidRPr="002F02A0">
        <w:rPr>
          <w:rFonts w:ascii="Times New Roman" w:hAnsi="Times New Roman" w:cs="Times New Roman"/>
          <w:sz w:val="26"/>
          <w:szCs w:val="26"/>
        </w:rPr>
        <w:t>t lư</w:t>
      </w:r>
      <w:r w:rsidRPr="002F02A0">
        <w:rPr>
          <w:rFonts w:ascii="Times New Roman" w:hAnsi="Times New Roman" w:cs="Times New Roman"/>
          <w:sz w:val="26"/>
          <w:szCs w:val="26"/>
        </w:rPr>
        <w:t>ợ</w:t>
      </w:r>
      <w:r w:rsidRPr="002F02A0">
        <w:rPr>
          <w:rFonts w:ascii="Times New Roman" w:hAnsi="Times New Roman" w:cs="Times New Roman"/>
          <w:sz w:val="26"/>
          <w:szCs w:val="26"/>
        </w:rPr>
        <w:t>ng d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y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="002F02A0" w:rsidRPr="002F02A0">
        <w:rPr>
          <w:rFonts w:ascii="Times New Roman" w:hAnsi="Times New Roman" w:cs="Times New Roman"/>
          <w:sz w:val="26"/>
          <w:szCs w:val="26"/>
        </w:rPr>
        <w:t>c:</w:t>
      </w:r>
    </w:p>
    <w:p w:rsidR="00E30C5B" w:rsidRPr="002F02A0" w:rsidRDefault="00562351" w:rsidP="002F02A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T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p trung năng l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>c đ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hi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>u, vi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t, tư duy logic; tăng cư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ng ho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t đ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ng tr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i nghi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m – hư</w:t>
      </w:r>
      <w:r w:rsidRPr="002F02A0">
        <w:rPr>
          <w:rFonts w:ascii="Times New Roman" w:hAnsi="Times New Roman" w:cs="Times New Roman"/>
          <w:sz w:val="26"/>
          <w:szCs w:val="26"/>
        </w:rPr>
        <w:t>ớ</w:t>
      </w:r>
      <w:r w:rsidRPr="002F02A0">
        <w:rPr>
          <w:rFonts w:ascii="Times New Roman" w:hAnsi="Times New Roman" w:cs="Times New Roman"/>
          <w:sz w:val="26"/>
          <w:szCs w:val="26"/>
        </w:rPr>
        <w:t>ng nghi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p; s</w:t>
      </w:r>
      <w:r w:rsidRPr="002F02A0">
        <w:rPr>
          <w:rFonts w:ascii="Times New Roman" w:hAnsi="Times New Roman" w:cs="Times New Roman"/>
          <w:sz w:val="26"/>
          <w:szCs w:val="26"/>
        </w:rPr>
        <w:t>ử</w:t>
      </w:r>
      <w:r w:rsidRPr="002F02A0">
        <w:rPr>
          <w:rFonts w:ascii="Times New Roman" w:hAnsi="Times New Roman" w:cs="Times New Roman"/>
          <w:sz w:val="26"/>
          <w:szCs w:val="26"/>
        </w:rPr>
        <w:t xml:space="preserve"> d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ng công c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 xml:space="preserve"> s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 xml:space="preserve"> đ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 xml:space="preserve"> phân tích d</w:t>
      </w:r>
      <w:r w:rsidRPr="002F02A0">
        <w:rPr>
          <w:rFonts w:ascii="Times New Roman" w:hAnsi="Times New Roman" w:cs="Times New Roman"/>
          <w:sz w:val="26"/>
          <w:szCs w:val="26"/>
        </w:rPr>
        <w:t>ữ</w:t>
      </w:r>
      <w:r w:rsidRPr="002F02A0">
        <w:rPr>
          <w:rFonts w:ascii="Times New Roman" w:hAnsi="Times New Roman" w:cs="Times New Roman"/>
          <w:sz w:val="26"/>
          <w:szCs w:val="26"/>
        </w:rPr>
        <w:t xml:space="preserve"> li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u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t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p, phát hi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n s</w:t>
      </w:r>
      <w:r w:rsidRPr="002F02A0">
        <w:rPr>
          <w:rFonts w:ascii="Times New Roman" w:hAnsi="Times New Roman" w:cs="Times New Roman"/>
          <w:sz w:val="26"/>
          <w:szCs w:val="26"/>
        </w:rPr>
        <w:t>ớ</w:t>
      </w:r>
      <w:r w:rsidRPr="002F02A0">
        <w:rPr>
          <w:rFonts w:ascii="Times New Roman" w:hAnsi="Times New Roman" w:cs="Times New Roman"/>
          <w:sz w:val="26"/>
          <w:szCs w:val="26"/>
        </w:rPr>
        <w:t>m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sinh có nguy cơ t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t h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u đ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 xml:space="preserve"> h</w:t>
      </w:r>
      <w:r w:rsidRPr="002F02A0">
        <w:rPr>
          <w:rFonts w:ascii="Times New Roman" w:hAnsi="Times New Roman" w:cs="Times New Roman"/>
          <w:sz w:val="26"/>
          <w:szCs w:val="26"/>
        </w:rPr>
        <w:t>ỗ</w:t>
      </w:r>
      <w:r w:rsidRPr="002F02A0">
        <w:rPr>
          <w:rFonts w:ascii="Times New Roman" w:hAnsi="Times New Roman" w:cs="Times New Roman"/>
          <w:sz w:val="26"/>
          <w:szCs w:val="26"/>
        </w:rPr>
        <w:t xml:space="preserve"> tr</w:t>
      </w:r>
      <w:r w:rsidRPr="002F02A0">
        <w:rPr>
          <w:rFonts w:ascii="Times New Roman" w:hAnsi="Times New Roman" w:cs="Times New Roman"/>
          <w:sz w:val="26"/>
          <w:szCs w:val="26"/>
        </w:rPr>
        <w:t>ợ</w:t>
      </w:r>
      <w:r w:rsidRPr="002F02A0">
        <w:rPr>
          <w:rFonts w:ascii="Times New Roman" w:hAnsi="Times New Roman" w:cs="Times New Roman"/>
          <w:sz w:val="26"/>
          <w:szCs w:val="26"/>
        </w:rPr>
        <w:t xml:space="preserve"> k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>p</w:t>
      </w:r>
      <w:r w:rsidRPr="002F02A0">
        <w:rPr>
          <w:rFonts w:ascii="Times New Roman" w:hAnsi="Times New Roman" w:cs="Times New Roman"/>
          <w:sz w:val="26"/>
          <w:szCs w:val="26"/>
        </w:rPr>
        <w:t xml:space="preserve"> th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i.</w:t>
      </w:r>
    </w:p>
    <w:p w:rsidR="002F02A0" w:rsidRPr="002F02A0" w:rsidRDefault="00562351" w:rsidP="002F02A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An ninh m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ng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đư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="002F02A0" w:rsidRPr="002F02A0">
        <w:rPr>
          <w:rFonts w:ascii="Times New Roman" w:hAnsi="Times New Roman" w:cs="Times New Roman"/>
          <w:sz w:val="26"/>
          <w:szCs w:val="26"/>
        </w:rPr>
        <w:t>ng:</w:t>
      </w:r>
    </w:p>
    <w:p w:rsidR="00E30C5B" w:rsidRPr="002F02A0" w:rsidRDefault="00562351" w:rsidP="002F02A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Xây d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>ng b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 xml:space="preserve"> quy t</w:t>
      </w:r>
      <w:r w:rsidRPr="002F02A0">
        <w:rPr>
          <w:rFonts w:ascii="Times New Roman" w:hAnsi="Times New Roman" w:cs="Times New Roman"/>
          <w:sz w:val="26"/>
          <w:szCs w:val="26"/>
        </w:rPr>
        <w:t>ắ</w:t>
      </w:r>
      <w:r w:rsidRPr="002F02A0">
        <w:rPr>
          <w:rFonts w:ascii="Times New Roman" w:hAnsi="Times New Roman" w:cs="Times New Roman"/>
          <w:sz w:val="26"/>
          <w:szCs w:val="26"/>
        </w:rPr>
        <w:t>c an toàn s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 xml:space="preserve"> c</w:t>
      </w:r>
      <w:r w:rsidRPr="002F02A0">
        <w:rPr>
          <w:rFonts w:ascii="Times New Roman" w:hAnsi="Times New Roman" w:cs="Times New Roman"/>
          <w:sz w:val="26"/>
          <w:szCs w:val="26"/>
        </w:rPr>
        <w:t>ủ</w:t>
      </w:r>
      <w:r w:rsidRPr="002F02A0">
        <w:rPr>
          <w:rFonts w:ascii="Times New Roman" w:hAnsi="Times New Roman" w:cs="Times New Roman"/>
          <w:sz w:val="26"/>
          <w:szCs w:val="26"/>
        </w:rPr>
        <w:t>a l</w:t>
      </w:r>
      <w:r w:rsidRPr="002F02A0">
        <w:rPr>
          <w:rFonts w:ascii="Times New Roman" w:hAnsi="Times New Roman" w:cs="Times New Roman"/>
          <w:sz w:val="26"/>
          <w:szCs w:val="26"/>
        </w:rPr>
        <w:t>ớ</w:t>
      </w:r>
      <w:r w:rsidRPr="002F02A0">
        <w:rPr>
          <w:rFonts w:ascii="Times New Roman" w:hAnsi="Times New Roman" w:cs="Times New Roman"/>
          <w:sz w:val="26"/>
          <w:szCs w:val="26"/>
        </w:rPr>
        <w:t>p; thi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t l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p kênh thông tin ti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p nh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n – x</w:t>
      </w:r>
      <w:r w:rsidRPr="002F02A0">
        <w:rPr>
          <w:rFonts w:ascii="Times New Roman" w:hAnsi="Times New Roman" w:cs="Times New Roman"/>
          <w:sz w:val="26"/>
          <w:szCs w:val="26"/>
        </w:rPr>
        <w:t>ử</w:t>
      </w:r>
      <w:r w:rsidRPr="002F02A0">
        <w:rPr>
          <w:rFonts w:ascii="Times New Roman" w:hAnsi="Times New Roman" w:cs="Times New Roman"/>
          <w:sz w:val="26"/>
          <w:szCs w:val="26"/>
        </w:rPr>
        <w:t xml:space="preserve"> lý tình hu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>ng kh</w:t>
      </w:r>
      <w:r w:rsidRPr="002F02A0">
        <w:rPr>
          <w:rFonts w:ascii="Times New Roman" w:hAnsi="Times New Roman" w:cs="Times New Roman"/>
          <w:sz w:val="26"/>
          <w:szCs w:val="26"/>
        </w:rPr>
        <w:t>ẩ</w:t>
      </w:r>
      <w:r w:rsidRPr="002F02A0">
        <w:rPr>
          <w:rFonts w:ascii="Times New Roman" w:hAnsi="Times New Roman" w:cs="Times New Roman"/>
          <w:sz w:val="26"/>
          <w:szCs w:val="26"/>
        </w:rPr>
        <w:t>n; ph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>i h</w:t>
      </w:r>
      <w:r w:rsidRPr="002F02A0">
        <w:rPr>
          <w:rFonts w:ascii="Times New Roman" w:hAnsi="Times New Roman" w:cs="Times New Roman"/>
          <w:sz w:val="26"/>
          <w:szCs w:val="26"/>
        </w:rPr>
        <w:t>ợ</w:t>
      </w:r>
      <w:r w:rsidRPr="002F02A0">
        <w:rPr>
          <w:rFonts w:ascii="Times New Roman" w:hAnsi="Times New Roman" w:cs="Times New Roman"/>
          <w:sz w:val="26"/>
          <w:szCs w:val="26"/>
        </w:rPr>
        <w:t>p ph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 xml:space="preserve"> huynh giám sát th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i lư</w:t>
      </w:r>
      <w:r w:rsidRPr="002F02A0">
        <w:rPr>
          <w:rFonts w:ascii="Times New Roman" w:hAnsi="Times New Roman" w:cs="Times New Roman"/>
          <w:sz w:val="26"/>
          <w:szCs w:val="26"/>
        </w:rPr>
        <w:t>ợ</w:t>
      </w:r>
      <w:r w:rsidRPr="002F02A0">
        <w:rPr>
          <w:rFonts w:ascii="Times New Roman" w:hAnsi="Times New Roman" w:cs="Times New Roman"/>
          <w:sz w:val="26"/>
          <w:szCs w:val="26"/>
        </w:rPr>
        <w:t>ng – n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i dung tr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>c tuy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n; s</w:t>
      </w:r>
      <w:r w:rsidRPr="002F02A0">
        <w:rPr>
          <w:rFonts w:ascii="Times New Roman" w:hAnsi="Times New Roman" w:cs="Times New Roman"/>
          <w:sz w:val="26"/>
          <w:szCs w:val="26"/>
        </w:rPr>
        <w:t>ử</w:t>
      </w:r>
      <w:r w:rsidRPr="002F02A0">
        <w:rPr>
          <w:rFonts w:ascii="Times New Roman" w:hAnsi="Times New Roman" w:cs="Times New Roman"/>
          <w:sz w:val="26"/>
          <w:szCs w:val="26"/>
        </w:rPr>
        <w:t xml:space="preserve"> d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ng ph</w:t>
      </w:r>
      <w:r w:rsidRPr="002F02A0">
        <w:rPr>
          <w:rFonts w:ascii="Times New Roman" w:hAnsi="Times New Roman" w:cs="Times New Roman"/>
          <w:sz w:val="26"/>
          <w:szCs w:val="26"/>
        </w:rPr>
        <w:t>ầ</w:t>
      </w:r>
      <w:r w:rsidRPr="002F02A0">
        <w:rPr>
          <w:rFonts w:ascii="Times New Roman" w:hAnsi="Times New Roman" w:cs="Times New Roman"/>
          <w:sz w:val="26"/>
          <w:szCs w:val="26"/>
        </w:rPr>
        <w:t>n m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>m l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n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i dung và ki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>m soát quy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>n riêng tư.</w:t>
      </w:r>
    </w:p>
    <w:p w:rsidR="002F02A0" w:rsidRPr="002F02A0" w:rsidRDefault="00562351" w:rsidP="002F02A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T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 xml:space="preserve"> b</w:t>
      </w:r>
      <w:r w:rsidRPr="002F02A0">
        <w:rPr>
          <w:rFonts w:ascii="Times New Roman" w:hAnsi="Times New Roman" w:cs="Times New Roman"/>
          <w:sz w:val="26"/>
          <w:szCs w:val="26"/>
        </w:rPr>
        <w:t>ồ</w:t>
      </w:r>
      <w:r w:rsidRPr="002F02A0">
        <w:rPr>
          <w:rFonts w:ascii="Times New Roman" w:hAnsi="Times New Roman" w:cs="Times New Roman"/>
          <w:sz w:val="26"/>
          <w:szCs w:val="26"/>
        </w:rPr>
        <w:t>i dư</w:t>
      </w:r>
      <w:r w:rsidRPr="002F02A0">
        <w:rPr>
          <w:rFonts w:ascii="Times New Roman" w:hAnsi="Times New Roman" w:cs="Times New Roman"/>
          <w:sz w:val="26"/>
          <w:szCs w:val="26"/>
        </w:rPr>
        <w:t>ỡ</w:t>
      </w:r>
      <w:r w:rsidR="002F02A0" w:rsidRPr="002F02A0">
        <w:rPr>
          <w:rFonts w:ascii="Times New Roman" w:hAnsi="Times New Roman" w:cs="Times New Roman"/>
          <w:sz w:val="26"/>
          <w:szCs w:val="26"/>
        </w:rPr>
        <w:t>ng:</w:t>
      </w:r>
    </w:p>
    <w:p w:rsidR="00E30C5B" w:rsidRPr="002F02A0" w:rsidRDefault="00562351" w:rsidP="002F02A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t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p chính tr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 xml:space="preserve"> thư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ng xuyên; c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p nh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t tài li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u chính th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>ng; tham gia các di</w:t>
      </w:r>
      <w:r w:rsidRPr="002F02A0">
        <w:rPr>
          <w:rFonts w:ascii="Times New Roman" w:hAnsi="Times New Roman" w:cs="Times New Roman"/>
          <w:sz w:val="26"/>
          <w:szCs w:val="26"/>
        </w:rPr>
        <w:t>ễ</w:t>
      </w:r>
      <w:r w:rsidRPr="002F02A0">
        <w:rPr>
          <w:rFonts w:ascii="Times New Roman" w:hAnsi="Times New Roman" w:cs="Times New Roman"/>
          <w:sz w:val="26"/>
          <w:szCs w:val="26"/>
        </w:rPr>
        <w:t>n đàn chuyên môn uy tín; rèn luy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n k</w:t>
      </w:r>
      <w:r w:rsidRPr="002F02A0">
        <w:rPr>
          <w:rFonts w:ascii="Times New Roman" w:hAnsi="Times New Roman" w:cs="Times New Roman"/>
          <w:sz w:val="26"/>
          <w:szCs w:val="26"/>
        </w:rPr>
        <w:t>ỹ</w:t>
      </w:r>
      <w:r w:rsidRPr="002F02A0">
        <w:rPr>
          <w:rFonts w:ascii="Times New Roman" w:hAnsi="Times New Roman" w:cs="Times New Roman"/>
          <w:sz w:val="26"/>
          <w:szCs w:val="26"/>
        </w:rPr>
        <w:t xml:space="preserve"> năng truy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>n thông giáo d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c, k</w:t>
      </w:r>
      <w:r w:rsidRPr="002F02A0">
        <w:rPr>
          <w:rFonts w:ascii="Times New Roman" w:hAnsi="Times New Roman" w:cs="Times New Roman"/>
          <w:sz w:val="26"/>
          <w:szCs w:val="26"/>
        </w:rPr>
        <w:t>ỹ</w:t>
      </w:r>
      <w:r w:rsidRPr="002F02A0">
        <w:rPr>
          <w:rFonts w:ascii="Times New Roman" w:hAnsi="Times New Roman" w:cs="Times New Roman"/>
          <w:sz w:val="26"/>
          <w:szCs w:val="26"/>
        </w:rPr>
        <w:t xml:space="preserve"> năng tư v</w:t>
      </w:r>
      <w:r w:rsidRPr="002F02A0">
        <w:rPr>
          <w:rFonts w:ascii="Times New Roman" w:hAnsi="Times New Roman" w:cs="Times New Roman"/>
          <w:sz w:val="26"/>
          <w:szCs w:val="26"/>
        </w:rPr>
        <w:t>ấ</w:t>
      </w:r>
      <w:r w:rsidRPr="002F02A0">
        <w:rPr>
          <w:rFonts w:ascii="Times New Roman" w:hAnsi="Times New Roman" w:cs="Times New Roman"/>
          <w:sz w:val="26"/>
          <w:szCs w:val="26"/>
        </w:rPr>
        <w:t>n tâm lý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đư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ng.</w:t>
      </w:r>
      <w:bookmarkStart w:id="0" w:name="_GoBack"/>
      <w:bookmarkEnd w:id="0"/>
    </w:p>
    <w:p w:rsidR="00E30C5B" w:rsidRPr="002F02A0" w:rsidRDefault="00562351" w:rsidP="002F02A0">
      <w:pPr>
        <w:pStyle w:val="ListBullet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T</w:t>
      </w:r>
      <w:r w:rsidRPr="002F02A0">
        <w:rPr>
          <w:rFonts w:ascii="Times New Roman" w:hAnsi="Times New Roman" w:cs="Times New Roman"/>
          <w:sz w:val="26"/>
          <w:szCs w:val="26"/>
        </w:rPr>
        <w:t>ổ</w:t>
      </w:r>
      <w:r w:rsidRPr="002F02A0">
        <w:rPr>
          <w:rFonts w:ascii="Times New Roman" w:hAnsi="Times New Roman" w:cs="Times New Roman"/>
          <w:sz w:val="26"/>
          <w:szCs w:val="26"/>
        </w:rPr>
        <w:t xml:space="preserve"> ch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c t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>i thi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>u 02 ti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t chuyên đ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="002F02A0">
        <w:rPr>
          <w:rFonts w:ascii="Times New Roman" w:hAnsi="Times New Roman" w:cs="Times New Roman"/>
          <w:sz w:val="26"/>
          <w:szCs w:val="26"/>
        </w:rPr>
        <w:t xml:space="preserve"> “</w:t>
      </w:r>
      <w:r w:rsidRPr="002F02A0">
        <w:rPr>
          <w:rFonts w:ascii="Times New Roman" w:hAnsi="Times New Roman" w:cs="Times New Roman"/>
          <w:sz w:val="26"/>
          <w:szCs w:val="26"/>
        </w:rPr>
        <w:t>K</w:t>
      </w:r>
      <w:r w:rsidRPr="002F02A0">
        <w:rPr>
          <w:rFonts w:ascii="Times New Roman" w:hAnsi="Times New Roman" w:cs="Times New Roman"/>
          <w:sz w:val="26"/>
          <w:szCs w:val="26"/>
        </w:rPr>
        <w:t>ỹ</w:t>
      </w:r>
      <w:r w:rsidRPr="002F02A0">
        <w:rPr>
          <w:rFonts w:ascii="Times New Roman" w:hAnsi="Times New Roman" w:cs="Times New Roman"/>
          <w:sz w:val="26"/>
          <w:szCs w:val="26"/>
        </w:rPr>
        <w:t xml:space="preserve"> năng đ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thông tin s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="002F02A0">
        <w:rPr>
          <w:rFonts w:ascii="Times New Roman" w:hAnsi="Times New Roman" w:cs="Times New Roman"/>
          <w:sz w:val="26"/>
          <w:szCs w:val="26"/>
        </w:rPr>
        <w:t>”</w:t>
      </w:r>
      <w:r w:rsidRPr="002F02A0">
        <w:rPr>
          <w:rFonts w:ascii="Times New Roman" w:hAnsi="Times New Roman" w:cs="Times New Roman"/>
          <w:sz w:val="26"/>
          <w:szCs w:val="26"/>
        </w:rPr>
        <w:t xml:space="preserve"> cho toàn l</w:t>
      </w:r>
      <w:r w:rsidRPr="002F02A0">
        <w:rPr>
          <w:rFonts w:ascii="Times New Roman" w:hAnsi="Times New Roman" w:cs="Times New Roman"/>
          <w:sz w:val="26"/>
          <w:szCs w:val="26"/>
        </w:rPr>
        <w:t>ớ</w:t>
      </w:r>
      <w:r w:rsidRPr="002F02A0">
        <w:rPr>
          <w:rFonts w:ascii="Times New Roman" w:hAnsi="Times New Roman" w:cs="Times New Roman"/>
          <w:sz w:val="26"/>
          <w:szCs w:val="26"/>
        </w:rPr>
        <w:t>p;</w:t>
      </w:r>
    </w:p>
    <w:p w:rsidR="00E30C5B" w:rsidRPr="002F02A0" w:rsidRDefault="00562351" w:rsidP="002F02A0">
      <w:pPr>
        <w:pStyle w:val="ListBullet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Thi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t l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p nhóm ph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 xml:space="preserve">n 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ng nhanh v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 xml:space="preserve"> an toàn s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 xml:space="preserve"> gi</w:t>
      </w:r>
      <w:r w:rsidRPr="002F02A0">
        <w:rPr>
          <w:rFonts w:ascii="Times New Roman" w:hAnsi="Times New Roman" w:cs="Times New Roman"/>
          <w:sz w:val="26"/>
          <w:szCs w:val="26"/>
        </w:rPr>
        <w:t>ữ</w:t>
      </w:r>
      <w:r w:rsidRPr="002F02A0">
        <w:rPr>
          <w:rFonts w:ascii="Times New Roman" w:hAnsi="Times New Roman" w:cs="Times New Roman"/>
          <w:sz w:val="26"/>
          <w:szCs w:val="26"/>
        </w:rPr>
        <w:t>a GVCN – PHHS – TPT Đ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i/Đoàn;</w:t>
      </w:r>
    </w:p>
    <w:p w:rsidR="00E30C5B" w:rsidRPr="002F02A0" w:rsidRDefault="00562351" w:rsidP="002F02A0">
      <w:pPr>
        <w:pStyle w:val="ListBullet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Xây d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>ng 01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li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u s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 xml:space="preserve"> v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 xml:space="preserve"> 'Nh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n di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n tin gi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' chia s</w:t>
      </w:r>
      <w:r w:rsidRPr="002F02A0">
        <w:rPr>
          <w:rFonts w:ascii="Times New Roman" w:hAnsi="Times New Roman" w:cs="Times New Roman"/>
          <w:sz w:val="26"/>
          <w:szCs w:val="26"/>
        </w:rPr>
        <w:t>ẻ</w:t>
      </w:r>
      <w:r w:rsidRPr="002F02A0">
        <w:rPr>
          <w:rFonts w:ascii="Times New Roman" w:hAnsi="Times New Roman" w:cs="Times New Roman"/>
          <w:sz w:val="26"/>
          <w:szCs w:val="26"/>
        </w:rPr>
        <w:t xml:space="preserve"> toàn trư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ng;</w:t>
      </w:r>
    </w:p>
    <w:p w:rsidR="00E30C5B" w:rsidRPr="002F02A0" w:rsidRDefault="00562351" w:rsidP="002F02A0">
      <w:pPr>
        <w:pStyle w:val="ListBullet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Th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>c hi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n cam k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 xml:space="preserve">t 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ng x</w:t>
      </w:r>
      <w:r w:rsidRPr="002F02A0">
        <w:rPr>
          <w:rFonts w:ascii="Times New Roman" w:hAnsi="Times New Roman" w:cs="Times New Roman"/>
          <w:sz w:val="26"/>
          <w:szCs w:val="26"/>
        </w:rPr>
        <w:t>ử</w:t>
      </w:r>
      <w:r w:rsidRPr="002F02A0">
        <w:rPr>
          <w:rFonts w:ascii="Times New Roman" w:hAnsi="Times New Roman" w:cs="Times New Roman"/>
          <w:sz w:val="26"/>
          <w:szCs w:val="26"/>
        </w:rPr>
        <w:t xml:space="preserve"> văn minh m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ng v</w:t>
      </w:r>
      <w:r w:rsidRPr="002F02A0">
        <w:rPr>
          <w:rFonts w:ascii="Times New Roman" w:hAnsi="Times New Roman" w:cs="Times New Roman"/>
          <w:sz w:val="26"/>
          <w:szCs w:val="26"/>
        </w:rPr>
        <w:t>ớ</w:t>
      </w:r>
      <w:r w:rsidRPr="002F02A0">
        <w:rPr>
          <w:rFonts w:ascii="Times New Roman" w:hAnsi="Times New Roman" w:cs="Times New Roman"/>
          <w:sz w:val="26"/>
          <w:szCs w:val="26"/>
        </w:rPr>
        <w:t>i 100%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sinh.</w:t>
      </w:r>
    </w:p>
    <w:p w:rsidR="00E30C5B" w:rsidRPr="002F02A0" w:rsidRDefault="00562351" w:rsidP="002F02A0">
      <w:pPr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b/>
          <w:sz w:val="26"/>
          <w:szCs w:val="26"/>
        </w:rPr>
        <w:t>Ph</w:t>
      </w:r>
      <w:r w:rsidRPr="002F02A0">
        <w:rPr>
          <w:rFonts w:ascii="Times New Roman" w:hAnsi="Times New Roman" w:cs="Times New Roman"/>
          <w:b/>
          <w:sz w:val="26"/>
          <w:szCs w:val="26"/>
        </w:rPr>
        <w:t>ầ</w:t>
      </w:r>
      <w:r w:rsidRPr="002F02A0">
        <w:rPr>
          <w:rFonts w:ascii="Times New Roman" w:hAnsi="Times New Roman" w:cs="Times New Roman"/>
          <w:b/>
          <w:sz w:val="26"/>
          <w:szCs w:val="26"/>
        </w:rPr>
        <w:t>n III. Liên h</w:t>
      </w:r>
      <w:r w:rsidRPr="002F02A0">
        <w:rPr>
          <w:rFonts w:ascii="Times New Roman" w:hAnsi="Times New Roman" w:cs="Times New Roman"/>
          <w:b/>
          <w:sz w:val="26"/>
          <w:szCs w:val="26"/>
        </w:rPr>
        <w:t>ệ</w:t>
      </w:r>
      <w:r w:rsidRPr="002F02A0">
        <w:rPr>
          <w:rFonts w:ascii="Times New Roman" w:hAnsi="Times New Roman" w:cs="Times New Roman"/>
          <w:b/>
          <w:sz w:val="26"/>
          <w:szCs w:val="26"/>
        </w:rPr>
        <w:t xml:space="preserve"> b</w:t>
      </w:r>
      <w:r w:rsidRPr="002F02A0">
        <w:rPr>
          <w:rFonts w:ascii="Times New Roman" w:hAnsi="Times New Roman" w:cs="Times New Roman"/>
          <w:b/>
          <w:sz w:val="26"/>
          <w:szCs w:val="26"/>
        </w:rPr>
        <w:t>ả</w:t>
      </w:r>
      <w:r w:rsidRPr="002F02A0">
        <w:rPr>
          <w:rFonts w:ascii="Times New Roman" w:hAnsi="Times New Roman" w:cs="Times New Roman"/>
          <w:b/>
          <w:sz w:val="26"/>
          <w:szCs w:val="26"/>
        </w:rPr>
        <w:t xml:space="preserve">n thân và phương </w:t>
      </w:r>
      <w:r w:rsidRPr="002F02A0">
        <w:rPr>
          <w:rFonts w:ascii="Times New Roman" w:hAnsi="Times New Roman" w:cs="Times New Roman"/>
          <w:b/>
          <w:sz w:val="26"/>
          <w:szCs w:val="26"/>
        </w:rPr>
        <w:t>hư</w:t>
      </w:r>
      <w:r w:rsidRPr="002F02A0">
        <w:rPr>
          <w:rFonts w:ascii="Times New Roman" w:hAnsi="Times New Roman" w:cs="Times New Roman"/>
          <w:b/>
          <w:sz w:val="26"/>
          <w:szCs w:val="26"/>
        </w:rPr>
        <w:t>ớ</w:t>
      </w:r>
      <w:r w:rsidRPr="002F02A0">
        <w:rPr>
          <w:rFonts w:ascii="Times New Roman" w:hAnsi="Times New Roman" w:cs="Times New Roman"/>
          <w:b/>
          <w:sz w:val="26"/>
          <w:szCs w:val="26"/>
        </w:rPr>
        <w:t>ng rèn luy</w:t>
      </w:r>
      <w:r w:rsidRPr="002F02A0">
        <w:rPr>
          <w:rFonts w:ascii="Times New Roman" w:hAnsi="Times New Roman" w:cs="Times New Roman"/>
          <w:b/>
          <w:sz w:val="26"/>
          <w:szCs w:val="26"/>
        </w:rPr>
        <w:t>ệ</w:t>
      </w:r>
      <w:r w:rsidRPr="002F02A0">
        <w:rPr>
          <w:rFonts w:ascii="Times New Roman" w:hAnsi="Times New Roman" w:cs="Times New Roman"/>
          <w:b/>
          <w:sz w:val="26"/>
          <w:szCs w:val="26"/>
        </w:rPr>
        <w:t>n</w:t>
      </w:r>
    </w:p>
    <w:p w:rsidR="00E30C5B" w:rsidRPr="002F02A0" w:rsidRDefault="00562351" w:rsidP="002F02A0">
      <w:pPr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Ưu đi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>m: B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n lĩnh chính tr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 xml:space="preserve"> v</w:t>
      </w:r>
      <w:r w:rsidRPr="002F02A0">
        <w:rPr>
          <w:rFonts w:ascii="Times New Roman" w:hAnsi="Times New Roman" w:cs="Times New Roman"/>
          <w:sz w:val="26"/>
          <w:szCs w:val="26"/>
        </w:rPr>
        <w:t>ữ</w:t>
      </w:r>
      <w:r w:rsidRPr="002F02A0">
        <w:rPr>
          <w:rFonts w:ascii="Times New Roman" w:hAnsi="Times New Roman" w:cs="Times New Roman"/>
          <w:sz w:val="26"/>
          <w:szCs w:val="26"/>
        </w:rPr>
        <w:t>ng vàng; tinh th</w:t>
      </w:r>
      <w:r w:rsidRPr="002F02A0">
        <w:rPr>
          <w:rFonts w:ascii="Times New Roman" w:hAnsi="Times New Roman" w:cs="Times New Roman"/>
          <w:sz w:val="26"/>
          <w:szCs w:val="26"/>
        </w:rPr>
        <w:t>ầ</w:t>
      </w:r>
      <w:r w:rsidRPr="002F02A0">
        <w:rPr>
          <w:rFonts w:ascii="Times New Roman" w:hAnsi="Times New Roman" w:cs="Times New Roman"/>
          <w:sz w:val="26"/>
          <w:szCs w:val="26"/>
        </w:rPr>
        <w:t>n trách nhi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m; k</w:t>
      </w:r>
      <w:r w:rsidRPr="002F02A0">
        <w:rPr>
          <w:rFonts w:ascii="Times New Roman" w:hAnsi="Times New Roman" w:cs="Times New Roman"/>
          <w:sz w:val="26"/>
          <w:szCs w:val="26"/>
        </w:rPr>
        <w:t>ỹ</w:t>
      </w:r>
      <w:r w:rsidRPr="002F02A0">
        <w:rPr>
          <w:rFonts w:ascii="Times New Roman" w:hAnsi="Times New Roman" w:cs="Times New Roman"/>
          <w:sz w:val="26"/>
          <w:szCs w:val="26"/>
        </w:rPr>
        <w:t xml:space="preserve"> năng làm ch</w:t>
      </w:r>
      <w:r w:rsidRPr="002F02A0">
        <w:rPr>
          <w:rFonts w:ascii="Times New Roman" w:hAnsi="Times New Roman" w:cs="Times New Roman"/>
          <w:sz w:val="26"/>
          <w:szCs w:val="26"/>
        </w:rPr>
        <w:t>ủ</w:t>
      </w:r>
      <w:r w:rsidRPr="002F02A0">
        <w:rPr>
          <w:rFonts w:ascii="Times New Roman" w:hAnsi="Times New Roman" w:cs="Times New Roman"/>
          <w:sz w:val="26"/>
          <w:szCs w:val="26"/>
        </w:rPr>
        <w:t xml:space="preserve"> công ngh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 xml:space="preserve"> </w:t>
      </w:r>
      <w:r w:rsidRPr="002F02A0">
        <w:rPr>
          <w:rFonts w:ascii="Times New Roman" w:hAnsi="Times New Roman" w:cs="Times New Roman"/>
          <w:sz w:val="26"/>
          <w:szCs w:val="26"/>
        </w:rPr>
        <w:t>ở</w:t>
      </w:r>
      <w:r w:rsidRPr="002F02A0">
        <w:rPr>
          <w:rFonts w:ascii="Times New Roman" w:hAnsi="Times New Roman" w:cs="Times New Roman"/>
          <w:sz w:val="26"/>
          <w:szCs w:val="26"/>
        </w:rPr>
        <w:t xml:space="preserve"> m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c khá; ch</w:t>
      </w:r>
      <w:r w:rsidRPr="002F02A0">
        <w:rPr>
          <w:rFonts w:ascii="Times New Roman" w:hAnsi="Times New Roman" w:cs="Times New Roman"/>
          <w:sz w:val="26"/>
          <w:szCs w:val="26"/>
        </w:rPr>
        <w:t>ủ</w:t>
      </w:r>
      <w:r w:rsidRPr="002F02A0">
        <w:rPr>
          <w:rFonts w:ascii="Times New Roman" w:hAnsi="Times New Roman" w:cs="Times New Roman"/>
          <w:sz w:val="26"/>
          <w:szCs w:val="26"/>
        </w:rPr>
        <w:t xml:space="preserve"> đ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ng k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t n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>i l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>c lư</w:t>
      </w:r>
      <w:r w:rsidRPr="002F02A0">
        <w:rPr>
          <w:rFonts w:ascii="Times New Roman" w:hAnsi="Times New Roman" w:cs="Times New Roman"/>
          <w:sz w:val="26"/>
          <w:szCs w:val="26"/>
        </w:rPr>
        <w:t>ợ</w:t>
      </w:r>
      <w:r w:rsidRPr="002F02A0">
        <w:rPr>
          <w:rFonts w:ascii="Times New Roman" w:hAnsi="Times New Roman" w:cs="Times New Roman"/>
          <w:sz w:val="26"/>
          <w:szCs w:val="26"/>
        </w:rPr>
        <w:t>ng trong – ngoài nhà trư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ng đ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 xml:space="preserve"> h</w:t>
      </w:r>
      <w:r w:rsidRPr="002F02A0">
        <w:rPr>
          <w:rFonts w:ascii="Times New Roman" w:hAnsi="Times New Roman" w:cs="Times New Roman"/>
          <w:sz w:val="26"/>
          <w:szCs w:val="26"/>
        </w:rPr>
        <w:t>ỗ</w:t>
      </w:r>
      <w:r w:rsidRPr="002F02A0">
        <w:rPr>
          <w:rFonts w:ascii="Times New Roman" w:hAnsi="Times New Roman" w:cs="Times New Roman"/>
          <w:sz w:val="26"/>
          <w:szCs w:val="26"/>
        </w:rPr>
        <w:t xml:space="preserve"> tr</w:t>
      </w:r>
      <w:r w:rsidRPr="002F02A0">
        <w:rPr>
          <w:rFonts w:ascii="Times New Roman" w:hAnsi="Times New Roman" w:cs="Times New Roman"/>
          <w:sz w:val="26"/>
          <w:szCs w:val="26"/>
        </w:rPr>
        <w:t>ợ</w:t>
      </w:r>
      <w:r w:rsidRPr="002F02A0">
        <w:rPr>
          <w:rFonts w:ascii="Times New Roman" w:hAnsi="Times New Roman" w:cs="Times New Roman"/>
          <w:sz w:val="26"/>
          <w:szCs w:val="26"/>
        </w:rPr>
        <w:t xml:space="preserve">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sinh.</w:t>
      </w:r>
    </w:p>
    <w:p w:rsidR="00E30C5B" w:rsidRPr="002F02A0" w:rsidRDefault="00562351" w:rsidP="002F02A0">
      <w:pPr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lastRenderedPageBreak/>
        <w:t>H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n ch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: Chưa có công trình nghiên c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u/</w:t>
      </w:r>
      <w:r w:rsidRPr="002F02A0">
        <w:rPr>
          <w:rFonts w:ascii="Times New Roman" w:hAnsi="Times New Roman" w:cs="Times New Roman"/>
          <w:sz w:val="26"/>
          <w:szCs w:val="26"/>
        </w:rPr>
        <w:t>ấ</w:t>
      </w:r>
      <w:r w:rsidRPr="002F02A0">
        <w:rPr>
          <w:rFonts w:ascii="Times New Roman" w:hAnsi="Times New Roman" w:cs="Times New Roman"/>
          <w:sz w:val="26"/>
          <w:szCs w:val="26"/>
        </w:rPr>
        <w:t>n ph</w:t>
      </w:r>
      <w:r w:rsidRPr="002F02A0">
        <w:rPr>
          <w:rFonts w:ascii="Times New Roman" w:hAnsi="Times New Roman" w:cs="Times New Roman"/>
          <w:sz w:val="26"/>
          <w:szCs w:val="26"/>
        </w:rPr>
        <w:t>ẩ</w:t>
      </w:r>
      <w:r w:rsidRPr="002F02A0">
        <w:rPr>
          <w:rFonts w:ascii="Times New Roman" w:hAnsi="Times New Roman" w:cs="Times New Roman"/>
          <w:sz w:val="26"/>
          <w:szCs w:val="26"/>
        </w:rPr>
        <w:t>m chia s</w:t>
      </w:r>
      <w:r w:rsidRPr="002F02A0">
        <w:rPr>
          <w:rFonts w:ascii="Times New Roman" w:hAnsi="Times New Roman" w:cs="Times New Roman"/>
          <w:sz w:val="26"/>
          <w:szCs w:val="26"/>
        </w:rPr>
        <w:t>ẻ</w:t>
      </w:r>
      <w:r w:rsidRPr="002F02A0">
        <w:rPr>
          <w:rFonts w:ascii="Times New Roman" w:hAnsi="Times New Roman" w:cs="Times New Roman"/>
          <w:sz w:val="26"/>
          <w:szCs w:val="26"/>
        </w:rPr>
        <w:t xml:space="preserve"> r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ng v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 xml:space="preserve"> gi</w:t>
      </w:r>
      <w:r w:rsidRPr="002F02A0">
        <w:rPr>
          <w:rFonts w:ascii="Times New Roman" w:hAnsi="Times New Roman" w:cs="Times New Roman"/>
          <w:sz w:val="26"/>
          <w:szCs w:val="26"/>
        </w:rPr>
        <w:t>áo d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c công dân s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>; k</w:t>
      </w:r>
      <w:r w:rsidRPr="002F02A0">
        <w:rPr>
          <w:rFonts w:ascii="Times New Roman" w:hAnsi="Times New Roman" w:cs="Times New Roman"/>
          <w:sz w:val="26"/>
          <w:szCs w:val="26"/>
        </w:rPr>
        <w:t>ỹ</w:t>
      </w:r>
      <w:r w:rsidRPr="002F02A0">
        <w:rPr>
          <w:rFonts w:ascii="Times New Roman" w:hAnsi="Times New Roman" w:cs="Times New Roman"/>
          <w:sz w:val="26"/>
          <w:szCs w:val="26"/>
        </w:rPr>
        <w:t xml:space="preserve"> năng phân tích d</w:t>
      </w:r>
      <w:r w:rsidRPr="002F02A0">
        <w:rPr>
          <w:rFonts w:ascii="Times New Roman" w:hAnsi="Times New Roman" w:cs="Times New Roman"/>
          <w:sz w:val="26"/>
          <w:szCs w:val="26"/>
        </w:rPr>
        <w:t>ữ</w:t>
      </w:r>
      <w:r w:rsidRPr="002F02A0">
        <w:rPr>
          <w:rFonts w:ascii="Times New Roman" w:hAnsi="Times New Roman" w:cs="Times New Roman"/>
          <w:sz w:val="26"/>
          <w:szCs w:val="26"/>
        </w:rPr>
        <w:t xml:space="preserve"> li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u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t</w:t>
      </w:r>
      <w:r w:rsidRPr="002F02A0">
        <w:rPr>
          <w:rFonts w:ascii="Times New Roman" w:hAnsi="Times New Roman" w:cs="Times New Roman"/>
          <w:sz w:val="26"/>
          <w:szCs w:val="26"/>
        </w:rPr>
        <w:t>ậ</w:t>
      </w:r>
      <w:r w:rsidRPr="002F02A0">
        <w:rPr>
          <w:rFonts w:ascii="Times New Roman" w:hAnsi="Times New Roman" w:cs="Times New Roman"/>
          <w:sz w:val="26"/>
          <w:szCs w:val="26"/>
        </w:rPr>
        <w:t>p chuyên sâu c</w:t>
      </w:r>
      <w:r w:rsidRPr="002F02A0">
        <w:rPr>
          <w:rFonts w:ascii="Times New Roman" w:hAnsi="Times New Roman" w:cs="Times New Roman"/>
          <w:sz w:val="26"/>
          <w:szCs w:val="26"/>
        </w:rPr>
        <w:t>ầ</w:t>
      </w:r>
      <w:r w:rsidRPr="002F02A0">
        <w:rPr>
          <w:rFonts w:ascii="Times New Roman" w:hAnsi="Times New Roman" w:cs="Times New Roman"/>
          <w:sz w:val="26"/>
          <w:szCs w:val="26"/>
        </w:rPr>
        <w:t>n ti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p t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c b</w:t>
      </w:r>
      <w:r w:rsidRPr="002F02A0">
        <w:rPr>
          <w:rFonts w:ascii="Times New Roman" w:hAnsi="Times New Roman" w:cs="Times New Roman"/>
          <w:sz w:val="26"/>
          <w:szCs w:val="26"/>
        </w:rPr>
        <w:t>ồ</w:t>
      </w:r>
      <w:r w:rsidRPr="002F02A0">
        <w:rPr>
          <w:rFonts w:ascii="Times New Roman" w:hAnsi="Times New Roman" w:cs="Times New Roman"/>
          <w:sz w:val="26"/>
          <w:szCs w:val="26"/>
        </w:rPr>
        <w:t>i dư</w:t>
      </w:r>
      <w:r w:rsidRPr="002F02A0">
        <w:rPr>
          <w:rFonts w:ascii="Times New Roman" w:hAnsi="Times New Roman" w:cs="Times New Roman"/>
          <w:sz w:val="26"/>
          <w:szCs w:val="26"/>
        </w:rPr>
        <w:t>ỡ</w:t>
      </w:r>
      <w:r w:rsidRPr="002F02A0">
        <w:rPr>
          <w:rFonts w:ascii="Times New Roman" w:hAnsi="Times New Roman" w:cs="Times New Roman"/>
          <w:sz w:val="26"/>
          <w:szCs w:val="26"/>
        </w:rPr>
        <w:t>ng.</w:t>
      </w:r>
    </w:p>
    <w:p w:rsidR="00E30C5B" w:rsidRPr="002F02A0" w:rsidRDefault="00562351" w:rsidP="002F02A0">
      <w:pPr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K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 xml:space="preserve"> ho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ch ph</w:t>
      </w:r>
      <w:r w:rsidRPr="002F02A0">
        <w:rPr>
          <w:rFonts w:ascii="Times New Roman" w:hAnsi="Times New Roman" w:cs="Times New Roman"/>
          <w:sz w:val="26"/>
          <w:szCs w:val="26"/>
        </w:rPr>
        <w:t>ấ</w:t>
      </w:r>
      <w:r w:rsidRPr="002F02A0">
        <w:rPr>
          <w:rFonts w:ascii="Times New Roman" w:hAnsi="Times New Roman" w:cs="Times New Roman"/>
          <w:sz w:val="26"/>
          <w:szCs w:val="26"/>
        </w:rPr>
        <w:t>n đ</w:t>
      </w:r>
      <w:r w:rsidRPr="002F02A0">
        <w:rPr>
          <w:rFonts w:ascii="Times New Roman" w:hAnsi="Times New Roman" w:cs="Times New Roman"/>
          <w:sz w:val="26"/>
          <w:szCs w:val="26"/>
        </w:rPr>
        <w:t>ấ</w:t>
      </w:r>
      <w:r w:rsidRPr="002F02A0">
        <w:rPr>
          <w:rFonts w:ascii="Times New Roman" w:hAnsi="Times New Roman" w:cs="Times New Roman"/>
          <w:sz w:val="26"/>
          <w:szCs w:val="26"/>
        </w:rPr>
        <w:t>u 2025–2026:</w:t>
      </w:r>
    </w:p>
    <w:p w:rsidR="00E30C5B" w:rsidRPr="002F02A0" w:rsidRDefault="00562351" w:rsidP="002F02A0">
      <w:pPr>
        <w:pStyle w:val="ListBullet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Biên so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n 01 tài li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u hư</w:t>
      </w:r>
      <w:r w:rsidRPr="002F02A0">
        <w:rPr>
          <w:rFonts w:ascii="Times New Roman" w:hAnsi="Times New Roman" w:cs="Times New Roman"/>
          <w:sz w:val="26"/>
          <w:szCs w:val="26"/>
        </w:rPr>
        <w:t>ớ</w:t>
      </w:r>
      <w:r w:rsidRPr="002F02A0">
        <w:rPr>
          <w:rFonts w:ascii="Times New Roman" w:hAnsi="Times New Roman" w:cs="Times New Roman"/>
          <w:sz w:val="26"/>
          <w:szCs w:val="26"/>
        </w:rPr>
        <w:t>ng d</w:t>
      </w:r>
      <w:r w:rsidRPr="002F02A0">
        <w:rPr>
          <w:rFonts w:ascii="Times New Roman" w:hAnsi="Times New Roman" w:cs="Times New Roman"/>
          <w:sz w:val="26"/>
          <w:szCs w:val="26"/>
        </w:rPr>
        <w:t>ẫ</w:t>
      </w:r>
      <w:r w:rsidRPr="002F02A0">
        <w:rPr>
          <w:rFonts w:ascii="Times New Roman" w:hAnsi="Times New Roman" w:cs="Times New Roman"/>
          <w:sz w:val="26"/>
          <w:szCs w:val="26"/>
        </w:rPr>
        <w:t>n giáo d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c công dân s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 xml:space="preserve"> c</w:t>
      </w:r>
      <w:r w:rsidRPr="002F02A0">
        <w:rPr>
          <w:rFonts w:ascii="Times New Roman" w:hAnsi="Times New Roman" w:cs="Times New Roman"/>
          <w:sz w:val="26"/>
          <w:szCs w:val="26"/>
        </w:rPr>
        <w:t>ấ</w:t>
      </w:r>
      <w:r w:rsidRPr="002F02A0">
        <w:rPr>
          <w:rFonts w:ascii="Times New Roman" w:hAnsi="Times New Roman" w:cs="Times New Roman"/>
          <w:sz w:val="26"/>
          <w:szCs w:val="26"/>
        </w:rPr>
        <w:t>p trư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ng;</w:t>
      </w:r>
    </w:p>
    <w:p w:rsidR="00E30C5B" w:rsidRPr="002F02A0" w:rsidRDefault="00562351" w:rsidP="002F02A0">
      <w:pPr>
        <w:pStyle w:val="ListBullet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T</w:t>
      </w:r>
      <w:r w:rsidRPr="002F02A0">
        <w:rPr>
          <w:rFonts w:ascii="Times New Roman" w:hAnsi="Times New Roman" w:cs="Times New Roman"/>
          <w:sz w:val="26"/>
          <w:szCs w:val="26"/>
        </w:rPr>
        <w:t>ổ</w:t>
      </w:r>
      <w:r w:rsidRPr="002F02A0">
        <w:rPr>
          <w:rFonts w:ascii="Times New Roman" w:hAnsi="Times New Roman" w:cs="Times New Roman"/>
          <w:sz w:val="26"/>
          <w:szCs w:val="26"/>
        </w:rPr>
        <w:t xml:space="preserve"> ch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c 01 h</w:t>
      </w:r>
      <w:r w:rsidRPr="002F02A0">
        <w:rPr>
          <w:rFonts w:ascii="Times New Roman" w:hAnsi="Times New Roman" w:cs="Times New Roman"/>
          <w:sz w:val="26"/>
          <w:szCs w:val="26"/>
        </w:rPr>
        <w:t>ộ</w:t>
      </w:r>
      <w:r w:rsidRPr="002F02A0">
        <w:rPr>
          <w:rFonts w:ascii="Times New Roman" w:hAnsi="Times New Roman" w:cs="Times New Roman"/>
          <w:sz w:val="26"/>
          <w:szCs w:val="26"/>
        </w:rPr>
        <w:t>i th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o chia s</w:t>
      </w:r>
      <w:r w:rsidRPr="002F02A0">
        <w:rPr>
          <w:rFonts w:ascii="Times New Roman" w:hAnsi="Times New Roman" w:cs="Times New Roman"/>
          <w:sz w:val="26"/>
          <w:szCs w:val="26"/>
        </w:rPr>
        <w:t>ẻ</w:t>
      </w:r>
      <w:r w:rsidRPr="002F02A0">
        <w:rPr>
          <w:rFonts w:ascii="Times New Roman" w:hAnsi="Times New Roman" w:cs="Times New Roman"/>
          <w:sz w:val="26"/>
          <w:szCs w:val="26"/>
        </w:rPr>
        <w:t xml:space="preserve"> kinh nghi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m phòng ch</w:t>
      </w:r>
      <w:r w:rsidRPr="002F02A0">
        <w:rPr>
          <w:rFonts w:ascii="Times New Roman" w:hAnsi="Times New Roman" w:cs="Times New Roman"/>
          <w:sz w:val="26"/>
          <w:szCs w:val="26"/>
        </w:rPr>
        <w:t>ố</w:t>
      </w:r>
      <w:r w:rsidRPr="002F02A0">
        <w:rPr>
          <w:rFonts w:ascii="Times New Roman" w:hAnsi="Times New Roman" w:cs="Times New Roman"/>
          <w:sz w:val="26"/>
          <w:szCs w:val="26"/>
        </w:rPr>
        <w:t>ng tin gi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;</w:t>
      </w:r>
    </w:p>
    <w:p w:rsidR="00E30C5B" w:rsidRPr="002F02A0" w:rsidRDefault="00562351" w:rsidP="002F02A0">
      <w:pPr>
        <w:pStyle w:val="ListBullet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Nâng t</w:t>
      </w:r>
      <w:r w:rsidRPr="002F02A0">
        <w:rPr>
          <w:rFonts w:ascii="Times New Roman" w:hAnsi="Times New Roman" w:cs="Times New Roman"/>
          <w:sz w:val="26"/>
          <w:szCs w:val="26"/>
        </w:rPr>
        <w:t>ỷ</w:t>
      </w:r>
      <w:r w:rsidRPr="002F02A0">
        <w:rPr>
          <w:rFonts w:ascii="Times New Roman" w:hAnsi="Times New Roman" w:cs="Times New Roman"/>
          <w:sz w:val="26"/>
          <w:szCs w:val="26"/>
        </w:rPr>
        <w:t xml:space="preserve"> l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 xml:space="preserve">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sinh tuân th</w:t>
      </w:r>
      <w:r w:rsidRPr="002F02A0">
        <w:rPr>
          <w:rFonts w:ascii="Times New Roman" w:hAnsi="Times New Roman" w:cs="Times New Roman"/>
          <w:sz w:val="26"/>
          <w:szCs w:val="26"/>
        </w:rPr>
        <w:t>ủ</w:t>
      </w:r>
      <w:r w:rsidRPr="002F02A0">
        <w:rPr>
          <w:rFonts w:ascii="Times New Roman" w:hAnsi="Times New Roman" w:cs="Times New Roman"/>
          <w:sz w:val="26"/>
          <w:szCs w:val="26"/>
        </w:rPr>
        <w:t xml:space="preserve"> quy t</w:t>
      </w:r>
      <w:r w:rsidRPr="002F02A0">
        <w:rPr>
          <w:rFonts w:ascii="Times New Roman" w:hAnsi="Times New Roman" w:cs="Times New Roman"/>
          <w:sz w:val="26"/>
          <w:szCs w:val="26"/>
        </w:rPr>
        <w:t>ắ</w:t>
      </w:r>
      <w:r w:rsidRPr="002F02A0">
        <w:rPr>
          <w:rFonts w:ascii="Times New Roman" w:hAnsi="Times New Roman" w:cs="Times New Roman"/>
          <w:sz w:val="26"/>
          <w:szCs w:val="26"/>
        </w:rPr>
        <w:t xml:space="preserve">c 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ng x</w:t>
      </w:r>
      <w:r w:rsidRPr="002F02A0">
        <w:rPr>
          <w:rFonts w:ascii="Times New Roman" w:hAnsi="Times New Roman" w:cs="Times New Roman"/>
          <w:sz w:val="26"/>
          <w:szCs w:val="26"/>
        </w:rPr>
        <w:t>ử</w:t>
      </w:r>
      <w:r w:rsidRPr="002F02A0">
        <w:rPr>
          <w:rFonts w:ascii="Times New Roman" w:hAnsi="Times New Roman" w:cs="Times New Roman"/>
          <w:sz w:val="26"/>
          <w:szCs w:val="26"/>
        </w:rPr>
        <w:t xml:space="preserve"> m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ng đ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t ≥ 98%;</w:t>
      </w:r>
    </w:p>
    <w:p w:rsidR="00E30C5B" w:rsidRPr="002F02A0" w:rsidRDefault="00562351" w:rsidP="002F02A0">
      <w:pPr>
        <w:pStyle w:val="ListBullet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Xây d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>ng 02 d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 xml:space="preserve"> án liên môn g</w:t>
      </w:r>
      <w:r w:rsidRPr="002F02A0">
        <w:rPr>
          <w:rFonts w:ascii="Times New Roman" w:hAnsi="Times New Roman" w:cs="Times New Roman"/>
          <w:sz w:val="26"/>
          <w:szCs w:val="26"/>
        </w:rPr>
        <w:t>ắ</w:t>
      </w:r>
      <w:r w:rsidRPr="002F02A0">
        <w:rPr>
          <w:rFonts w:ascii="Times New Roman" w:hAnsi="Times New Roman" w:cs="Times New Roman"/>
          <w:sz w:val="26"/>
          <w:szCs w:val="26"/>
        </w:rPr>
        <w:t>n v</w:t>
      </w:r>
      <w:r w:rsidRPr="002F02A0">
        <w:rPr>
          <w:rFonts w:ascii="Times New Roman" w:hAnsi="Times New Roman" w:cs="Times New Roman"/>
          <w:sz w:val="26"/>
          <w:szCs w:val="26"/>
        </w:rPr>
        <w:t>ớ</w:t>
      </w:r>
      <w:r w:rsidRPr="002F02A0">
        <w:rPr>
          <w:rFonts w:ascii="Times New Roman" w:hAnsi="Times New Roman" w:cs="Times New Roman"/>
          <w:sz w:val="26"/>
          <w:szCs w:val="26"/>
        </w:rPr>
        <w:t>i l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>ch s</w:t>
      </w:r>
      <w:r w:rsidRPr="002F02A0">
        <w:rPr>
          <w:rFonts w:ascii="Times New Roman" w:hAnsi="Times New Roman" w:cs="Times New Roman"/>
          <w:sz w:val="26"/>
          <w:szCs w:val="26"/>
        </w:rPr>
        <w:t>ử</w:t>
      </w:r>
      <w:r w:rsidRPr="002F02A0">
        <w:rPr>
          <w:rFonts w:ascii="Times New Roman" w:hAnsi="Times New Roman" w:cs="Times New Roman"/>
          <w:sz w:val="26"/>
          <w:szCs w:val="26"/>
        </w:rPr>
        <w:t xml:space="preserve"> – đ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>a lý đ</w:t>
      </w:r>
      <w:r w:rsidRPr="002F02A0">
        <w:rPr>
          <w:rFonts w:ascii="Times New Roman" w:hAnsi="Times New Roman" w:cs="Times New Roman"/>
          <w:sz w:val="26"/>
          <w:szCs w:val="26"/>
        </w:rPr>
        <w:t>ị</w:t>
      </w:r>
      <w:r w:rsidRPr="002F02A0">
        <w:rPr>
          <w:rFonts w:ascii="Times New Roman" w:hAnsi="Times New Roman" w:cs="Times New Roman"/>
          <w:sz w:val="26"/>
          <w:szCs w:val="26"/>
        </w:rPr>
        <w:t>a phương;</w:t>
      </w:r>
    </w:p>
    <w:p w:rsidR="00E30C5B" w:rsidRPr="002F02A0" w:rsidRDefault="00562351" w:rsidP="002F02A0">
      <w:pPr>
        <w:pStyle w:val="ListBullet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Hoàn thành 02 ch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ng ch</w:t>
      </w:r>
      <w:r w:rsidRPr="002F02A0">
        <w:rPr>
          <w:rFonts w:ascii="Times New Roman" w:hAnsi="Times New Roman" w:cs="Times New Roman"/>
          <w:sz w:val="26"/>
          <w:szCs w:val="26"/>
        </w:rPr>
        <w:t>ỉ</w:t>
      </w:r>
      <w:r w:rsidRPr="002F02A0">
        <w:rPr>
          <w:rFonts w:ascii="Times New Roman" w:hAnsi="Times New Roman" w:cs="Times New Roman"/>
          <w:sz w:val="26"/>
          <w:szCs w:val="26"/>
        </w:rPr>
        <w:t xml:space="preserve"> b</w:t>
      </w:r>
      <w:r w:rsidRPr="002F02A0">
        <w:rPr>
          <w:rFonts w:ascii="Times New Roman" w:hAnsi="Times New Roman" w:cs="Times New Roman"/>
          <w:sz w:val="26"/>
          <w:szCs w:val="26"/>
        </w:rPr>
        <w:t>ồ</w:t>
      </w:r>
      <w:r w:rsidRPr="002F02A0">
        <w:rPr>
          <w:rFonts w:ascii="Times New Roman" w:hAnsi="Times New Roman" w:cs="Times New Roman"/>
          <w:sz w:val="26"/>
          <w:szCs w:val="26"/>
        </w:rPr>
        <w:t>i dư</w:t>
      </w:r>
      <w:r w:rsidRPr="002F02A0">
        <w:rPr>
          <w:rFonts w:ascii="Times New Roman" w:hAnsi="Times New Roman" w:cs="Times New Roman"/>
          <w:sz w:val="26"/>
          <w:szCs w:val="26"/>
        </w:rPr>
        <w:t>ỡ</w:t>
      </w:r>
      <w:r w:rsidRPr="002F02A0">
        <w:rPr>
          <w:rFonts w:ascii="Times New Roman" w:hAnsi="Times New Roman" w:cs="Times New Roman"/>
          <w:sz w:val="26"/>
          <w:szCs w:val="26"/>
        </w:rPr>
        <w:t>ng an toàn thông tin cơ b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n.</w:t>
      </w:r>
    </w:p>
    <w:p w:rsidR="00E30C5B" w:rsidRPr="002F02A0" w:rsidRDefault="00562351" w:rsidP="002F02A0">
      <w:pPr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b/>
          <w:sz w:val="26"/>
          <w:szCs w:val="26"/>
        </w:rPr>
        <w:t>K</w:t>
      </w:r>
      <w:r w:rsidRPr="002F02A0">
        <w:rPr>
          <w:rFonts w:ascii="Times New Roman" w:hAnsi="Times New Roman" w:cs="Times New Roman"/>
          <w:b/>
          <w:sz w:val="26"/>
          <w:szCs w:val="26"/>
        </w:rPr>
        <w:t>Ế</w:t>
      </w:r>
      <w:r w:rsidRPr="002F02A0">
        <w:rPr>
          <w:rFonts w:ascii="Times New Roman" w:hAnsi="Times New Roman" w:cs="Times New Roman"/>
          <w:b/>
          <w:sz w:val="26"/>
          <w:szCs w:val="26"/>
        </w:rPr>
        <w:t>T LU</w:t>
      </w:r>
      <w:r w:rsidRPr="002F02A0">
        <w:rPr>
          <w:rFonts w:ascii="Times New Roman" w:hAnsi="Times New Roman" w:cs="Times New Roman"/>
          <w:b/>
          <w:sz w:val="26"/>
          <w:szCs w:val="26"/>
        </w:rPr>
        <w:t>Ậ</w:t>
      </w:r>
      <w:r w:rsidRPr="002F02A0">
        <w:rPr>
          <w:rFonts w:ascii="Times New Roman" w:hAnsi="Times New Roman" w:cs="Times New Roman"/>
          <w:b/>
          <w:sz w:val="26"/>
          <w:szCs w:val="26"/>
        </w:rPr>
        <w:t>N</w:t>
      </w:r>
    </w:p>
    <w:p w:rsidR="00E30C5B" w:rsidRPr="002F02A0" w:rsidRDefault="00562351" w:rsidP="002F02A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F02A0">
        <w:rPr>
          <w:rFonts w:ascii="Times New Roman" w:hAnsi="Times New Roman" w:cs="Times New Roman"/>
          <w:sz w:val="26"/>
          <w:szCs w:val="26"/>
        </w:rPr>
        <w:t>Gi</w:t>
      </w:r>
      <w:r w:rsidRPr="002F02A0">
        <w:rPr>
          <w:rFonts w:ascii="Times New Roman" w:hAnsi="Times New Roman" w:cs="Times New Roman"/>
          <w:sz w:val="26"/>
          <w:szCs w:val="26"/>
        </w:rPr>
        <w:t>ữ</w:t>
      </w:r>
      <w:r w:rsidRPr="002F02A0">
        <w:rPr>
          <w:rFonts w:ascii="Times New Roman" w:hAnsi="Times New Roman" w:cs="Times New Roman"/>
          <w:sz w:val="26"/>
          <w:szCs w:val="26"/>
        </w:rPr>
        <w:t xml:space="preserve"> v</w:t>
      </w:r>
      <w:r w:rsidRPr="002F02A0">
        <w:rPr>
          <w:rFonts w:ascii="Times New Roman" w:hAnsi="Times New Roman" w:cs="Times New Roman"/>
          <w:sz w:val="26"/>
          <w:szCs w:val="26"/>
        </w:rPr>
        <w:t>ữ</w:t>
      </w:r>
      <w:r w:rsidRPr="002F02A0">
        <w:rPr>
          <w:rFonts w:ascii="Times New Roman" w:hAnsi="Times New Roman" w:cs="Times New Roman"/>
          <w:sz w:val="26"/>
          <w:szCs w:val="26"/>
        </w:rPr>
        <w:t>ng n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>n t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ng tư tư</w:t>
      </w:r>
      <w:r w:rsidRPr="002F02A0">
        <w:rPr>
          <w:rFonts w:ascii="Times New Roman" w:hAnsi="Times New Roman" w:cs="Times New Roman"/>
          <w:sz w:val="26"/>
          <w:szCs w:val="26"/>
        </w:rPr>
        <w:t>ở</w:t>
      </w:r>
      <w:r w:rsidRPr="002F02A0">
        <w:rPr>
          <w:rFonts w:ascii="Times New Roman" w:hAnsi="Times New Roman" w:cs="Times New Roman"/>
          <w:sz w:val="26"/>
          <w:szCs w:val="26"/>
        </w:rPr>
        <w:t>ng c</w:t>
      </w:r>
      <w:r w:rsidRPr="002F02A0">
        <w:rPr>
          <w:rFonts w:ascii="Times New Roman" w:hAnsi="Times New Roman" w:cs="Times New Roman"/>
          <w:sz w:val="26"/>
          <w:szCs w:val="26"/>
        </w:rPr>
        <w:t>ủ</w:t>
      </w:r>
      <w:r w:rsidRPr="002F02A0">
        <w:rPr>
          <w:rFonts w:ascii="Times New Roman" w:hAnsi="Times New Roman" w:cs="Times New Roman"/>
          <w:sz w:val="26"/>
          <w:szCs w:val="26"/>
        </w:rPr>
        <w:t>a Đ</w:t>
      </w:r>
      <w:r w:rsidRPr="002F02A0">
        <w:rPr>
          <w:rFonts w:ascii="Times New Roman" w:hAnsi="Times New Roman" w:cs="Times New Roman"/>
          <w:sz w:val="26"/>
          <w:szCs w:val="26"/>
        </w:rPr>
        <w:t>ả</w:t>
      </w:r>
      <w:r w:rsidRPr="002F02A0">
        <w:rPr>
          <w:rFonts w:ascii="Times New Roman" w:hAnsi="Times New Roman" w:cs="Times New Roman"/>
          <w:sz w:val="26"/>
          <w:szCs w:val="26"/>
        </w:rPr>
        <w:t>ng trong nhà trư</w:t>
      </w:r>
      <w:r w:rsidRPr="002F02A0">
        <w:rPr>
          <w:rFonts w:ascii="Times New Roman" w:hAnsi="Times New Roman" w:cs="Times New Roman"/>
          <w:sz w:val="26"/>
          <w:szCs w:val="26"/>
        </w:rPr>
        <w:t>ờ</w:t>
      </w:r>
      <w:r w:rsidRPr="002F02A0">
        <w:rPr>
          <w:rFonts w:ascii="Times New Roman" w:hAnsi="Times New Roman" w:cs="Times New Roman"/>
          <w:sz w:val="26"/>
          <w:szCs w:val="26"/>
        </w:rPr>
        <w:t>ng là đi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>u ki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n đ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 xml:space="preserve"> giá</w:t>
      </w:r>
      <w:r w:rsidRPr="002F02A0">
        <w:rPr>
          <w:rFonts w:ascii="Times New Roman" w:hAnsi="Times New Roman" w:cs="Times New Roman"/>
          <w:sz w:val="26"/>
          <w:szCs w:val="26"/>
        </w:rPr>
        <w:t>o d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c phát tri</w:t>
      </w:r>
      <w:r w:rsidRPr="002F02A0">
        <w:rPr>
          <w:rFonts w:ascii="Times New Roman" w:hAnsi="Times New Roman" w:cs="Times New Roman"/>
          <w:sz w:val="26"/>
          <w:szCs w:val="26"/>
        </w:rPr>
        <w:t>ể</w:t>
      </w:r>
      <w:r w:rsidRPr="002F02A0">
        <w:rPr>
          <w:rFonts w:ascii="Times New Roman" w:hAnsi="Times New Roman" w:cs="Times New Roman"/>
          <w:sz w:val="26"/>
          <w:szCs w:val="26"/>
        </w:rPr>
        <w:t>n b</w:t>
      </w:r>
      <w:r w:rsidRPr="002F02A0">
        <w:rPr>
          <w:rFonts w:ascii="Times New Roman" w:hAnsi="Times New Roman" w:cs="Times New Roman"/>
          <w:sz w:val="26"/>
          <w:szCs w:val="26"/>
        </w:rPr>
        <w:t>ề</w:t>
      </w:r>
      <w:r w:rsidRPr="002F02A0">
        <w:rPr>
          <w:rFonts w:ascii="Times New Roman" w:hAnsi="Times New Roman" w:cs="Times New Roman"/>
          <w:sz w:val="26"/>
          <w:szCs w:val="26"/>
        </w:rPr>
        <w:t>n v</w:t>
      </w:r>
      <w:r w:rsidRPr="002F02A0">
        <w:rPr>
          <w:rFonts w:ascii="Times New Roman" w:hAnsi="Times New Roman" w:cs="Times New Roman"/>
          <w:sz w:val="26"/>
          <w:szCs w:val="26"/>
        </w:rPr>
        <w:t>ữ</w:t>
      </w:r>
      <w:r w:rsidRPr="002F02A0">
        <w:rPr>
          <w:rFonts w:ascii="Times New Roman" w:hAnsi="Times New Roman" w:cs="Times New Roman"/>
          <w:sz w:val="26"/>
          <w:szCs w:val="26"/>
        </w:rPr>
        <w:t>ng. Tôi cam k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t k</w:t>
      </w:r>
      <w:r w:rsidRPr="002F02A0">
        <w:rPr>
          <w:rFonts w:ascii="Times New Roman" w:hAnsi="Times New Roman" w:cs="Times New Roman"/>
          <w:sz w:val="26"/>
          <w:szCs w:val="26"/>
        </w:rPr>
        <w:t>ế</w:t>
      </w:r>
      <w:r w:rsidRPr="002F02A0">
        <w:rPr>
          <w:rFonts w:ascii="Times New Roman" w:hAnsi="Times New Roman" w:cs="Times New Roman"/>
          <w:sz w:val="26"/>
          <w:szCs w:val="26"/>
        </w:rPr>
        <w:t>t h</w:t>
      </w:r>
      <w:r w:rsidRPr="002F02A0">
        <w:rPr>
          <w:rFonts w:ascii="Times New Roman" w:hAnsi="Times New Roman" w:cs="Times New Roman"/>
          <w:sz w:val="26"/>
          <w:szCs w:val="26"/>
        </w:rPr>
        <w:t>ợ</w:t>
      </w:r>
      <w:r w:rsidRPr="002F02A0">
        <w:rPr>
          <w:rFonts w:ascii="Times New Roman" w:hAnsi="Times New Roman" w:cs="Times New Roman"/>
          <w:sz w:val="26"/>
          <w:szCs w:val="26"/>
        </w:rPr>
        <w:t>p tri th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c – đ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o đ</w:t>
      </w:r>
      <w:r w:rsidRPr="002F02A0">
        <w:rPr>
          <w:rFonts w:ascii="Times New Roman" w:hAnsi="Times New Roman" w:cs="Times New Roman"/>
          <w:sz w:val="26"/>
          <w:szCs w:val="26"/>
        </w:rPr>
        <w:t>ứ</w:t>
      </w:r>
      <w:r w:rsidRPr="002F02A0">
        <w:rPr>
          <w:rFonts w:ascii="Times New Roman" w:hAnsi="Times New Roman" w:cs="Times New Roman"/>
          <w:sz w:val="26"/>
          <w:szCs w:val="26"/>
        </w:rPr>
        <w:t>c – công ngh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, xây d</w:t>
      </w:r>
      <w:r w:rsidRPr="002F02A0">
        <w:rPr>
          <w:rFonts w:ascii="Times New Roman" w:hAnsi="Times New Roman" w:cs="Times New Roman"/>
          <w:sz w:val="26"/>
          <w:szCs w:val="26"/>
        </w:rPr>
        <w:t>ự</w:t>
      </w:r>
      <w:r w:rsidRPr="002F02A0">
        <w:rPr>
          <w:rFonts w:ascii="Times New Roman" w:hAnsi="Times New Roman" w:cs="Times New Roman"/>
          <w:sz w:val="26"/>
          <w:szCs w:val="26"/>
        </w:rPr>
        <w:t>ng l</w:t>
      </w:r>
      <w:r w:rsidRPr="002F02A0">
        <w:rPr>
          <w:rFonts w:ascii="Times New Roman" w:hAnsi="Times New Roman" w:cs="Times New Roman"/>
          <w:sz w:val="26"/>
          <w:szCs w:val="26"/>
        </w:rPr>
        <w:t>ớ</w:t>
      </w:r>
      <w:r w:rsidRPr="002F02A0">
        <w:rPr>
          <w:rFonts w:ascii="Times New Roman" w:hAnsi="Times New Roman" w:cs="Times New Roman"/>
          <w:sz w:val="26"/>
          <w:szCs w:val="26"/>
        </w:rPr>
        <w:t>p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an toàn, tôn tr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ng, sáng t</w:t>
      </w:r>
      <w:r w:rsidRPr="002F02A0">
        <w:rPr>
          <w:rFonts w:ascii="Times New Roman" w:hAnsi="Times New Roman" w:cs="Times New Roman"/>
          <w:sz w:val="26"/>
          <w:szCs w:val="26"/>
        </w:rPr>
        <w:t>ạ</w:t>
      </w:r>
      <w:r w:rsidRPr="002F02A0">
        <w:rPr>
          <w:rFonts w:ascii="Times New Roman" w:hAnsi="Times New Roman" w:cs="Times New Roman"/>
          <w:sz w:val="26"/>
          <w:szCs w:val="26"/>
        </w:rPr>
        <w:t>o; cùng đ</w:t>
      </w:r>
      <w:r w:rsidRPr="002F02A0">
        <w:rPr>
          <w:rFonts w:ascii="Times New Roman" w:hAnsi="Times New Roman" w:cs="Times New Roman"/>
          <w:sz w:val="26"/>
          <w:szCs w:val="26"/>
        </w:rPr>
        <w:t>ồ</w:t>
      </w:r>
      <w:r w:rsidRPr="002F02A0">
        <w:rPr>
          <w:rFonts w:ascii="Times New Roman" w:hAnsi="Times New Roman" w:cs="Times New Roman"/>
          <w:sz w:val="26"/>
          <w:szCs w:val="26"/>
        </w:rPr>
        <w:t>ng nghi</w:t>
      </w:r>
      <w:r w:rsidRPr="002F02A0">
        <w:rPr>
          <w:rFonts w:ascii="Times New Roman" w:hAnsi="Times New Roman" w:cs="Times New Roman"/>
          <w:sz w:val="26"/>
          <w:szCs w:val="26"/>
        </w:rPr>
        <w:t>ệ</w:t>
      </w:r>
      <w:r w:rsidRPr="002F02A0">
        <w:rPr>
          <w:rFonts w:ascii="Times New Roman" w:hAnsi="Times New Roman" w:cs="Times New Roman"/>
          <w:sz w:val="26"/>
          <w:szCs w:val="26"/>
        </w:rPr>
        <w:t>p, ph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 xml:space="preserve"> huynh và h</w:t>
      </w:r>
      <w:r w:rsidRPr="002F02A0">
        <w:rPr>
          <w:rFonts w:ascii="Times New Roman" w:hAnsi="Times New Roman" w:cs="Times New Roman"/>
          <w:sz w:val="26"/>
          <w:szCs w:val="26"/>
        </w:rPr>
        <w:t>ọ</w:t>
      </w:r>
      <w:r w:rsidRPr="002F02A0">
        <w:rPr>
          <w:rFonts w:ascii="Times New Roman" w:hAnsi="Times New Roman" w:cs="Times New Roman"/>
          <w:sz w:val="26"/>
          <w:szCs w:val="26"/>
        </w:rPr>
        <w:t>c sinh góp ph</w:t>
      </w:r>
      <w:r w:rsidRPr="002F02A0">
        <w:rPr>
          <w:rFonts w:ascii="Times New Roman" w:hAnsi="Times New Roman" w:cs="Times New Roman"/>
          <w:sz w:val="26"/>
          <w:szCs w:val="26"/>
        </w:rPr>
        <w:t>ầ</w:t>
      </w:r>
      <w:r w:rsidRPr="002F02A0">
        <w:rPr>
          <w:rFonts w:ascii="Times New Roman" w:hAnsi="Times New Roman" w:cs="Times New Roman"/>
          <w:sz w:val="26"/>
          <w:szCs w:val="26"/>
        </w:rPr>
        <w:t>n nâng cao ch</w:t>
      </w:r>
      <w:r w:rsidRPr="002F02A0">
        <w:rPr>
          <w:rFonts w:ascii="Times New Roman" w:hAnsi="Times New Roman" w:cs="Times New Roman"/>
          <w:sz w:val="26"/>
          <w:szCs w:val="26"/>
        </w:rPr>
        <w:t>ấ</w:t>
      </w:r>
      <w:r w:rsidRPr="002F02A0">
        <w:rPr>
          <w:rFonts w:ascii="Times New Roman" w:hAnsi="Times New Roman" w:cs="Times New Roman"/>
          <w:sz w:val="26"/>
          <w:szCs w:val="26"/>
        </w:rPr>
        <w:t>t lư</w:t>
      </w:r>
      <w:r w:rsidRPr="002F02A0">
        <w:rPr>
          <w:rFonts w:ascii="Times New Roman" w:hAnsi="Times New Roman" w:cs="Times New Roman"/>
          <w:sz w:val="26"/>
          <w:szCs w:val="26"/>
        </w:rPr>
        <w:t>ợ</w:t>
      </w:r>
      <w:r w:rsidRPr="002F02A0">
        <w:rPr>
          <w:rFonts w:ascii="Times New Roman" w:hAnsi="Times New Roman" w:cs="Times New Roman"/>
          <w:sz w:val="26"/>
          <w:szCs w:val="26"/>
        </w:rPr>
        <w:t>ng giáo d</w:t>
      </w:r>
      <w:r w:rsidRPr="002F02A0">
        <w:rPr>
          <w:rFonts w:ascii="Times New Roman" w:hAnsi="Times New Roman" w:cs="Times New Roman"/>
          <w:sz w:val="26"/>
          <w:szCs w:val="26"/>
        </w:rPr>
        <w:t>ụ</w:t>
      </w:r>
      <w:r w:rsidRPr="002F02A0">
        <w:rPr>
          <w:rFonts w:ascii="Times New Roman" w:hAnsi="Times New Roman" w:cs="Times New Roman"/>
          <w:sz w:val="26"/>
          <w:szCs w:val="26"/>
        </w:rPr>
        <w:t>c.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2F02A0" w:rsidTr="002F02A0">
        <w:tc>
          <w:tcPr>
            <w:tcW w:w="4428" w:type="dxa"/>
          </w:tcPr>
          <w:p w:rsidR="002F02A0" w:rsidRDefault="002F02A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</w:tcPr>
          <w:p w:rsidR="002F02A0" w:rsidRPr="002F02A0" w:rsidRDefault="002F02A0" w:rsidP="002F02A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……………, ngày….tháng….</w:t>
            </w:r>
            <w:r w:rsidRPr="002F02A0">
              <w:rPr>
                <w:rFonts w:ascii="Times New Roman" w:hAnsi="Times New Roman" w:cs="Times New Roman"/>
                <w:sz w:val="26"/>
                <w:szCs w:val="26"/>
              </w:rPr>
              <w:t>năm 2025</w:t>
            </w:r>
          </w:p>
          <w:p w:rsidR="002F02A0" w:rsidRDefault="002F02A0" w:rsidP="002F02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02A0">
              <w:rPr>
                <w:rFonts w:ascii="Times New Roman" w:hAnsi="Times New Roman" w:cs="Times New Roman"/>
                <w:sz w:val="26"/>
                <w:szCs w:val="26"/>
              </w:rPr>
              <w:t>Người viết bài thu hoạch</w:t>
            </w:r>
          </w:p>
          <w:p w:rsidR="002F02A0" w:rsidRDefault="002F02A0" w:rsidP="002F02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02A0" w:rsidRDefault="002F02A0" w:rsidP="002F02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02A0" w:rsidRDefault="002F02A0" w:rsidP="002F02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02A0" w:rsidRPr="002F02A0" w:rsidRDefault="002F02A0" w:rsidP="002F02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02A0" w:rsidRPr="002F02A0" w:rsidRDefault="002F02A0" w:rsidP="002F02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02A0">
              <w:rPr>
                <w:rFonts w:ascii="Times New Roman" w:hAnsi="Times New Roman" w:cs="Times New Roman"/>
                <w:sz w:val="26"/>
                <w:szCs w:val="26"/>
              </w:rPr>
              <w:t>(Ký tên và ghi rõ họ tên)</w:t>
            </w:r>
          </w:p>
          <w:p w:rsidR="002F02A0" w:rsidRDefault="002F02A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30C5B" w:rsidRPr="002F02A0" w:rsidRDefault="00E30C5B" w:rsidP="002F02A0">
      <w:pPr>
        <w:rPr>
          <w:rFonts w:ascii="Times New Roman" w:hAnsi="Times New Roman" w:cs="Times New Roman"/>
          <w:sz w:val="26"/>
          <w:szCs w:val="26"/>
        </w:rPr>
      </w:pPr>
    </w:p>
    <w:sectPr w:rsidR="00E30C5B" w:rsidRPr="002F02A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E7C6B3A"/>
    <w:multiLevelType w:val="hybridMultilevel"/>
    <w:tmpl w:val="D89C91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4E0A74"/>
    <w:multiLevelType w:val="hybridMultilevel"/>
    <w:tmpl w:val="5C3495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F02A0"/>
    <w:rsid w:val="00326F90"/>
    <w:rsid w:val="00562351"/>
    <w:rsid w:val="00AA1D8D"/>
    <w:rsid w:val="00B47730"/>
    <w:rsid w:val="00CB0664"/>
    <w:rsid w:val="00E30C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85F349D9-C7FF-4AA4-9136-3EEA6B69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BD7C29-C074-440F-86C7-24CAD03AF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2025-08-19T04:28:00Z</dcterms:created>
  <dcterms:modified xsi:type="dcterms:W3CDTF">2025-08-19T04:28:00Z</dcterms:modified>
  <cp:category/>
</cp:coreProperties>
</file>