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F153CD" w:rsidRPr="00F153CD" w:rsidTr="00F153CD">
        <w:tc>
          <w:tcPr>
            <w:tcW w:w="2547" w:type="dxa"/>
          </w:tcPr>
          <w:p w:rsidR="00F153CD" w:rsidRPr="00F153CD" w:rsidRDefault="00F153CD" w:rsidP="00F153CD">
            <w:pPr>
              <w:pStyle w:val="NormalWeb"/>
              <w:rPr>
                <w:sz w:val="28"/>
                <w:szCs w:val="28"/>
              </w:rPr>
            </w:pPr>
            <w:r w:rsidRPr="00F153CD">
              <w:rPr>
                <w:rStyle w:val="Strong"/>
                <w:sz w:val="28"/>
                <w:szCs w:val="28"/>
              </w:rPr>
              <w:t>CÔNG TY [TÊN CÔNG TY]</w:t>
            </w:r>
            <w:r w:rsidRPr="00F153CD">
              <w:rPr>
                <w:sz w:val="28"/>
                <w:szCs w:val="28"/>
              </w:rPr>
              <w:br/>
            </w:r>
            <w:r w:rsidRPr="00F153CD">
              <w:rPr>
                <w:rStyle w:val="Strong"/>
                <w:sz w:val="28"/>
                <w:szCs w:val="28"/>
              </w:rPr>
              <w:t>Địa chỉ:</w:t>
            </w:r>
            <w:r w:rsidRPr="00F153CD">
              <w:rPr>
                <w:sz w:val="28"/>
                <w:szCs w:val="28"/>
              </w:rPr>
              <w:t xml:space="preserve"> [Địa chỉ trụ sở]</w:t>
            </w:r>
            <w:r w:rsidRPr="00F153CD">
              <w:rPr>
                <w:sz w:val="28"/>
                <w:szCs w:val="28"/>
              </w:rPr>
              <w:br/>
            </w:r>
            <w:r w:rsidRPr="00F153CD">
              <w:rPr>
                <w:rStyle w:val="Strong"/>
                <w:sz w:val="28"/>
                <w:szCs w:val="28"/>
              </w:rPr>
              <w:t>MST:</w:t>
            </w:r>
            <w:r w:rsidRPr="00F153CD">
              <w:rPr>
                <w:sz w:val="28"/>
                <w:szCs w:val="28"/>
              </w:rPr>
              <w:t xml:space="preserve"> [Mã số thuế]</w:t>
            </w:r>
          </w:p>
          <w:p w:rsidR="00F153CD" w:rsidRPr="00F153CD" w:rsidRDefault="00F15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3" w:type="dxa"/>
          </w:tcPr>
          <w:p w:rsidR="00F153CD" w:rsidRPr="00F153CD" w:rsidRDefault="00F153CD" w:rsidP="00F15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53CD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F153CD" w:rsidRPr="00F153CD" w:rsidRDefault="00F153CD" w:rsidP="00F15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3CD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F153CD" w:rsidRPr="00F153CD" w:rsidRDefault="00F153CD" w:rsidP="00F153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3CD">
        <w:rPr>
          <w:rFonts w:ascii="Times New Roman" w:hAnsi="Times New Roman" w:cs="Times New Roman"/>
          <w:b/>
          <w:sz w:val="28"/>
          <w:szCs w:val="28"/>
        </w:rPr>
        <w:t>BIÊN BẢN YÊU CẦU HOÀN TRẢ CHI PHÍ ĐÀO TẠO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b/>
          <w:bCs/>
          <w:sz w:val="28"/>
          <w:szCs w:val="28"/>
        </w:rPr>
        <w:t>Căn cứ:</w:t>
      </w:r>
    </w:p>
    <w:p w:rsidR="00F153CD" w:rsidRPr="00F153CD" w:rsidRDefault="00F153CD" w:rsidP="00F153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Bộ luật Lao động số 45/2019/QH14 ngày 20/11/2019</w:t>
      </w:r>
    </w:p>
    <w:p w:rsidR="00F153CD" w:rsidRPr="00F153CD" w:rsidRDefault="00F153CD" w:rsidP="00F153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Hợp đồng lao động số: [Số HĐLĐ], ký ngày [dd/mm/yyyy] giữa [Tên công ty] và [Tên người lao động]</w:t>
      </w:r>
    </w:p>
    <w:p w:rsidR="00F153CD" w:rsidRPr="00F153CD" w:rsidRDefault="00F153CD" w:rsidP="00F153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Hợp đồng/Thỏa thuận đào tạo nghề số: [Số HĐĐT], ký ngày [dd/mm/yyyy]</w:t>
      </w:r>
    </w:p>
    <w:p w:rsidR="00F153CD" w:rsidRPr="00F153CD" w:rsidRDefault="00F153CD" w:rsidP="00F153C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Hành vi đơn phương chấm dứt hợp đồng lao động trái pháp luật của người lao động ngày [dd/mm/yyyy]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Hôm nay, ngày [dd/mm/yyyy], tại [Địa điểm lập biên bản], Công ty [Tên công ty] lập biên bản yêu cầu hoàn trả chi phí đào tạo đối với: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Họ và tên người lao động: [Họ và tên]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Chức vụ (trước khi nghỉ việc): [Chức danh]</w:t>
      </w:r>
      <w:bookmarkStart w:id="0" w:name="_GoBack"/>
      <w:bookmarkEnd w:id="0"/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Phòng/ban công tác: [Tên phòng/ban]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Ngày đơn phương chấm dứt HĐLĐ: [dd/mm/yyyy]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Căn cứ theo nội dung cam kết trong hợp đồng đào tạo và quy định pháp luật, Công ty yêu cầu: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t>Tổng chi phí đào tạo phải hoàn trả: [Số tiền] VNĐ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Lý do: Người lao động đơn phương chấm dứt hợp đồng trái pháp luật, vi phạm thời hạn cam kết làm việc sau đào tạo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b/>
          <w:bCs/>
          <w:sz w:val="28"/>
          <w:szCs w:val="28"/>
        </w:rPr>
        <w:t>Yêu cầu: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Người lao động có trách nhiệm hoàn trả toàn bộ chi phí đào tạo nêu trên trước ngày [dd/mm/yyyy].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Nếu không thực hiện đúng, Công ty có quyền áp dụng các biện pháp xử lý theo quy định pháp luật để đảm bảo quyền lợi chính đáng.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sz w:val="28"/>
          <w:szCs w:val="28"/>
        </w:rPr>
        <w:lastRenderedPageBreak/>
        <w:t>Biên bản được lập thành 02 bản, mỗi bên giữ 01 bản và có giá trị pháp lý như nhau.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b/>
          <w:bCs/>
          <w:sz w:val="28"/>
          <w:szCs w:val="28"/>
        </w:rPr>
        <w:t>ĐẠI DIỆN CÔNG TY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(Ký, ghi rõ họ tên, đóng dấu)</w:t>
      </w:r>
    </w:p>
    <w:p w:rsidR="00F153CD" w:rsidRPr="00F153CD" w:rsidRDefault="00F153CD" w:rsidP="00F153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53CD">
        <w:rPr>
          <w:rFonts w:ascii="Times New Roman" w:eastAsia="Times New Roman" w:hAnsi="Times New Roman" w:cs="Times New Roman"/>
          <w:b/>
          <w:bCs/>
          <w:sz w:val="28"/>
          <w:szCs w:val="28"/>
        </w:rPr>
        <w:t>NGƯỜI LAO ĐỘNG</w:t>
      </w:r>
      <w:r w:rsidRPr="00F153CD">
        <w:rPr>
          <w:rFonts w:ascii="Times New Roman" w:eastAsia="Times New Roman" w:hAnsi="Times New Roman" w:cs="Times New Roman"/>
          <w:sz w:val="28"/>
          <w:szCs w:val="28"/>
        </w:rPr>
        <w:br/>
        <w:t>(Ký, ghi rõ họ tên)</w:t>
      </w:r>
    </w:p>
    <w:p w:rsidR="008143F4" w:rsidRPr="00F153CD" w:rsidRDefault="008143F4">
      <w:pPr>
        <w:rPr>
          <w:rFonts w:ascii="Times New Roman" w:hAnsi="Times New Roman" w:cs="Times New Roman"/>
          <w:sz w:val="28"/>
          <w:szCs w:val="28"/>
        </w:rPr>
      </w:pPr>
    </w:p>
    <w:sectPr w:rsidR="008143F4" w:rsidRPr="00F153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C015CC9"/>
    <w:multiLevelType w:val="multilevel"/>
    <w:tmpl w:val="8DF6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3824D6"/>
    <w:multiLevelType w:val="multilevel"/>
    <w:tmpl w:val="A72A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1C74CC"/>
    <w:multiLevelType w:val="multilevel"/>
    <w:tmpl w:val="2700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B41EB7"/>
    <w:multiLevelType w:val="multilevel"/>
    <w:tmpl w:val="161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3F4"/>
    <w:rsid w:val="00AA1D8D"/>
    <w:rsid w:val="00B47730"/>
    <w:rsid w:val="00C92318"/>
    <w:rsid w:val="00CB0664"/>
    <w:rsid w:val="00F153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3CB8F2C-DD74-4C56-B442-E142B330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1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78D8C9-1920-4796-B991-8C6544A9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2025-07-14T03:04:00Z</dcterms:created>
  <dcterms:modified xsi:type="dcterms:W3CDTF">2025-07-14T03:04:00Z</dcterms:modified>
  <cp:category/>
</cp:coreProperties>
</file>