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6016"/>
      </w:tblGrid>
      <w:tr w:rsidR="00B17315" w:rsidRPr="00B17315" w:rsidTr="00B17315">
        <w:tc>
          <w:tcPr>
            <w:tcW w:w="2660" w:type="dxa"/>
          </w:tcPr>
          <w:p w:rsidR="00B17315" w:rsidRPr="00B17315" w:rsidRDefault="00B17315" w:rsidP="00B17315">
            <w:pPr>
              <w:pStyle w:val="Heading1"/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CÔNG TY ……</w:t>
            </w:r>
          </w:p>
          <w:p w:rsidR="00B17315" w:rsidRPr="00B17315" w:rsidRDefault="00B17315" w:rsidP="00B17315">
            <w:pPr>
              <w:pStyle w:val="Heading1"/>
              <w:spacing w:line="36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B17315">
              <w:rPr>
                <w:rFonts w:ascii="Times New Roman" w:hAnsi="Times New Roman" w:cs="Times New Roman"/>
                <w:color w:val="000000" w:themeColor="text1"/>
              </w:rPr>
              <w:t>Số: ………/QĐ-…</w:t>
            </w:r>
          </w:p>
        </w:tc>
        <w:tc>
          <w:tcPr>
            <w:tcW w:w="6196" w:type="dxa"/>
          </w:tcPr>
          <w:p w:rsidR="00B17315" w:rsidRPr="00B17315" w:rsidRDefault="00B17315" w:rsidP="00B17315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B17315">
              <w:rPr>
                <w:rFonts w:ascii="Times New Roman" w:hAnsi="Times New Roman" w:cs="Times New Roman"/>
                <w:color w:val="000000" w:themeColor="text1"/>
              </w:rPr>
              <w:t>CỘNG HÒA XÃ HỘI CHỦ NGHĨA VIỆT NAM</w:t>
            </w:r>
          </w:p>
          <w:p w:rsidR="00B17315" w:rsidRPr="00B17315" w:rsidRDefault="00B17315" w:rsidP="00B173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731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lập-Tự do-Hạnh phúc</w:t>
            </w:r>
          </w:p>
        </w:tc>
      </w:tr>
    </w:tbl>
    <w:p w:rsidR="00B17315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58C7" w:rsidRPr="00B17315" w:rsidRDefault="00B17315" w:rsidP="00B17315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B17315">
        <w:rPr>
          <w:rFonts w:ascii="Times New Roman" w:hAnsi="Times New Roman" w:cs="Times New Roman"/>
          <w:color w:val="000000" w:themeColor="text1"/>
        </w:rPr>
        <w:t>QUY</w:t>
      </w:r>
      <w:r w:rsidRPr="00B17315">
        <w:rPr>
          <w:rFonts w:ascii="Times New Roman" w:hAnsi="Times New Roman" w:cs="Times New Roman"/>
          <w:color w:val="000000" w:themeColor="text1"/>
        </w:rPr>
        <w:t>Ế</w:t>
      </w:r>
      <w:r w:rsidRPr="00B17315">
        <w:rPr>
          <w:rFonts w:ascii="Times New Roman" w:hAnsi="Times New Roman" w:cs="Times New Roman"/>
          <w:color w:val="000000" w:themeColor="text1"/>
        </w:rPr>
        <w:t>T Đ</w:t>
      </w:r>
      <w:r w:rsidRPr="00B17315">
        <w:rPr>
          <w:rFonts w:ascii="Times New Roman" w:hAnsi="Times New Roman" w:cs="Times New Roman"/>
          <w:color w:val="000000" w:themeColor="text1"/>
        </w:rPr>
        <w:t>Ị</w:t>
      </w:r>
      <w:r w:rsidRPr="00B17315">
        <w:rPr>
          <w:rFonts w:ascii="Times New Roman" w:hAnsi="Times New Roman" w:cs="Times New Roman"/>
          <w:color w:val="000000" w:themeColor="text1"/>
        </w:rPr>
        <w:t>NH</w:t>
      </w:r>
    </w:p>
    <w:p w:rsidR="001B58C7" w:rsidRPr="00B17315" w:rsidRDefault="00B17315" w:rsidP="00B1731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 ch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i v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i ngư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GIÁM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 CÔNG TY ………….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năm 2019;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i quy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a Công ty ban hành ngày … tháng … năm …;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ký ngày … tháng … năm … gi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a Công ty … và ông/bà …;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Xét hành vi vi ph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k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ỷ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a ông/bà … liên quan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 vi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l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bí m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kinh doanh c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a Công ty;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NH: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1. Ch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 đã ký k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ngày … tháng … năm … gi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Công 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ty … và ông/bà … k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tháng … năm ….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2. Ông/bà … có trách nhi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bàn giao công vi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c, tài s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n, tài li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và các nghĩa v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còn l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i cho Công ty theo quy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nh trư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 khi ch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3. Phòng Nhân s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, K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 và các b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 có liên quan ch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trách nhi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m thi hành Quy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nh này.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4. Quy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nh này có hi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Nơi nh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n:</w:t>
      </w:r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Như Đi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u 3;</w:t>
      </w:r>
      <w:bookmarkStart w:id="0" w:name="_GoBack"/>
    </w:p>
    <w:p w:rsidR="001B58C7" w:rsidRPr="00B17315" w:rsidRDefault="00B1731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t>- Lưu VP.</w:t>
      </w:r>
    </w:p>
    <w:bookmarkEnd w:id="0"/>
    <w:p w:rsidR="001B58C7" w:rsidRPr="00B17315" w:rsidRDefault="00B17315" w:rsidP="00B17315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  <w:t>Ngày … tháng … năm …</w:t>
      </w:r>
    </w:p>
    <w:p w:rsidR="001B58C7" w:rsidRPr="00B17315" w:rsidRDefault="00B17315" w:rsidP="00B1731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THEO PHÁP LU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</w:t>
      </w:r>
    </w:p>
    <w:p w:rsidR="001B58C7" w:rsidRPr="00B17315" w:rsidRDefault="00B17315" w:rsidP="00B17315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B17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1B58C7" w:rsidRPr="00B1731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58C7"/>
    <w:rsid w:val="0029639D"/>
    <w:rsid w:val="00326F90"/>
    <w:rsid w:val="00AA1D8D"/>
    <w:rsid w:val="00B1731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E859AAB-AC2C-4667-AC59-25A10DD5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8C0D0F-4B69-4D48-86A4-14A1EC44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QUYẾT ĐỊNH</vt:lpstr>
    </vt:vector>
  </TitlesOfParts>
  <Manager/>
  <Company/>
  <LinksUpToDate>false</LinksUpToDate>
  <CharactersWithSpaces>1017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2025-09-29T01:33:00Z</dcterms:created>
  <dcterms:modified xsi:type="dcterms:W3CDTF">2025-09-29T01:33:00Z</dcterms:modified>
  <cp:category/>
</cp:coreProperties>
</file>