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180" w:rsidRPr="00211A0A" w:rsidRDefault="00211A0A">
      <w:pPr>
        <w:jc w:val="center"/>
        <w:rPr>
          <w:rFonts w:ascii="Times New Roman" w:hAnsi="Times New Roman" w:cs="Times New Roman"/>
          <w:sz w:val="26"/>
          <w:szCs w:val="26"/>
        </w:rPr>
      </w:pPr>
      <w:r w:rsidRPr="00211A0A">
        <w:rPr>
          <w:rFonts w:ascii="Times New Roman" w:hAnsi="Times New Roman" w:cs="Times New Roman"/>
          <w:b/>
          <w:sz w:val="26"/>
          <w:szCs w:val="26"/>
        </w:rPr>
        <w:t>C</w:t>
      </w:r>
      <w:r w:rsidRPr="00211A0A">
        <w:rPr>
          <w:rFonts w:ascii="Times New Roman" w:hAnsi="Times New Roman" w:cs="Times New Roman"/>
          <w:b/>
          <w:sz w:val="26"/>
          <w:szCs w:val="26"/>
        </w:rPr>
        <w:t>Ộ</w:t>
      </w:r>
      <w:r w:rsidRPr="00211A0A">
        <w:rPr>
          <w:rFonts w:ascii="Times New Roman" w:hAnsi="Times New Roman" w:cs="Times New Roman"/>
          <w:b/>
          <w:sz w:val="26"/>
          <w:szCs w:val="26"/>
        </w:rPr>
        <w:t>NG HÒA XÃ H</w:t>
      </w:r>
      <w:r w:rsidRPr="00211A0A">
        <w:rPr>
          <w:rFonts w:ascii="Times New Roman" w:hAnsi="Times New Roman" w:cs="Times New Roman"/>
          <w:b/>
          <w:sz w:val="26"/>
          <w:szCs w:val="26"/>
        </w:rPr>
        <w:t>Ộ</w:t>
      </w:r>
      <w:r w:rsidRPr="00211A0A">
        <w:rPr>
          <w:rFonts w:ascii="Times New Roman" w:hAnsi="Times New Roman" w:cs="Times New Roman"/>
          <w:b/>
          <w:sz w:val="26"/>
          <w:szCs w:val="26"/>
        </w:rPr>
        <w:t>I CH</w:t>
      </w:r>
      <w:r w:rsidRPr="00211A0A">
        <w:rPr>
          <w:rFonts w:ascii="Times New Roman" w:hAnsi="Times New Roman" w:cs="Times New Roman"/>
          <w:b/>
          <w:sz w:val="26"/>
          <w:szCs w:val="26"/>
        </w:rPr>
        <w:t>Ủ</w:t>
      </w:r>
      <w:r w:rsidRPr="00211A0A">
        <w:rPr>
          <w:rFonts w:ascii="Times New Roman" w:hAnsi="Times New Roman" w:cs="Times New Roman"/>
          <w:b/>
          <w:sz w:val="26"/>
          <w:szCs w:val="26"/>
        </w:rPr>
        <w:t xml:space="preserve"> NGHĨA VI</w:t>
      </w:r>
      <w:r w:rsidRPr="00211A0A">
        <w:rPr>
          <w:rFonts w:ascii="Times New Roman" w:hAnsi="Times New Roman" w:cs="Times New Roman"/>
          <w:b/>
          <w:sz w:val="26"/>
          <w:szCs w:val="26"/>
        </w:rPr>
        <w:t>Ệ</w:t>
      </w:r>
      <w:r w:rsidRPr="00211A0A">
        <w:rPr>
          <w:rFonts w:ascii="Times New Roman" w:hAnsi="Times New Roman" w:cs="Times New Roman"/>
          <w:b/>
          <w:sz w:val="26"/>
          <w:szCs w:val="26"/>
        </w:rPr>
        <w:t>T NAM</w:t>
      </w:r>
      <w:r w:rsidRPr="00211A0A">
        <w:rPr>
          <w:rFonts w:ascii="Times New Roman" w:hAnsi="Times New Roman" w:cs="Times New Roman"/>
          <w:b/>
          <w:sz w:val="26"/>
          <w:szCs w:val="26"/>
        </w:rPr>
        <w:br/>
      </w:r>
      <w:r w:rsidRPr="00211A0A">
        <w:rPr>
          <w:rFonts w:ascii="Times New Roman" w:hAnsi="Times New Roman" w:cs="Times New Roman"/>
          <w:sz w:val="26"/>
          <w:szCs w:val="26"/>
        </w:rPr>
        <w:t>Đ</w:t>
      </w:r>
      <w:r w:rsidRPr="00211A0A">
        <w:rPr>
          <w:rFonts w:ascii="Times New Roman" w:hAnsi="Times New Roman" w:cs="Times New Roman"/>
          <w:sz w:val="26"/>
          <w:szCs w:val="26"/>
        </w:rPr>
        <w:t>ộ</w:t>
      </w:r>
      <w:r w:rsidRPr="00211A0A">
        <w:rPr>
          <w:rFonts w:ascii="Times New Roman" w:hAnsi="Times New Roman" w:cs="Times New Roman"/>
          <w:sz w:val="26"/>
          <w:szCs w:val="26"/>
        </w:rPr>
        <w:t>c l</w:t>
      </w:r>
      <w:r w:rsidRPr="00211A0A">
        <w:rPr>
          <w:rFonts w:ascii="Times New Roman" w:hAnsi="Times New Roman" w:cs="Times New Roman"/>
          <w:sz w:val="26"/>
          <w:szCs w:val="26"/>
        </w:rPr>
        <w:t>ậ</w:t>
      </w:r>
      <w:r w:rsidRPr="00211A0A">
        <w:rPr>
          <w:rFonts w:ascii="Times New Roman" w:hAnsi="Times New Roman" w:cs="Times New Roman"/>
          <w:sz w:val="26"/>
          <w:szCs w:val="26"/>
        </w:rPr>
        <w:t>p - T</w:t>
      </w:r>
      <w:r w:rsidRPr="00211A0A">
        <w:rPr>
          <w:rFonts w:ascii="Times New Roman" w:hAnsi="Times New Roman" w:cs="Times New Roman"/>
          <w:sz w:val="26"/>
          <w:szCs w:val="26"/>
        </w:rPr>
        <w:t>ự</w:t>
      </w:r>
      <w:r w:rsidRPr="00211A0A">
        <w:rPr>
          <w:rFonts w:ascii="Times New Roman" w:hAnsi="Times New Roman" w:cs="Times New Roman"/>
          <w:sz w:val="26"/>
          <w:szCs w:val="26"/>
        </w:rPr>
        <w:t xml:space="preserve"> do - H</w:t>
      </w:r>
      <w:r w:rsidRPr="00211A0A">
        <w:rPr>
          <w:rFonts w:ascii="Times New Roman" w:hAnsi="Times New Roman" w:cs="Times New Roman"/>
          <w:sz w:val="26"/>
          <w:szCs w:val="26"/>
        </w:rPr>
        <w:t>ạ</w:t>
      </w:r>
      <w:r w:rsidRPr="00211A0A">
        <w:rPr>
          <w:rFonts w:ascii="Times New Roman" w:hAnsi="Times New Roman" w:cs="Times New Roman"/>
          <w:sz w:val="26"/>
          <w:szCs w:val="26"/>
        </w:rPr>
        <w:t>nh phúc</w:t>
      </w:r>
    </w:p>
    <w:p w:rsidR="00DB1180" w:rsidRPr="00211A0A" w:rsidRDefault="00211A0A">
      <w:pPr>
        <w:jc w:val="center"/>
        <w:rPr>
          <w:rFonts w:ascii="Times New Roman" w:hAnsi="Times New Roman" w:cs="Times New Roman"/>
          <w:sz w:val="26"/>
          <w:szCs w:val="26"/>
        </w:rPr>
      </w:pPr>
      <w:r w:rsidRPr="00211A0A">
        <w:rPr>
          <w:rFonts w:ascii="Times New Roman" w:hAnsi="Times New Roman" w:cs="Times New Roman"/>
          <w:sz w:val="26"/>
          <w:szCs w:val="26"/>
        </w:rPr>
        <w:t>..., ngày ... tháng ... năm ...</w:t>
      </w:r>
    </w:p>
    <w:p w:rsidR="00DB1180" w:rsidRPr="00211A0A" w:rsidRDefault="00DB1180">
      <w:pPr>
        <w:rPr>
          <w:rFonts w:ascii="Times New Roman" w:hAnsi="Times New Roman" w:cs="Times New Roman"/>
          <w:sz w:val="26"/>
          <w:szCs w:val="26"/>
        </w:rPr>
      </w:pPr>
    </w:p>
    <w:p w:rsidR="00DB1180" w:rsidRPr="00211A0A" w:rsidRDefault="00211A0A">
      <w:pPr>
        <w:jc w:val="center"/>
        <w:rPr>
          <w:rFonts w:ascii="Times New Roman" w:hAnsi="Times New Roman" w:cs="Times New Roman"/>
          <w:sz w:val="26"/>
          <w:szCs w:val="26"/>
        </w:rPr>
      </w:pPr>
      <w:r w:rsidRPr="00211A0A">
        <w:rPr>
          <w:rFonts w:ascii="Times New Roman" w:hAnsi="Times New Roman" w:cs="Times New Roman"/>
          <w:b/>
          <w:sz w:val="26"/>
          <w:szCs w:val="26"/>
        </w:rPr>
        <w:t>ĐƠN NGH</w:t>
      </w:r>
      <w:r w:rsidRPr="00211A0A">
        <w:rPr>
          <w:rFonts w:ascii="Times New Roman" w:hAnsi="Times New Roman" w:cs="Times New Roman"/>
          <w:b/>
          <w:sz w:val="26"/>
          <w:szCs w:val="26"/>
        </w:rPr>
        <w:t>Ỉ</w:t>
      </w:r>
      <w:r w:rsidRPr="00211A0A">
        <w:rPr>
          <w:rFonts w:ascii="Times New Roman" w:hAnsi="Times New Roman" w:cs="Times New Roman"/>
          <w:b/>
          <w:sz w:val="26"/>
          <w:szCs w:val="26"/>
        </w:rPr>
        <w:t xml:space="preserve"> HÀNG NĂM TRONG NƯ</w:t>
      </w:r>
      <w:r w:rsidRPr="00211A0A">
        <w:rPr>
          <w:rFonts w:ascii="Times New Roman" w:hAnsi="Times New Roman" w:cs="Times New Roman"/>
          <w:b/>
          <w:sz w:val="26"/>
          <w:szCs w:val="26"/>
        </w:rPr>
        <w:t>Ớ</w:t>
      </w:r>
      <w:r w:rsidRPr="00211A0A">
        <w:rPr>
          <w:rFonts w:ascii="Times New Roman" w:hAnsi="Times New Roman" w:cs="Times New Roman"/>
          <w:b/>
          <w:sz w:val="26"/>
          <w:szCs w:val="26"/>
        </w:rPr>
        <w:t>C</w:t>
      </w:r>
    </w:p>
    <w:p w:rsidR="00DB1180" w:rsidRPr="00211A0A" w:rsidRDefault="00211A0A">
      <w:pPr>
        <w:rPr>
          <w:rFonts w:ascii="Times New Roman" w:hAnsi="Times New Roman" w:cs="Times New Roman"/>
          <w:sz w:val="26"/>
          <w:szCs w:val="26"/>
          <w:lang w:val="fr-FR"/>
        </w:rPr>
      </w:pPr>
      <w:r w:rsidRPr="00211A0A">
        <w:rPr>
          <w:rFonts w:ascii="Times New Roman" w:hAnsi="Times New Roman" w:cs="Times New Roman"/>
          <w:sz w:val="26"/>
          <w:szCs w:val="26"/>
          <w:lang w:val="fr-FR"/>
        </w:rPr>
        <w:t>Kính g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ử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i: ................................................................. (1)</w:t>
      </w:r>
    </w:p>
    <w:p w:rsidR="00DB1180" w:rsidRPr="00211A0A" w:rsidRDefault="00211A0A">
      <w:pPr>
        <w:rPr>
          <w:rFonts w:ascii="Times New Roman" w:hAnsi="Times New Roman" w:cs="Times New Roman"/>
          <w:sz w:val="26"/>
          <w:szCs w:val="26"/>
          <w:lang w:val="fr-FR"/>
        </w:rPr>
      </w:pPr>
      <w:r w:rsidRPr="00211A0A">
        <w:rPr>
          <w:rFonts w:ascii="Times New Roman" w:hAnsi="Times New Roman" w:cs="Times New Roman"/>
          <w:sz w:val="26"/>
          <w:szCs w:val="26"/>
          <w:lang w:val="fr-FR"/>
        </w:rPr>
        <w:t xml:space="preserve">Tên tôi là: 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.................................................................................................................</w:t>
      </w:r>
    </w:p>
    <w:p w:rsidR="00DB1180" w:rsidRPr="00211A0A" w:rsidRDefault="00211A0A">
      <w:pPr>
        <w:rPr>
          <w:rFonts w:ascii="Times New Roman" w:hAnsi="Times New Roman" w:cs="Times New Roman"/>
          <w:sz w:val="26"/>
          <w:szCs w:val="26"/>
          <w:lang w:val="fr-FR"/>
        </w:rPr>
      </w:pPr>
      <w:r w:rsidRPr="00211A0A">
        <w:rPr>
          <w:rFonts w:ascii="Times New Roman" w:hAnsi="Times New Roman" w:cs="Times New Roman"/>
          <w:sz w:val="26"/>
          <w:szCs w:val="26"/>
          <w:lang w:val="fr-FR"/>
        </w:rPr>
        <w:t>Ngày, tháng, năm sinh: .......................... Ng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ạ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ch công ch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ứ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c: ..........................</w:t>
      </w:r>
    </w:p>
    <w:p w:rsidR="00DB1180" w:rsidRPr="00211A0A" w:rsidRDefault="00211A0A">
      <w:pPr>
        <w:rPr>
          <w:rFonts w:ascii="Times New Roman" w:hAnsi="Times New Roman" w:cs="Times New Roman"/>
          <w:sz w:val="26"/>
          <w:szCs w:val="26"/>
          <w:lang w:val="fr-FR"/>
        </w:rPr>
      </w:pPr>
      <w:r w:rsidRPr="00211A0A">
        <w:rPr>
          <w:rFonts w:ascii="Times New Roman" w:hAnsi="Times New Roman" w:cs="Times New Roman"/>
          <w:sz w:val="26"/>
          <w:szCs w:val="26"/>
          <w:lang w:val="fr-FR"/>
        </w:rPr>
        <w:t>Ch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ứ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c v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ụ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, đơn v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ị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 xml:space="preserve"> công tác: ......................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................................................................</w:t>
      </w:r>
    </w:p>
    <w:p w:rsidR="00DB1180" w:rsidRPr="00211A0A" w:rsidRDefault="00211A0A">
      <w:pPr>
        <w:rPr>
          <w:rFonts w:ascii="Times New Roman" w:hAnsi="Times New Roman" w:cs="Times New Roman"/>
          <w:sz w:val="26"/>
          <w:szCs w:val="26"/>
          <w:lang w:val="fr-FR"/>
        </w:rPr>
      </w:pPr>
      <w:r w:rsidRPr="00211A0A">
        <w:rPr>
          <w:rFonts w:ascii="Times New Roman" w:hAnsi="Times New Roman" w:cs="Times New Roman"/>
          <w:sz w:val="26"/>
          <w:szCs w:val="26"/>
          <w:lang w:val="fr-FR"/>
        </w:rPr>
        <w:t>Th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ờ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i gian tham gia b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ả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o hi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ể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m xã h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ộ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i: ... năm ... tháng ............</w:t>
      </w:r>
    </w:p>
    <w:p w:rsidR="00DB1180" w:rsidRPr="00211A0A" w:rsidRDefault="00211A0A">
      <w:pPr>
        <w:rPr>
          <w:rFonts w:ascii="Times New Roman" w:hAnsi="Times New Roman" w:cs="Times New Roman"/>
          <w:sz w:val="26"/>
          <w:szCs w:val="26"/>
          <w:lang w:val="fr-FR"/>
        </w:rPr>
      </w:pPr>
      <w:r w:rsidRPr="00211A0A">
        <w:rPr>
          <w:rFonts w:ascii="Times New Roman" w:hAnsi="Times New Roman" w:cs="Times New Roman"/>
          <w:sz w:val="26"/>
          <w:szCs w:val="26"/>
          <w:lang w:val="fr-FR"/>
        </w:rPr>
        <w:t>T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ổ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ng s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ố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 xml:space="preserve"> ngày đư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ợ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c ngh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ỉ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 xml:space="preserve"> trong năm: ... ngày.</w:t>
      </w:r>
    </w:p>
    <w:p w:rsidR="00DB1180" w:rsidRPr="00211A0A" w:rsidRDefault="00211A0A">
      <w:pPr>
        <w:rPr>
          <w:rFonts w:ascii="Times New Roman" w:hAnsi="Times New Roman" w:cs="Times New Roman"/>
          <w:sz w:val="26"/>
          <w:szCs w:val="26"/>
          <w:lang w:val="fr-FR"/>
        </w:rPr>
      </w:pPr>
      <w:r w:rsidRPr="00211A0A">
        <w:rPr>
          <w:rFonts w:ascii="Times New Roman" w:hAnsi="Times New Roman" w:cs="Times New Roman"/>
          <w:sz w:val="26"/>
          <w:szCs w:val="26"/>
          <w:lang w:val="fr-FR"/>
        </w:rPr>
        <w:t>S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ố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 xml:space="preserve"> ngày đã ngh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ỉ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 xml:space="preserve"> trong năm: ... ngày.</w:t>
      </w:r>
    </w:p>
    <w:p w:rsidR="00DB1180" w:rsidRPr="00211A0A" w:rsidRDefault="00211A0A">
      <w:pPr>
        <w:rPr>
          <w:rFonts w:ascii="Times New Roman" w:hAnsi="Times New Roman" w:cs="Times New Roman"/>
          <w:sz w:val="26"/>
          <w:szCs w:val="26"/>
          <w:lang w:val="fr-FR"/>
        </w:rPr>
      </w:pPr>
      <w:r w:rsidRPr="00211A0A">
        <w:rPr>
          <w:rFonts w:ascii="Times New Roman" w:hAnsi="Times New Roman" w:cs="Times New Roman"/>
          <w:sz w:val="26"/>
          <w:szCs w:val="26"/>
          <w:lang w:val="fr-FR"/>
        </w:rPr>
        <w:t>Căn c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ứ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 xml:space="preserve"> quy đ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ị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nh pháp lu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ậ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 xml:space="preserve">t, tôi làm đơn này 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đ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ề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 xml:space="preserve"> ngh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ị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 xml:space="preserve"> ........................................</w:t>
      </w:r>
    </w:p>
    <w:p w:rsidR="00DB1180" w:rsidRPr="00211A0A" w:rsidRDefault="00211A0A">
      <w:pPr>
        <w:rPr>
          <w:rFonts w:ascii="Times New Roman" w:hAnsi="Times New Roman" w:cs="Times New Roman"/>
          <w:sz w:val="26"/>
          <w:szCs w:val="26"/>
          <w:lang w:val="fr-FR"/>
        </w:rPr>
      </w:pPr>
      <w:r w:rsidRPr="00211A0A">
        <w:rPr>
          <w:rFonts w:ascii="Times New Roman" w:hAnsi="Times New Roman" w:cs="Times New Roman"/>
          <w:sz w:val="26"/>
          <w:szCs w:val="26"/>
          <w:lang w:val="fr-FR"/>
        </w:rPr>
        <w:t>(2) cho tôi đư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ợ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c ngh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ỉ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 xml:space="preserve"> phép hàng năm c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ủ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a năm ... v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ớ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i th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ờ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i gian là ... ngày làm</w:t>
      </w:r>
    </w:p>
    <w:p w:rsidR="00DB1180" w:rsidRPr="00211A0A" w:rsidRDefault="00211A0A">
      <w:pPr>
        <w:rPr>
          <w:rFonts w:ascii="Times New Roman" w:hAnsi="Times New Roman" w:cs="Times New Roman"/>
          <w:sz w:val="26"/>
          <w:szCs w:val="26"/>
          <w:lang w:val="fr-FR"/>
        </w:rPr>
      </w:pPr>
      <w:r w:rsidRPr="00211A0A">
        <w:rPr>
          <w:rFonts w:ascii="Times New Roman" w:hAnsi="Times New Roman" w:cs="Times New Roman"/>
          <w:sz w:val="26"/>
          <w:szCs w:val="26"/>
          <w:lang w:val="fr-FR"/>
        </w:rPr>
        <w:t>vi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ệ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c (t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ừ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 xml:space="preserve"> ngày .../.../... đ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ế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n h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ế</w:t>
      </w:r>
      <w:r w:rsidRPr="00211A0A">
        <w:rPr>
          <w:rFonts w:ascii="Times New Roman" w:hAnsi="Times New Roman" w:cs="Times New Roman"/>
          <w:sz w:val="26"/>
          <w:szCs w:val="26"/>
          <w:lang w:val="fr-FR"/>
        </w:rPr>
        <w:t>t ngày .../.../...).</w:t>
      </w:r>
    </w:p>
    <w:p w:rsidR="00DB1180" w:rsidRPr="00211A0A" w:rsidRDefault="00211A0A">
      <w:pPr>
        <w:rPr>
          <w:rFonts w:ascii="Times New Roman" w:hAnsi="Times New Roman" w:cs="Times New Roman"/>
          <w:sz w:val="26"/>
          <w:szCs w:val="26"/>
        </w:rPr>
      </w:pPr>
      <w:r w:rsidRPr="00211A0A">
        <w:rPr>
          <w:rFonts w:ascii="Times New Roman" w:hAnsi="Times New Roman" w:cs="Times New Roman"/>
          <w:sz w:val="26"/>
          <w:szCs w:val="26"/>
        </w:rPr>
        <w:t>Lý do ngh</w:t>
      </w:r>
      <w:r w:rsidRPr="00211A0A">
        <w:rPr>
          <w:rFonts w:ascii="Times New Roman" w:hAnsi="Times New Roman" w:cs="Times New Roman"/>
          <w:sz w:val="26"/>
          <w:szCs w:val="26"/>
        </w:rPr>
        <w:t>ỉ</w:t>
      </w:r>
      <w:r w:rsidRPr="00211A0A">
        <w:rPr>
          <w:rFonts w:ascii="Times New Roman" w:hAnsi="Times New Roman" w:cs="Times New Roman"/>
          <w:sz w:val="26"/>
          <w:szCs w:val="26"/>
        </w:rPr>
        <w:t>: ................................................................</w:t>
      </w:r>
      <w:r w:rsidRPr="00211A0A">
        <w:rPr>
          <w:rFonts w:ascii="Times New Roman" w:hAnsi="Times New Roman" w:cs="Times New Roman"/>
          <w:sz w:val="26"/>
          <w:szCs w:val="26"/>
        </w:rPr>
        <w:t>............................................</w:t>
      </w:r>
    </w:p>
    <w:p w:rsidR="00DB1180" w:rsidRPr="00211A0A" w:rsidRDefault="00211A0A">
      <w:pPr>
        <w:rPr>
          <w:rFonts w:ascii="Times New Roman" w:hAnsi="Times New Roman" w:cs="Times New Roman"/>
          <w:sz w:val="26"/>
          <w:szCs w:val="26"/>
        </w:rPr>
      </w:pPr>
      <w:r w:rsidRPr="00211A0A">
        <w:rPr>
          <w:rFonts w:ascii="Times New Roman" w:hAnsi="Times New Roman" w:cs="Times New Roman"/>
          <w:sz w:val="26"/>
          <w:szCs w:val="26"/>
        </w:rPr>
        <w:t>Nơi ngh</w:t>
      </w:r>
      <w:r w:rsidRPr="00211A0A">
        <w:rPr>
          <w:rFonts w:ascii="Times New Roman" w:hAnsi="Times New Roman" w:cs="Times New Roman"/>
          <w:sz w:val="26"/>
          <w:szCs w:val="26"/>
        </w:rPr>
        <w:t>ỉ</w:t>
      </w:r>
      <w:r w:rsidRPr="00211A0A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...............................................................................................................</w:t>
      </w:r>
    </w:p>
    <w:p w:rsidR="00DB1180" w:rsidRPr="00211A0A" w:rsidRDefault="00211A0A">
      <w:pPr>
        <w:rPr>
          <w:rFonts w:ascii="Times New Roman" w:hAnsi="Times New Roman" w:cs="Times New Roman"/>
          <w:sz w:val="26"/>
          <w:szCs w:val="26"/>
        </w:rPr>
      </w:pPr>
      <w:r w:rsidRPr="00211A0A">
        <w:rPr>
          <w:rFonts w:ascii="Times New Roman" w:hAnsi="Times New Roman" w:cs="Times New Roman"/>
          <w:sz w:val="26"/>
          <w:szCs w:val="26"/>
        </w:rPr>
        <w:t>Đ</w:t>
      </w:r>
      <w:r w:rsidRPr="00211A0A">
        <w:rPr>
          <w:rFonts w:ascii="Times New Roman" w:hAnsi="Times New Roman" w:cs="Times New Roman"/>
          <w:sz w:val="26"/>
          <w:szCs w:val="26"/>
        </w:rPr>
        <w:t>ị</w:t>
      </w:r>
      <w:r w:rsidRPr="00211A0A">
        <w:rPr>
          <w:rFonts w:ascii="Times New Roman" w:hAnsi="Times New Roman" w:cs="Times New Roman"/>
          <w:sz w:val="26"/>
          <w:szCs w:val="26"/>
        </w:rPr>
        <w:t>a ch</w:t>
      </w:r>
      <w:r w:rsidRPr="00211A0A">
        <w:rPr>
          <w:rFonts w:ascii="Times New Roman" w:hAnsi="Times New Roman" w:cs="Times New Roman"/>
          <w:sz w:val="26"/>
          <w:szCs w:val="26"/>
        </w:rPr>
        <w:t>ỉ</w:t>
      </w:r>
      <w:r w:rsidRPr="00211A0A">
        <w:rPr>
          <w:rFonts w:ascii="Times New Roman" w:hAnsi="Times New Roman" w:cs="Times New Roman"/>
          <w:sz w:val="26"/>
          <w:szCs w:val="26"/>
        </w:rPr>
        <w:t>, đi</w:t>
      </w:r>
      <w:r w:rsidRPr="00211A0A">
        <w:rPr>
          <w:rFonts w:ascii="Times New Roman" w:hAnsi="Times New Roman" w:cs="Times New Roman"/>
          <w:sz w:val="26"/>
          <w:szCs w:val="26"/>
        </w:rPr>
        <w:t>ệ</w:t>
      </w:r>
      <w:r w:rsidRPr="00211A0A">
        <w:rPr>
          <w:rFonts w:ascii="Times New Roman" w:hAnsi="Times New Roman" w:cs="Times New Roman"/>
          <w:sz w:val="26"/>
          <w:szCs w:val="26"/>
        </w:rPr>
        <w:t>n tho</w:t>
      </w:r>
      <w:r w:rsidRPr="00211A0A">
        <w:rPr>
          <w:rFonts w:ascii="Times New Roman" w:hAnsi="Times New Roman" w:cs="Times New Roman"/>
          <w:sz w:val="26"/>
          <w:szCs w:val="26"/>
        </w:rPr>
        <w:t>ạ</w:t>
      </w:r>
      <w:r w:rsidRPr="00211A0A">
        <w:rPr>
          <w:rFonts w:ascii="Times New Roman" w:hAnsi="Times New Roman" w:cs="Times New Roman"/>
          <w:sz w:val="26"/>
          <w:szCs w:val="26"/>
        </w:rPr>
        <w:t>i liên h</w:t>
      </w:r>
      <w:r w:rsidRPr="00211A0A">
        <w:rPr>
          <w:rFonts w:ascii="Times New Roman" w:hAnsi="Times New Roman" w:cs="Times New Roman"/>
          <w:sz w:val="26"/>
          <w:szCs w:val="26"/>
        </w:rPr>
        <w:t>ệ</w:t>
      </w:r>
      <w:r w:rsidRPr="00211A0A">
        <w:rPr>
          <w:rFonts w:ascii="Times New Roman" w:hAnsi="Times New Roman" w:cs="Times New Roman"/>
          <w:sz w:val="26"/>
          <w:szCs w:val="26"/>
        </w:rPr>
        <w:t xml:space="preserve"> khi c</w:t>
      </w:r>
      <w:r w:rsidRPr="00211A0A">
        <w:rPr>
          <w:rFonts w:ascii="Times New Roman" w:hAnsi="Times New Roman" w:cs="Times New Roman"/>
          <w:sz w:val="26"/>
          <w:szCs w:val="26"/>
        </w:rPr>
        <w:t>ầ</w:t>
      </w:r>
      <w:r w:rsidRPr="00211A0A">
        <w:rPr>
          <w:rFonts w:ascii="Times New Roman" w:hAnsi="Times New Roman" w:cs="Times New Roman"/>
          <w:sz w:val="26"/>
          <w:szCs w:val="26"/>
        </w:rPr>
        <w:t>n: ....................................................</w:t>
      </w:r>
      <w:r w:rsidRPr="00211A0A">
        <w:rPr>
          <w:rFonts w:ascii="Times New Roman" w:hAnsi="Times New Roman" w:cs="Times New Roman"/>
          <w:sz w:val="26"/>
          <w:szCs w:val="26"/>
        </w:rPr>
        <w:t>................</w:t>
      </w:r>
    </w:p>
    <w:p w:rsidR="00DB1180" w:rsidRPr="00211A0A" w:rsidRDefault="00211A0A">
      <w:pPr>
        <w:rPr>
          <w:rFonts w:ascii="Times New Roman" w:hAnsi="Times New Roman" w:cs="Times New Roman"/>
          <w:sz w:val="26"/>
          <w:szCs w:val="26"/>
        </w:rPr>
      </w:pPr>
      <w:r w:rsidRPr="00211A0A">
        <w:rPr>
          <w:rFonts w:ascii="Times New Roman" w:hAnsi="Times New Roman" w:cs="Times New Roman"/>
          <w:sz w:val="26"/>
          <w:szCs w:val="26"/>
        </w:rPr>
        <w:t>Tôi có trách nhi</w:t>
      </w:r>
      <w:r w:rsidRPr="00211A0A">
        <w:rPr>
          <w:rFonts w:ascii="Times New Roman" w:hAnsi="Times New Roman" w:cs="Times New Roman"/>
          <w:sz w:val="26"/>
          <w:szCs w:val="26"/>
        </w:rPr>
        <w:t>ệ</w:t>
      </w:r>
      <w:r w:rsidRPr="00211A0A">
        <w:rPr>
          <w:rFonts w:ascii="Times New Roman" w:hAnsi="Times New Roman" w:cs="Times New Roman"/>
          <w:sz w:val="26"/>
          <w:szCs w:val="26"/>
        </w:rPr>
        <w:t>m c</w:t>
      </w:r>
      <w:r w:rsidRPr="00211A0A">
        <w:rPr>
          <w:rFonts w:ascii="Times New Roman" w:hAnsi="Times New Roman" w:cs="Times New Roman"/>
          <w:sz w:val="26"/>
          <w:szCs w:val="26"/>
        </w:rPr>
        <w:t>ậ</w:t>
      </w:r>
      <w:r w:rsidRPr="00211A0A">
        <w:rPr>
          <w:rFonts w:ascii="Times New Roman" w:hAnsi="Times New Roman" w:cs="Times New Roman"/>
          <w:sz w:val="26"/>
          <w:szCs w:val="26"/>
        </w:rPr>
        <w:t>p nh</w:t>
      </w:r>
      <w:r w:rsidRPr="00211A0A">
        <w:rPr>
          <w:rFonts w:ascii="Times New Roman" w:hAnsi="Times New Roman" w:cs="Times New Roman"/>
          <w:sz w:val="26"/>
          <w:szCs w:val="26"/>
        </w:rPr>
        <w:t>ậ</w:t>
      </w:r>
      <w:r w:rsidRPr="00211A0A">
        <w:rPr>
          <w:rFonts w:ascii="Times New Roman" w:hAnsi="Times New Roman" w:cs="Times New Roman"/>
          <w:sz w:val="26"/>
          <w:szCs w:val="26"/>
        </w:rPr>
        <w:t>t đ</w:t>
      </w:r>
      <w:r w:rsidRPr="00211A0A">
        <w:rPr>
          <w:rFonts w:ascii="Times New Roman" w:hAnsi="Times New Roman" w:cs="Times New Roman"/>
          <w:sz w:val="26"/>
          <w:szCs w:val="26"/>
        </w:rPr>
        <w:t>ầ</w:t>
      </w:r>
      <w:r w:rsidRPr="00211A0A">
        <w:rPr>
          <w:rFonts w:ascii="Times New Roman" w:hAnsi="Times New Roman" w:cs="Times New Roman"/>
          <w:sz w:val="26"/>
          <w:szCs w:val="26"/>
        </w:rPr>
        <w:t>y đ</w:t>
      </w:r>
      <w:r w:rsidRPr="00211A0A">
        <w:rPr>
          <w:rFonts w:ascii="Times New Roman" w:hAnsi="Times New Roman" w:cs="Times New Roman"/>
          <w:sz w:val="26"/>
          <w:szCs w:val="26"/>
        </w:rPr>
        <w:t>ủ</w:t>
      </w:r>
      <w:r w:rsidRPr="00211A0A">
        <w:rPr>
          <w:rFonts w:ascii="Times New Roman" w:hAnsi="Times New Roman" w:cs="Times New Roman"/>
          <w:sz w:val="26"/>
          <w:szCs w:val="26"/>
        </w:rPr>
        <w:t xml:space="preserve"> n</w:t>
      </w:r>
      <w:r w:rsidRPr="00211A0A">
        <w:rPr>
          <w:rFonts w:ascii="Times New Roman" w:hAnsi="Times New Roman" w:cs="Times New Roman"/>
          <w:sz w:val="26"/>
          <w:szCs w:val="26"/>
        </w:rPr>
        <w:t>ộ</w:t>
      </w:r>
      <w:r w:rsidRPr="00211A0A">
        <w:rPr>
          <w:rFonts w:ascii="Times New Roman" w:hAnsi="Times New Roman" w:cs="Times New Roman"/>
          <w:sz w:val="26"/>
          <w:szCs w:val="26"/>
        </w:rPr>
        <w:t>i dung công vi</w:t>
      </w:r>
      <w:r w:rsidRPr="00211A0A">
        <w:rPr>
          <w:rFonts w:ascii="Times New Roman" w:hAnsi="Times New Roman" w:cs="Times New Roman"/>
          <w:sz w:val="26"/>
          <w:szCs w:val="26"/>
        </w:rPr>
        <w:t>ệ</w:t>
      </w:r>
      <w:r w:rsidRPr="00211A0A">
        <w:rPr>
          <w:rFonts w:ascii="Times New Roman" w:hAnsi="Times New Roman" w:cs="Times New Roman"/>
          <w:sz w:val="26"/>
          <w:szCs w:val="26"/>
        </w:rPr>
        <w:t>c sau th</w:t>
      </w:r>
      <w:r w:rsidRPr="00211A0A">
        <w:rPr>
          <w:rFonts w:ascii="Times New Roman" w:hAnsi="Times New Roman" w:cs="Times New Roman"/>
          <w:sz w:val="26"/>
          <w:szCs w:val="26"/>
        </w:rPr>
        <w:t>ờ</w:t>
      </w:r>
      <w:r w:rsidRPr="00211A0A">
        <w:rPr>
          <w:rFonts w:ascii="Times New Roman" w:hAnsi="Times New Roman" w:cs="Times New Roman"/>
          <w:sz w:val="26"/>
          <w:szCs w:val="26"/>
        </w:rPr>
        <w:t>i gian ngh</w:t>
      </w:r>
      <w:r w:rsidRPr="00211A0A">
        <w:rPr>
          <w:rFonts w:ascii="Times New Roman" w:hAnsi="Times New Roman" w:cs="Times New Roman"/>
          <w:sz w:val="26"/>
          <w:szCs w:val="26"/>
        </w:rPr>
        <w:t>ỉ</w:t>
      </w:r>
      <w:r w:rsidRPr="00211A0A">
        <w:rPr>
          <w:rFonts w:ascii="Times New Roman" w:hAnsi="Times New Roman" w:cs="Times New Roman"/>
          <w:sz w:val="26"/>
          <w:szCs w:val="26"/>
        </w:rPr>
        <w:t xml:space="preserve"> phép.</w:t>
      </w:r>
    </w:p>
    <w:p w:rsidR="00DB1180" w:rsidRDefault="00211A0A">
      <w:pPr>
        <w:rPr>
          <w:rFonts w:ascii="Times New Roman" w:hAnsi="Times New Roman" w:cs="Times New Roman"/>
          <w:sz w:val="26"/>
          <w:szCs w:val="26"/>
        </w:rPr>
      </w:pPr>
      <w:r w:rsidRPr="00211A0A">
        <w:rPr>
          <w:rFonts w:ascii="Times New Roman" w:hAnsi="Times New Roman" w:cs="Times New Roman"/>
          <w:sz w:val="26"/>
          <w:szCs w:val="26"/>
        </w:rPr>
        <w:t>Kính đ</w:t>
      </w:r>
      <w:r w:rsidRPr="00211A0A">
        <w:rPr>
          <w:rFonts w:ascii="Times New Roman" w:hAnsi="Times New Roman" w:cs="Times New Roman"/>
          <w:sz w:val="26"/>
          <w:szCs w:val="26"/>
        </w:rPr>
        <w:t>ề</w:t>
      </w:r>
      <w:r w:rsidRPr="00211A0A">
        <w:rPr>
          <w:rFonts w:ascii="Times New Roman" w:hAnsi="Times New Roman" w:cs="Times New Roman"/>
          <w:sz w:val="26"/>
          <w:szCs w:val="26"/>
        </w:rPr>
        <w:t xml:space="preserve"> ngh</w:t>
      </w:r>
      <w:r w:rsidRPr="00211A0A">
        <w:rPr>
          <w:rFonts w:ascii="Times New Roman" w:hAnsi="Times New Roman" w:cs="Times New Roman"/>
          <w:sz w:val="26"/>
          <w:szCs w:val="26"/>
        </w:rPr>
        <w:t>ị</w:t>
      </w:r>
      <w:r w:rsidRPr="00211A0A">
        <w:rPr>
          <w:rFonts w:ascii="Times New Roman" w:hAnsi="Times New Roman" w:cs="Times New Roman"/>
          <w:sz w:val="26"/>
          <w:szCs w:val="26"/>
        </w:rPr>
        <w:t xml:space="preserve"> ........................................ (1) xem xét, gi</w:t>
      </w:r>
      <w:r w:rsidRPr="00211A0A">
        <w:rPr>
          <w:rFonts w:ascii="Times New Roman" w:hAnsi="Times New Roman" w:cs="Times New Roman"/>
          <w:sz w:val="26"/>
          <w:szCs w:val="26"/>
        </w:rPr>
        <w:t>ả</w:t>
      </w:r>
      <w:r w:rsidRPr="00211A0A">
        <w:rPr>
          <w:rFonts w:ascii="Times New Roman" w:hAnsi="Times New Roman" w:cs="Times New Roman"/>
          <w:sz w:val="26"/>
          <w:szCs w:val="26"/>
        </w:rPr>
        <w:t>i quy</w:t>
      </w:r>
      <w:r w:rsidRPr="00211A0A">
        <w:rPr>
          <w:rFonts w:ascii="Times New Roman" w:hAnsi="Times New Roman" w:cs="Times New Roman"/>
          <w:sz w:val="26"/>
          <w:szCs w:val="26"/>
        </w:rPr>
        <w:t>ế</w:t>
      </w:r>
      <w:r w:rsidRPr="00211A0A">
        <w:rPr>
          <w:rFonts w:ascii="Times New Roman" w:hAnsi="Times New Roman" w:cs="Times New Roman"/>
          <w:sz w:val="26"/>
          <w:szCs w:val="26"/>
        </w:rPr>
        <w:t>t./.</w:t>
      </w:r>
    </w:p>
    <w:p w:rsidR="00211A0A" w:rsidRDefault="00211A0A">
      <w:pPr>
        <w:rPr>
          <w:rFonts w:ascii="Times New Roman" w:hAnsi="Times New Roman" w:cs="Times New Roman"/>
          <w:sz w:val="26"/>
          <w:szCs w:val="26"/>
        </w:rPr>
      </w:pPr>
    </w:p>
    <w:p w:rsidR="00211A0A" w:rsidRPr="00211A0A" w:rsidRDefault="00211A0A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10065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969"/>
      </w:tblGrid>
      <w:tr w:rsidR="00211A0A" w:rsidTr="00211A0A">
        <w:tc>
          <w:tcPr>
            <w:tcW w:w="6096" w:type="dxa"/>
          </w:tcPr>
          <w:p w:rsidR="00211A0A" w:rsidRDefault="00211A0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1A0A">
              <w:rPr>
                <w:rFonts w:ascii="Times New Roman" w:hAnsi="Times New Roman" w:cs="Times New Roman"/>
                <w:b/>
                <w:sz w:val="26"/>
                <w:szCs w:val="26"/>
              </w:rPr>
              <w:t>Ý KIẾN CỦA NGƯỜI CÓ THẨM QUYỀN (3)</w:t>
            </w:r>
          </w:p>
        </w:tc>
        <w:tc>
          <w:tcPr>
            <w:tcW w:w="3969" w:type="dxa"/>
          </w:tcPr>
          <w:p w:rsidR="00211A0A" w:rsidRPr="00211A0A" w:rsidRDefault="00211A0A" w:rsidP="00211A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1A0A">
              <w:rPr>
                <w:rFonts w:ascii="Times New Roman" w:hAnsi="Times New Roman" w:cs="Times New Roman"/>
                <w:b/>
                <w:sz w:val="26"/>
                <w:szCs w:val="26"/>
              </w:rPr>
              <w:t>NGƯỜI LÀM ĐƠN</w:t>
            </w:r>
          </w:p>
          <w:p w:rsidR="00211A0A" w:rsidRDefault="00211A0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B1180" w:rsidRDefault="00DB1180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211A0A" w:rsidRPr="00211A0A" w:rsidRDefault="00211A0A">
      <w:pPr>
        <w:rPr>
          <w:rFonts w:ascii="Times New Roman" w:hAnsi="Times New Roman" w:cs="Times New Roman"/>
          <w:sz w:val="26"/>
          <w:szCs w:val="26"/>
        </w:rPr>
      </w:pPr>
    </w:p>
    <w:p w:rsidR="00DB1180" w:rsidRPr="00211A0A" w:rsidRDefault="00DB1180">
      <w:pPr>
        <w:rPr>
          <w:rFonts w:ascii="Times New Roman" w:hAnsi="Times New Roman" w:cs="Times New Roman"/>
          <w:sz w:val="26"/>
          <w:szCs w:val="26"/>
        </w:rPr>
      </w:pPr>
    </w:p>
    <w:p w:rsidR="00211A0A" w:rsidRDefault="00211A0A">
      <w:pPr>
        <w:rPr>
          <w:rFonts w:ascii="Times New Roman" w:hAnsi="Times New Roman" w:cs="Times New Roman"/>
          <w:sz w:val="26"/>
          <w:szCs w:val="26"/>
        </w:rPr>
      </w:pPr>
    </w:p>
    <w:p w:rsidR="00DB1180" w:rsidRPr="00211A0A" w:rsidRDefault="00211A0A">
      <w:pPr>
        <w:rPr>
          <w:rFonts w:ascii="Times New Roman" w:hAnsi="Times New Roman" w:cs="Times New Roman"/>
          <w:sz w:val="26"/>
          <w:szCs w:val="26"/>
        </w:rPr>
      </w:pPr>
      <w:r w:rsidRPr="00211A0A">
        <w:rPr>
          <w:rFonts w:ascii="Times New Roman" w:hAnsi="Times New Roman" w:cs="Times New Roman"/>
          <w:sz w:val="26"/>
          <w:szCs w:val="26"/>
        </w:rPr>
        <w:t>Ghi chú:</w:t>
      </w:r>
    </w:p>
    <w:p w:rsidR="00DB1180" w:rsidRPr="00211A0A" w:rsidRDefault="00211A0A">
      <w:pPr>
        <w:rPr>
          <w:rFonts w:ascii="Times New Roman" w:hAnsi="Times New Roman" w:cs="Times New Roman"/>
          <w:sz w:val="26"/>
          <w:szCs w:val="26"/>
        </w:rPr>
      </w:pPr>
      <w:r w:rsidRPr="00211A0A">
        <w:rPr>
          <w:rFonts w:ascii="Times New Roman" w:hAnsi="Times New Roman" w:cs="Times New Roman"/>
          <w:sz w:val="26"/>
          <w:szCs w:val="26"/>
        </w:rPr>
        <w:t>(1) Ngư</w:t>
      </w:r>
      <w:r w:rsidRPr="00211A0A">
        <w:rPr>
          <w:rFonts w:ascii="Times New Roman" w:hAnsi="Times New Roman" w:cs="Times New Roman"/>
          <w:sz w:val="26"/>
          <w:szCs w:val="26"/>
        </w:rPr>
        <w:t>ờ</w:t>
      </w:r>
      <w:r w:rsidRPr="00211A0A">
        <w:rPr>
          <w:rFonts w:ascii="Times New Roman" w:hAnsi="Times New Roman" w:cs="Times New Roman"/>
          <w:sz w:val="26"/>
          <w:szCs w:val="26"/>
        </w:rPr>
        <w:t>i có th</w:t>
      </w:r>
      <w:r w:rsidRPr="00211A0A">
        <w:rPr>
          <w:rFonts w:ascii="Times New Roman" w:hAnsi="Times New Roman" w:cs="Times New Roman"/>
          <w:sz w:val="26"/>
          <w:szCs w:val="26"/>
        </w:rPr>
        <w:t>ẩ</w:t>
      </w:r>
      <w:r w:rsidRPr="00211A0A">
        <w:rPr>
          <w:rFonts w:ascii="Times New Roman" w:hAnsi="Times New Roman" w:cs="Times New Roman"/>
          <w:sz w:val="26"/>
          <w:szCs w:val="26"/>
        </w:rPr>
        <w:t>m quy</w:t>
      </w:r>
      <w:r w:rsidRPr="00211A0A">
        <w:rPr>
          <w:rFonts w:ascii="Times New Roman" w:hAnsi="Times New Roman" w:cs="Times New Roman"/>
          <w:sz w:val="26"/>
          <w:szCs w:val="26"/>
        </w:rPr>
        <w:t>ề</w:t>
      </w:r>
      <w:r w:rsidRPr="00211A0A">
        <w:rPr>
          <w:rFonts w:ascii="Times New Roman" w:hAnsi="Times New Roman" w:cs="Times New Roman"/>
          <w:sz w:val="26"/>
          <w:szCs w:val="26"/>
        </w:rPr>
        <w:t>n gi</w:t>
      </w:r>
      <w:r w:rsidRPr="00211A0A">
        <w:rPr>
          <w:rFonts w:ascii="Times New Roman" w:hAnsi="Times New Roman" w:cs="Times New Roman"/>
          <w:sz w:val="26"/>
          <w:szCs w:val="26"/>
        </w:rPr>
        <w:t>ả</w:t>
      </w:r>
      <w:r w:rsidRPr="00211A0A">
        <w:rPr>
          <w:rFonts w:ascii="Times New Roman" w:hAnsi="Times New Roman" w:cs="Times New Roman"/>
          <w:sz w:val="26"/>
          <w:szCs w:val="26"/>
        </w:rPr>
        <w:t>i quy</w:t>
      </w:r>
      <w:r w:rsidRPr="00211A0A">
        <w:rPr>
          <w:rFonts w:ascii="Times New Roman" w:hAnsi="Times New Roman" w:cs="Times New Roman"/>
          <w:sz w:val="26"/>
          <w:szCs w:val="26"/>
        </w:rPr>
        <w:t>ế</w:t>
      </w:r>
      <w:r w:rsidRPr="00211A0A">
        <w:rPr>
          <w:rFonts w:ascii="Times New Roman" w:hAnsi="Times New Roman" w:cs="Times New Roman"/>
          <w:sz w:val="26"/>
          <w:szCs w:val="26"/>
        </w:rPr>
        <w:t>t quy đ</w:t>
      </w:r>
      <w:r w:rsidRPr="00211A0A">
        <w:rPr>
          <w:rFonts w:ascii="Times New Roman" w:hAnsi="Times New Roman" w:cs="Times New Roman"/>
          <w:sz w:val="26"/>
          <w:szCs w:val="26"/>
        </w:rPr>
        <w:t>ị</w:t>
      </w:r>
      <w:r w:rsidRPr="00211A0A">
        <w:rPr>
          <w:rFonts w:ascii="Times New Roman" w:hAnsi="Times New Roman" w:cs="Times New Roman"/>
          <w:sz w:val="26"/>
          <w:szCs w:val="26"/>
        </w:rPr>
        <w:t>nh t</w:t>
      </w:r>
      <w:r w:rsidRPr="00211A0A">
        <w:rPr>
          <w:rFonts w:ascii="Times New Roman" w:hAnsi="Times New Roman" w:cs="Times New Roman"/>
          <w:sz w:val="26"/>
          <w:szCs w:val="26"/>
        </w:rPr>
        <w:t>ạ</w:t>
      </w:r>
      <w:r w:rsidRPr="00211A0A">
        <w:rPr>
          <w:rFonts w:ascii="Times New Roman" w:hAnsi="Times New Roman" w:cs="Times New Roman"/>
          <w:sz w:val="26"/>
          <w:szCs w:val="26"/>
        </w:rPr>
        <w:t>i đi</w:t>
      </w:r>
      <w:r w:rsidRPr="00211A0A">
        <w:rPr>
          <w:rFonts w:ascii="Times New Roman" w:hAnsi="Times New Roman" w:cs="Times New Roman"/>
          <w:sz w:val="26"/>
          <w:szCs w:val="26"/>
        </w:rPr>
        <w:t>ể</w:t>
      </w:r>
      <w:r w:rsidRPr="00211A0A">
        <w:rPr>
          <w:rFonts w:ascii="Times New Roman" w:hAnsi="Times New Roman" w:cs="Times New Roman"/>
          <w:sz w:val="26"/>
          <w:szCs w:val="26"/>
        </w:rPr>
        <w:t>m b kho</w:t>
      </w:r>
      <w:r w:rsidRPr="00211A0A">
        <w:rPr>
          <w:rFonts w:ascii="Times New Roman" w:hAnsi="Times New Roman" w:cs="Times New Roman"/>
          <w:sz w:val="26"/>
          <w:szCs w:val="26"/>
        </w:rPr>
        <w:t>ả</w:t>
      </w:r>
      <w:r w:rsidRPr="00211A0A">
        <w:rPr>
          <w:rFonts w:ascii="Times New Roman" w:hAnsi="Times New Roman" w:cs="Times New Roman"/>
          <w:sz w:val="26"/>
          <w:szCs w:val="26"/>
        </w:rPr>
        <w:t>n 3 Đi</w:t>
      </w:r>
      <w:r w:rsidRPr="00211A0A">
        <w:rPr>
          <w:rFonts w:ascii="Times New Roman" w:hAnsi="Times New Roman" w:cs="Times New Roman"/>
          <w:sz w:val="26"/>
          <w:szCs w:val="26"/>
        </w:rPr>
        <w:t>ề</w:t>
      </w:r>
      <w:r w:rsidRPr="00211A0A">
        <w:rPr>
          <w:rFonts w:ascii="Times New Roman" w:hAnsi="Times New Roman" w:cs="Times New Roman"/>
          <w:sz w:val="26"/>
          <w:szCs w:val="26"/>
        </w:rPr>
        <w:t>u 3 c</w:t>
      </w:r>
      <w:r w:rsidRPr="00211A0A">
        <w:rPr>
          <w:rFonts w:ascii="Times New Roman" w:hAnsi="Times New Roman" w:cs="Times New Roman"/>
          <w:sz w:val="26"/>
          <w:szCs w:val="26"/>
        </w:rPr>
        <w:t>ủ</w:t>
      </w:r>
      <w:r w:rsidRPr="00211A0A">
        <w:rPr>
          <w:rFonts w:ascii="Times New Roman" w:hAnsi="Times New Roman" w:cs="Times New Roman"/>
          <w:sz w:val="26"/>
          <w:szCs w:val="26"/>
        </w:rPr>
        <w:t>a Quy ch</w:t>
      </w:r>
      <w:r w:rsidRPr="00211A0A">
        <w:rPr>
          <w:rFonts w:ascii="Times New Roman" w:hAnsi="Times New Roman" w:cs="Times New Roman"/>
          <w:sz w:val="26"/>
          <w:szCs w:val="26"/>
        </w:rPr>
        <w:t>ế</w:t>
      </w:r>
      <w:r w:rsidRPr="00211A0A">
        <w:rPr>
          <w:rFonts w:ascii="Times New Roman" w:hAnsi="Times New Roman" w:cs="Times New Roman"/>
          <w:sz w:val="26"/>
          <w:szCs w:val="26"/>
        </w:rPr>
        <w:t>.</w:t>
      </w:r>
    </w:p>
    <w:p w:rsidR="00DB1180" w:rsidRPr="00211A0A" w:rsidRDefault="00211A0A">
      <w:pPr>
        <w:rPr>
          <w:rFonts w:ascii="Times New Roman" w:hAnsi="Times New Roman" w:cs="Times New Roman"/>
          <w:sz w:val="26"/>
          <w:szCs w:val="26"/>
        </w:rPr>
      </w:pPr>
      <w:r w:rsidRPr="00211A0A">
        <w:rPr>
          <w:rFonts w:ascii="Times New Roman" w:hAnsi="Times New Roman" w:cs="Times New Roman"/>
          <w:sz w:val="26"/>
          <w:szCs w:val="26"/>
        </w:rPr>
        <w:t>(2) G</w:t>
      </w:r>
      <w:r w:rsidRPr="00211A0A">
        <w:rPr>
          <w:rFonts w:ascii="Times New Roman" w:hAnsi="Times New Roman" w:cs="Times New Roman"/>
          <w:sz w:val="26"/>
          <w:szCs w:val="26"/>
        </w:rPr>
        <w:t>ồ</w:t>
      </w:r>
      <w:r w:rsidRPr="00211A0A">
        <w:rPr>
          <w:rFonts w:ascii="Times New Roman" w:hAnsi="Times New Roman" w:cs="Times New Roman"/>
          <w:sz w:val="26"/>
          <w:szCs w:val="26"/>
        </w:rPr>
        <w:t>m ngư</w:t>
      </w:r>
      <w:r w:rsidRPr="00211A0A">
        <w:rPr>
          <w:rFonts w:ascii="Times New Roman" w:hAnsi="Times New Roman" w:cs="Times New Roman"/>
          <w:sz w:val="26"/>
          <w:szCs w:val="26"/>
        </w:rPr>
        <w:t>ờ</w:t>
      </w:r>
      <w:r w:rsidRPr="00211A0A">
        <w:rPr>
          <w:rFonts w:ascii="Times New Roman" w:hAnsi="Times New Roman" w:cs="Times New Roman"/>
          <w:sz w:val="26"/>
          <w:szCs w:val="26"/>
        </w:rPr>
        <w:t>i có th</w:t>
      </w:r>
      <w:r w:rsidRPr="00211A0A">
        <w:rPr>
          <w:rFonts w:ascii="Times New Roman" w:hAnsi="Times New Roman" w:cs="Times New Roman"/>
          <w:sz w:val="26"/>
          <w:szCs w:val="26"/>
        </w:rPr>
        <w:t>ẩ</w:t>
      </w:r>
      <w:r w:rsidRPr="00211A0A">
        <w:rPr>
          <w:rFonts w:ascii="Times New Roman" w:hAnsi="Times New Roman" w:cs="Times New Roman"/>
          <w:sz w:val="26"/>
          <w:szCs w:val="26"/>
        </w:rPr>
        <w:t>m quy</w:t>
      </w:r>
      <w:r w:rsidRPr="00211A0A">
        <w:rPr>
          <w:rFonts w:ascii="Times New Roman" w:hAnsi="Times New Roman" w:cs="Times New Roman"/>
          <w:sz w:val="26"/>
          <w:szCs w:val="26"/>
        </w:rPr>
        <w:t>ề</w:t>
      </w:r>
      <w:r w:rsidRPr="00211A0A">
        <w:rPr>
          <w:rFonts w:ascii="Times New Roman" w:hAnsi="Times New Roman" w:cs="Times New Roman"/>
          <w:sz w:val="26"/>
          <w:szCs w:val="26"/>
        </w:rPr>
        <w:t>n quy đ</w:t>
      </w:r>
      <w:r w:rsidRPr="00211A0A">
        <w:rPr>
          <w:rFonts w:ascii="Times New Roman" w:hAnsi="Times New Roman" w:cs="Times New Roman"/>
          <w:sz w:val="26"/>
          <w:szCs w:val="26"/>
        </w:rPr>
        <w:t>ị</w:t>
      </w:r>
      <w:r w:rsidRPr="00211A0A">
        <w:rPr>
          <w:rFonts w:ascii="Times New Roman" w:hAnsi="Times New Roman" w:cs="Times New Roman"/>
          <w:sz w:val="26"/>
          <w:szCs w:val="26"/>
        </w:rPr>
        <w:t>nh t</w:t>
      </w:r>
      <w:r w:rsidRPr="00211A0A">
        <w:rPr>
          <w:rFonts w:ascii="Times New Roman" w:hAnsi="Times New Roman" w:cs="Times New Roman"/>
          <w:sz w:val="26"/>
          <w:szCs w:val="26"/>
        </w:rPr>
        <w:t>ạ</w:t>
      </w:r>
      <w:r w:rsidRPr="00211A0A">
        <w:rPr>
          <w:rFonts w:ascii="Times New Roman" w:hAnsi="Times New Roman" w:cs="Times New Roman"/>
          <w:sz w:val="26"/>
          <w:szCs w:val="26"/>
        </w:rPr>
        <w:t>i đi</w:t>
      </w:r>
      <w:r w:rsidRPr="00211A0A">
        <w:rPr>
          <w:rFonts w:ascii="Times New Roman" w:hAnsi="Times New Roman" w:cs="Times New Roman"/>
          <w:sz w:val="26"/>
          <w:szCs w:val="26"/>
        </w:rPr>
        <w:t>ể</w:t>
      </w:r>
      <w:r w:rsidRPr="00211A0A">
        <w:rPr>
          <w:rFonts w:ascii="Times New Roman" w:hAnsi="Times New Roman" w:cs="Times New Roman"/>
          <w:sz w:val="26"/>
          <w:szCs w:val="26"/>
        </w:rPr>
        <w:t>m b kho</w:t>
      </w:r>
      <w:r w:rsidRPr="00211A0A">
        <w:rPr>
          <w:rFonts w:ascii="Times New Roman" w:hAnsi="Times New Roman" w:cs="Times New Roman"/>
          <w:sz w:val="26"/>
          <w:szCs w:val="26"/>
        </w:rPr>
        <w:t>ả</w:t>
      </w:r>
      <w:r w:rsidRPr="00211A0A">
        <w:rPr>
          <w:rFonts w:ascii="Times New Roman" w:hAnsi="Times New Roman" w:cs="Times New Roman"/>
          <w:sz w:val="26"/>
          <w:szCs w:val="26"/>
        </w:rPr>
        <w:t>n 3 Đi</w:t>
      </w:r>
      <w:r w:rsidRPr="00211A0A">
        <w:rPr>
          <w:rFonts w:ascii="Times New Roman" w:hAnsi="Times New Roman" w:cs="Times New Roman"/>
          <w:sz w:val="26"/>
          <w:szCs w:val="26"/>
        </w:rPr>
        <w:t>ề</w:t>
      </w:r>
      <w:r w:rsidRPr="00211A0A">
        <w:rPr>
          <w:rFonts w:ascii="Times New Roman" w:hAnsi="Times New Roman" w:cs="Times New Roman"/>
          <w:sz w:val="26"/>
          <w:szCs w:val="26"/>
        </w:rPr>
        <w:t>u 3 c</w:t>
      </w:r>
      <w:r w:rsidRPr="00211A0A">
        <w:rPr>
          <w:rFonts w:ascii="Times New Roman" w:hAnsi="Times New Roman" w:cs="Times New Roman"/>
          <w:sz w:val="26"/>
          <w:szCs w:val="26"/>
        </w:rPr>
        <w:t>ủ</w:t>
      </w:r>
      <w:r w:rsidRPr="00211A0A">
        <w:rPr>
          <w:rFonts w:ascii="Times New Roman" w:hAnsi="Times New Roman" w:cs="Times New Roman"/>
          <w:sz w:val="26"/>
          <w:szCs w:val="26"/>
        </w:rPr>
        <w:t>a Quy ch</w:t>
      </w:r>
      <w:r w:rsidRPr="00211A0A">
        <w:rPr>
          <w:rFonts w:ascii="Times New Roman" w:hAnsi="Times New Roman" w:cs="Times New Roman"/>
          <w:sz w:val="26"/>
          <w:szCs w:val="26"/>
        </w:rPr>
        <w:t>ế</w:t>
      </w:r>
      <w:r w:rsidRPr="00211A0A">
        <w:rPr>
          <w:rFonts w:ascii="Times New Roman" w:hAnsi="Times New Roman" w:cs="Times New Roman"/>
          <w:sz w:val="26"/>
          <w:szCs w:val="26"/>
        </w:rPr>
        <w:t xml:space="preserve"> và Th</w:t>
      </w:r>
      <w:r w:rsidRPr="00211A0A">
        <w:rPr>
          <w:rFonts w:ascii="Times New Roman" w:hAnsi="Times New Roman" w:cs="Times New Roman"/>
          <w:sz w:val="26"/>
          <w:szCs w:val="26"/>
        </w:rPr>
        <w:t>ủ</w:t>
      </w:r>
      <w:r w:rsidRPr="00211A0A">
        <w:rPr>
          <w:rFonts w:ascii="Times New Roman" w:hAnsi="Times New Roman" w:cs="Times New Roman"/>
          <w:sz w:val="26"/>
          <w:szCs w:val="26"/>
        </w:rPr>
        <w:t xml:space="preserve"> trư</w:t>
      </w:r>
      <w:r w:rsidRPr="00211A0A">
        <w:rPr>
          <w:rFonts w:ascii="Times New Roman" w:hAnsi="Times New Roman" w:cs="Times New Roman"/>
          <w:sz w:val="26"/>
          <w:szCs w:val="26"/>
        </w:rPr>
        <w:t>ở</w:t>
      </w:r>
      <w:r w:rsidRPr="00211A0A">
        <w:rPr>
          <w:rFonts w:ascii="Times New Roman" w:hAnsi="Times New Roman" w:cs="Times New Roman"/>
          <w:sz w:val="26"/>
          <w:szCs w:val="26"/>
        </w:rPr>
        <w:t>ng v</w:t>
      </w:r>
      <w:r w:rsidRPr="00211A0A">
        <w:rPr>
          <w:rFonts w:ascii="Times New Roman" w:hAnsi="Times New Roman" w:cs="Times New Roman"/>
          <w:sz w:val="26"/>
          <w:szCs w:val="26"/>
        </w:rPr>
        <w:t>ụ</w:t>
      </w:r>
      <w:r w:rsidRPr="00211A0A">
        <w:rPr>
          <w:rFonts w:ascii="Times New Roman" w:hAnsi="Times New Roman" w:cs="Times New Roman"/>
          <w:sz w:val="26"/>
          <w:szCs w:val="26"/>
        </w:rPr>
        <w:t>, c</w:t>
      </w:r>
      <w:r w:rsidRPr="00211A0A">
        <w:rPr>
          <w:rFonts w:ascii="Times New Roman" w:hAnsi="Times New Roman" w:cs="Times New Roman"/>
          <w:sz w:val="26"/>
          <w:szCs w:val="26"/>
        </w:rPr>
        <w:t>ụ</w:t>
      </w:r>
      <w:r w:rsidRPr="00211A0A">
        <w:rPr>
          <w:rFonts w:ascii="Times New Roman" w:hAnsi="Times New Roman" w:cs="Times New Roman"/>
          <w:sz w:val="26"/>
          <w:szCs w:val="26"/>
        </w:rPr>
        <w:t>c, đơn v</w:t>
      </w:r>
      <w:r w:rsidRPr="00211A0A">
        <w:rPr>
          <w:rFonts w:ascii="Times New Roman" w:hAnsi="Times New Roman" w:cs="Times New Roman"/>
          <w:sz w:val="26"/>
          <w:szCs w:val="26"/>
        </w:rPr>
        <w:t>ị</w:t>
      </w:r>
      <w:r w:rsidRPr="00211A0A">
        <w:rPr>
          <w:rFonts w:ascii="Times New Roman" w:hAnsi="Times New Roman" w:cs="Times New Roman"/>
          <w:sz w:val="26"/>
          <w:szCs w:val="26"/>
        </w:rPr>
        <w:t>.</w:t>
      </w:r>
    </w:p>
    <w:p w:rsidR="00DB1180" w:rsidRPr="00211A0A" w:rsidRDefault="00211A0A">
      <w:pPr>
        <w:rPr>
          <w:rFonts w:ascii="Times New Roman" w:hAnsi="Times New Roman" w:cs="Times New Roman"/>
          <w:sz w:val="26"/>
          <w:szCs w:val="26"/>
        </w:rPr>
      </w:pPr>
      <w:r w:rsidRPr="00211A0A">
        <w:rPr>
          <w:rFonts w:ascii="Times New Roman" w:hAnsi="Times New Roman" w:cs="Times New Roman"/>
          <w:sz w:val="26"/>
          <w:szCs w:val="26"/>
        </w:rPr>
        <w:t>(3) Ý ki</w:t>
      </w:r>
      <w:r w:rsidRPr="00211A0A">
        <w:rPr>
          <w:rFonts w:ascii="Times New Roman" w:hAnsi="Times New Roman" w:cs="Times New Roman"/>
          <w:sz w:val="26"/>
          <w:szCs w:val="26"/>
        </w:rPr>
        <w:t>ế</w:t>
      </w:r>
      <w:r w:rsidRPr="00211A0A">
        <w:rPr>
          <w:rFonts w:ascii="Times New Roman" w:hAnsi="Times New Roman" w:cs="Times New Roman"/>
          <w:sz w:val="26"/>
          <w:szCs w:val="26"/>
        </w:rPr>
        <w:t>n xác nh</w:t>
      </w:r>
      <w:r w:rsidRPr="00211A0A">
        <w:rPr>
          <w:rFonts w:ascii="Times New Roman" w:hAnsi="Times New Roman" w:cs="Times New Roman"/>
          <w:sz w:val="26"/>
          <w:szCs w:val="26"/>
        </w:rPr>
        <w:t>ậ</w:t>
      </w:r>
      <w:r w:rsidRPr="00211A0A">
        <w:rPr>
          <w:rFonts w:ascii="Times New Roman" w:hAnsi="Times New Roman" w:cs="Times New Roman"/>
          <w:sz w:val="26"/>
          <w:szCs w:val="26"/>
        </w:rPr>
        <w:t>n c</w:t>
      </w:r>
      <w:r w:rsidRPr="00211A0A">
        <w:rPr>
          <w:rFonts w:ascii="Times New Roman" w:hAnsi="Times New Roman" w:cs="Times New Roman"/>
          <w:sz w:val="26"/>
          <w:szCs w:val="26"/>
        </w:rPr>
        <w:t>ủ</w:t>
      </w:r>
      <w:r w:rsidRPr="00211A0A">
        <w:rPr>
          <w:rFonts w:ascii="Times New Roman" w:hAnsi="Times New Roman" w:cs="Times New Roman"/>
          <w:sz w:val="26"/>
          <w:szCs w:val="26"/>
        </w:rPr>
        <w:t>a lãnh đ</w:t>
      </w:r>
      <w:r w:rsidRPr="00211A0A">
        <w:rPr>
          <w:rFonts w:ascii="Times New Roman" w:hAnsi="Times New Roman" w:cs="Times New Roman"/>
          <w:sz w:val="26"/>
          <w:szCs w:val="26"/>
        </w:rPr>
        <w:t>ạ</w:t>
      </w:r>
      <w:r w:rsidRPr="00211A0A">
        <w:rPr>
          <w:rFonts w:ascii="Times New Roman" w:hAnsi="Times New Roman" w:cs="Times New Roman"/>
          <w:sz w:val="26"/>
          <w:szCs w:val="26"/>
        </w:rPr>
        <w:t>o qu</w:t>
      </w:r>
      <w:r w:rsidRPr="00211A0A">
        <w:rPr>
          <w:rFonts w:ascii="Times New Roman" w:hAnsi="Times New Roman" w:cs="Times New Roman"/>
          <w:sz w:val="26"/>
          <w:szCs w:val="26"/>
        </w:rPr>
        <w:t>ả</w:t>
      </w:r>
      <w:r w:rsidRPr="00211A0A">
        <w:rPr>
          <w:rFonts w:ascii="Times New Roman" w:hAnsi="Times New Roman" w:cs="Times New Roman"/>
          <w:sz w:val="26"/>
          <w:szCs w:val="26"/>
        </w:rPr>
        <w:t>n lý tr</w:t>
      </w:r>
      <w:r w:rsidRPr="00211A0A">
        <w:rPr>
          <w:rFonts w:ascii="Times New Roman" w:hAnsi="Times New Roman" w:cs="Times New Roman"/>
          <w:sz w:val="26"/>
          <w:szCs w:val="26"/>
        </w:rPr>
        <w:t>ự</w:t>
      </w:r>
      <w:r w:rsidRPr="00211A0A">
        <w:rPr>
          <w:rFonts w:ascii="Times New Roman" w:hAnsi="Times New Roman" w:cs="Times New Roman"/>
          <w:sz w:val="26"/>
          <w:szCs w:val="26"/>
        </w:rPr>
        <w:t>c ti</w:t>
      </w:r>
      <w:r w:rsidRPr="00211A0A">
        <w:rPr>
          <w:rFonts w:ascii="Times New Roman" w:hAnsi="Times New Roman" w:cs="Times New Roman"/>
          <w:sz w:val="26"/>
          <w:szCs w:val="26"/>
        </w:rPr>
        <w:t>ế</w:t>
      </w:r>
      <w:r w:rsidRPr="00211A0A">
        <w:rPr>
          <w:rFonts w:ascii="Times New Roman" w:hAnsi="Times New Roman" w:cs="Times New Roman"/>
          <w:sz w:val="26"/>
          <w:szCs w:val="26"/>
        </w:rPr>
        <w:t>p.</w:t>
      </w:r>
    </w:p>
    <w:sectPr w:rsidR="00DB1180" w:rsidRPr="00211A0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11A0A"/>
    <w:rsid w:val="0029639D"/>
    <w:rsid w:val="00326F90"/>
    <w:rsid w:val="00AA1D8D"/>
    <w:rsid w:val="00B47730"/>
    <w:rsid w:val="00CB0664"/>
    <w:rsid w:val="00DB11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F5DB0DFB-FED3-4C14-87B0-5296D356A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6E010BB-B5E7-4018-8145-87A924A1D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2026-04-13T03:20:00Z</dcterms:created>
  <dcterms:modified xsi:type="dcterms:W3CDTF">2026-04-13T03:20:00Z</dcterms:modified>
  <cp:category/>
</cp:coreProperties>
</file>