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98"/>
        <w:gridCol w:w="6905"/>
      </w:tblGrid>
      <w:tr w:rsidR="0045677C" w:rsidRPr="0045677C" w:rsidTr="00452095">
        <w:tc>
          <w:tcPr>
            <w:tcW w:w="2898" w:type="dxa"/>
          </w:tcPr>
          <w:p w:rsidR="0045677C" w:rsidRDefault="0045677C" w:rsidP="004520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7C">
              <w:rPr>
                <w:rFonts w:ascii="Times New Roman" w:hAnsi="Times New Roman" w:cs="Times New Roman"/>
                <w:b/>
                <w:sz w:val="28"/>
                <w:szCs w:val="28"/>
              </w:rPr>
              <w:t>CÔNG TY…….</w:t>
            </w:r>
          </w:p>
          <w:p w:rsidR="00452095" w:rsidRDefault="00452095" w:rsidP="004520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</w:t>
            </w:r>
          </w:p>
          <w:p w:rsidR="00452095" w:rsidRPr="0045677C" w:rsidRDefault="00452095" w:rsidP="004520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677C" w:rsidRPr="00452095" w:rsidRDefault="0045677C" w:rsidP="00452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095">
              <w:rPr>
                <w:rFonts w:ascii="Times New Roman" w:hAnsi="Times New Roman" w:cs="Times New Roman"/>
                <w:sz w:val="28"/>
                <w:szCs w:val="28"/>
              </w:rPr>
              <w:t>Số: …/BB-</w:t>
            </w:r>
          </w:p>
        </w:tc>
        <w:tc>
          <w:tcPr>
            <w:tcW w:w="6905" w:type="dxa"/>
          </w:tcPr>
          <w:p w:rsidR="0045677C" w:rsidRPr="0045677C" w:rsidRDefault="0045677C" w:rsidP="004520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7C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:rsidR="0045677C" w:rsidRPr="0045677C" w:rsidRDefault="0045677C" w:rsidP="004520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7C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45677C" w:rsidRPr="0045677C" w:rsidRDefault="0045677C" w:rsidP="0045209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5AC2" w:rsidRPr="0045677C" w:rsidRDefault="00CF5AC2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CF5AC2" w:rsidRPr="0045677C" w:rsidRDefault="0045677C" w:rsidP="00452095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b/>
          <w:sz w:val="28"/>
          <w:szCs w:val="28"/>
        </w:rPr>
        <w:t>BIÊN BẢN</w:t>
      </w:r>
    </w:p>
    <w:p w:rsidR="00CF5AC2" w:rsidRPr="0045677C" w:rsidRDefault="00452095" w:rsidP="00452095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</w:t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>ấy ý kiến tập thể lao động về nội quy lao động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br/>
        <w:t>Hôm nay, ngày … tháng … năm …, tại [địa điểm tổ chức], chúng tôi gồ</w:t>
      </w:r>
      <w:r>
        <w:rPr>
          <w:rFonts w:ascii="Times New Roman" w:hAnsi="Times New Roman" w:cs="Times New Roman"/>
          <w:sz w:val="28"/>
          <w:szCs w:val="28"/>
        </w:rPr>
        <w:t>m có:</w:t>
      </w:r>
    </w:p>
    <w:p w:rsidR="00CF5AC2" w:rsidRPr="00452095" w:rsidRDefault="0045677C" w:rsidP="0045209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2095">
        <w:rPr>
          <w:rFonts w:ascii="Times New Roman" w:hAnsi="Times New Roman" w:cs="Times New Roman"/>
          <w:b/>
          <w:sz w:val="28"/>
          <w:szCs w:val="28"/>
        </w:rPr>
        <w:t>1. Đại diện Người sử dụng lao động: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Họ tên: …</w:t>
      </w:r>
    </w:p>
    <w:p w:rsidR="00CF5AC2" w:rsidRPr="00452095" w:rsidRDefault="0045677C" w:rsidP="0045209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Chức vụ: …</w:t>
      </w:r>
      <w:r w:rsidRPr="0045677C">
        <w:rPr>
          <w:rFonts w:ascii="Times New Roman" w:hAnsi="Times New Roman" w:cs="Times New Roman"/>
          <w:sz w:val="28"/>
          <w:szCs w:val="28"/>
        </w:rPr>
        <w:br/>
      </w:r>
      <w:r w:rsidRPr="00452095">
        <w:rPr>
          <w:rFonts w:ascii="Times New Roman" w:hAnsi="Times New Roman" w:cs="Times New Roman"/>
          <w:b/>
          <w:sz w:val="28"/>
          <w:szCs w:val="28"/>
        </w:rPr>
        <w:t>2. Đại diện tập thể lao động (Ban chấp hành Công đoàn hoặc đại diện theo quy định):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Họ tên: …</w:t>
      </w:r>
    </w:p>
    <w:p w:rsidR="00CF5AC2" w:rsidRPr="00452095" w:rsidRDefault="0045677C" w:rsidP="0045209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Chức vụ: …</w:t>
      </w:r>
      <w:r w:rsidRPr="0045677C">
        <w:rPr>
          <w:rFonts w:ascii="Times New Roman" w:hAnsi="Times New Roman" w:cs="Times New Roman"/>
          <w:sz w:val="28"/>
          <w:szCs w:val="28"/>
        </w:rPr>
        <w:br/>
      </w:r>
      <w:r w:rsidRPr="00452095">
        <w:rPr>
          <w:rFonts w:ascii="Times New Roman" w:hAnsi="Times New Roman" w:cs="Times New Roman"/>
          <w:b/>
          <w:sz w:val="28"/>
          <w:szCs w:val="28"/>
        </w:rPr>
        <w:t>3. Thành phần tham dự: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Toàn thể người lao động đang làm việc tại công ty (hoặc số lượng cụ thể: … người).</w:t>
      </w:r>
      <w:r w:rsidRPr="0045677C">
        <w:rPr>
          <w:rFonts w:ascii="Times New Roman" w:hAnsi="Times New Roman" w:cs="Times New Roman"/>
          <w:sz w:val="28"/>
          <w:szCs w:val="28"/>
        </w:rPr>
        <w:br/>
      </w:r>
      <w:r w:rsidR="00452095" w:rsidRPr="00452095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452095">
        <w:rPr>
          <w:rFonts w:ascii="Times New Roman" w:hAnsi="Times New Roman" w:cs="Times New Roman"/>
          <w:b/>
          <w:sz w:val="28"/>
          <w:szCs w:val="28"/>
        </w:rPr>
        <w:t>Nội dung cuộc họp: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Tiến hành lấy ý kiến tập thể người lao động về nội quy lao động dự thảo do công ty xây dựng theo quy định tại Điều 119 Bộ luật Lao động 2019.</w:t>
      </w:r>
      <w:r w:rsidRPr="0045677C">
        <w:rPr>
          <w:rFonts w:ascii="Times New Roman" w:hAnsi="Times New Roman" w:cs="Times New Roman"/>
          <w:sz w:val="28"/>
          <w:szCs w:val="28"/>
        </w:rPr>
        <w:br/>
        <w:t>Kết quả lấy ý kiến: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Tổng số người được lấy ý kiến: … người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Số người đồng ý: … người (…%)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Số người không đồng ý: … người (…%)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>- Các ý kiến đóng góp (nếu có):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 xml:space="preserve">  + …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t xml:space="preserve">  + …</w:t>
      </w:r>
      <w:r w:rsidRPr="0045677C">
        <w:rPr>
          <w:rFonts w:ascii="Times New Roman" w:hAnsi="Times New Roman" w:cs="Times New Roman"/>
          <w:sz w:val="28"/>
          <w:szCs w:val="28"/>
        </w:rPr>
        <w:br/>
        <w:t>Kết luận:</w:t>
      </w:r>
    </w:p>
    <w:p w:rsidR="00CF5AC2" w:rsidRPr="0045677C" w:rsidRDefault="0045677C" w:rsidP="00452095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5677C">
        <w:rPr>
          <w:rFonts w:ascii="Times New Roman" w:hAnsi="Times New Roman" w:cs="Times New Roman"/>
          <w:sz w:val="28"/>
          <w:szCs w:val="28"/>
        </w:rPr>
        <w:lastRenderedPageBreak/>
        <w:t>Dự thảo nội quy lao động đã được thông qua với tỷ lệ đồng ý …%. Công ty sẽ hoàn thiện nội quy theo góp ý (nếu có) và tiến hành ban hành theo đúng trình tự pháp luật quy định.</w:t>
      </w:r>
      <w:r w:rsidRPr="0045677C">
        <w:rPr>
          <w:rFonts w:ascii="Times New Roman" w:hAnsi="Times New Roman" w:cs="Times New Roman"/>
          <w:sz w:val="28"/>
          <w:szCs w:val="28"/>
        </w:rPr>
        <w:br/>
        <w:t>Biên bản được lập thành … bản, mỗi bản gồm … trang, có giá trị pháp lý như nhau.</w:t>
      </w:r>
      <w:r w:rsidRPr="0045677C">
        <w:rPr>
          <w:rFonts w:ascii="Times New Roman" w:hAnsi="Times New Roman" w:cs="Times New Roman"/>
          <w:sz w:val="28"/>
          <w:szCs w:val="28"/>
        </w:rPr>
        <w:br/>
      </w:r>
    </w:p>
    <w:p w:rsidR="00CF5AC2" w:rsidRPr="0045677C" w:rsidRDefault="00452095" w:rsidP="00452095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 xml:space="preserve">ĐẠI DIỆN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NSDLĐ</w:t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 xml:space="preserve">ĐẠI DIỆN TẬP THỂ </w:t>
      </w:r>
      <w:r>
        <w:rPr>
          <w:rFonts w:ascii="Times New Roman" w:hAnsi="Times New Roman" w:cs="Times New Roman"/>
          <w:b/>
          <w:sz w:val="28"/>
          <w:szCs w:val="28"/>
        </w:rPr>
        <w:t>NLĐ</w:t>
      </w:r>
    </w:p>
    <w:p w:rsidR="00CF5AC2" w:rsidRPr="00452095" w:rsidRDefault="00452095" w:rsidP="00452095">
      <w:pPr>
        <w:spacing w:after="12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2095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45677C" w:rsidRPr="00452095">
        <w:rPr>
          <w:rFonts w:ascii="Times New Roman" w:hAnsi="Times New Roman" w:cs="Times New Roman"/>
          <w:i/>
          <w:sz w:val="28"/>
          <w:szCs w:val="28"/>
        </w:rPr>
        <w:t>(Ký, ghi rõ họ tên)</w:t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ab/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ab/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ab/>
      </w:r>
      <w:r w:rsidR="0045677C" w:rsidRPr="0045677C">
        <w:rPr>
          <w:rFonts w:ascii="Times New Roman" w:hAnsi="Times New Roman" w:cs="Times New Roman"/>
          <w:b/>
          <w:sz w:val="28"/>
          <w:szCs w:val="28"/>
        </w:rPr>
        <w:tab/>
      </w:r>
      <w:r w:rsidRPr="00452095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45677C" w:rsidRPr="00452095">
        <w:rPr>
          <w:rFonts w:ascii="Times New Roman" w:hAnsi="Times New Roman" w:cs="Times New Roman"/>
          <w:i/>
          <w:sz w:val="28"/>
          <w:szCs w:val="28"/>
        </w:rPr>
        <w:t>(Ký, ghi rõ họ tên)</w:t>
      </w:r>
    </w:p>
    <w:sectPr w:rsidR="00CF5AC2" w:rsidRPr="0045209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52095"/>
    <w:rsid w:val="0045677C"/>
    <w:rsid w:val="008715AA"/>
    <w:rsid w:val="00AA1D8D"/>
    <w:rsid w:val="00B47730"/>
    <w:rsid w:val="00CB0664"/>
    <w:rsid w:val="00CF5AC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46E077-389C-4E6B-BD23-4AB62668D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2025-06-11T01:09:00Z</dcterms:created>
  <dcterms:modified xsi:type="dcterms:W3CDTF">2025-06-11T06:43:00Z</dcterms:modified>
  <cp:category/>
</cp:coreProperties>
</file>