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1CC0" w:rsidRPr="005C5547" w:rsidRDefault="00831011" w:rsidP="005C5547">
      <w:pPr>
        <w:spacing w:before="120" w:after="120"/>
        <w:jc w:val="center"/>
        <w:rPr>
          <w:rFonts w:ascii="Times New Roman" w:hAnsi="Times New Roman" w:cs="Times New Roman"/>
          <w:sz w:val="26"/>
          <w:szCs w:val="26"/>
        </w:rPr>
      </w:pPr>
      <w:r w:rsidRPr="005C5547">
        <w:rPr>
          <w:rFonts w:ascii="Times New Roman" w:hAnsi="Times New Roman" w:cs="Times New Roman"/>
          <w:b/>
          <w:sz w:val="26"/>
          <w:szCs w:val="26"/>
        </w:rPr>
        <w:t>C</w:t>
      </w:r>
      <w:r w:rsidRPr="005C5547">
        <w:rPr>
          <w:rFonts w:ascii="Times New Roman" w:hAnsi="Times New Roman" w:cs="Times New Roman"/>
          <w:b/>
          <w:sz w:val="26"/>
          <w:szCs w:val="26"/>
        </w:rPr>
        <w:t>Ộ</w:t>
      </w:r>
      <w:r w:rsidRPr="005C5547">
        <w:rPr>
          <w:rFonts w:ascii="Times New Roman" w:hAnsi="Times New Roman" w:cs="Times New Roman"/>
          <w:b/>
          <w:sz w:val="26"/>
          <w:szCs w:val="26"/>
        </w:rPr>
        <w:t>NG HÒA XÃ H</w:t>
      </w:r>
      <w:r w:rsidRPr="005C5547">
        <w:rPr>
          <w:rFonts w:ascii="Times New Roman" w:hAnsi="Times New Roman" w:cs="Times New Roman"/>
          <w:b/>
          <w:sz w:val="26"/>
          <w:szCs w:val="26"/>
        </w:rPr>
        <w:t>Ộ</w:t>
      </w:r>
      <w:r w:rsidRPr="005C5547">
        <w:rPr>
          <w:rFonts w:ascii="Times New Roman" w:hAnsi="Times New Roman" w:cs="Times New Roman"/>
          <w:b/>
          <w:sz w:val="26"/>
          <w:szCs w:val="26"/>
        </w:rPr>
        <w:t>I CH</w:t>
      </w:r>
      <w:r w:rsidRPr="005C5547">
        <w:rPr>
          <w:rFonts w:ascii="Times New Roman" w:hAnsi="Times New Roman" w:cs="Times New Roman"/>
          <w:b/>
          <w:sz w:val="26"/>
          <w:szCs w:val="26"/>
        </w:rPr>
        <w:t>Ủ</w:t>
      </w:r>
      <w:r w:rsidRPr="005C5547">
        <w:rPr>
          <w:rFonts w:ascii="Times New Roman" w:hAnsi="Times New Roman" w:cs="Times New Roman"/>
          <w:b/>
          <w:sz w:val="26"/>
          <w:szCs w:val="26"/>
        </w:rPr>
        <w:t xml:space="preserve"> NGHĨA VI</w:t>
      </w:r>
      <w:r w:rsidRPr="005C5547">
        <w:rPr>
          <w:rFonts w:ascii="Times New Roman" w:hAnsi="Times New Roman" w:cs="Times New Roman"/>
          <w:b/>
          <w:sz w:val="26"/>
          <w:szCs w:val="26"/>
        </w:rPr>
        <w:t>Ệ</w:t>
      </w:r>
      <w:r w:rsidRPr="005C5547">
        <w:rPr>
          <w:rFonts w:ascii="Times New Roman" w:hAnsi="Times New Roman" w:cs="Times New Roman"/>
          <w:b/>
          <w:sz w:val="26"/>
          <w:szCs w:val="26"/>
        </w:rPr>
        <w:t>T NAM</w:t>
      </w:r>
    </w:p>
    <w:p w:rsidR="00FC1CC0" w:rsidRPr="005C5547" w:rsidRDefault="005C5547" w:rsidP="005C5547">
      <w:pPr>
        <w:spacing w:before="120" w:after="12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  <w:lang w:val="en-GB"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2440517</wp:posOffset>
                </wp:positionH>
                <wp:positionV relativeFrom="paragraph">
                  <wp:posOffset>231987</wp:posOffset>
                </wp:positionV>
                <wp:extent cx="1249680" cy="7620"/>
                <wp:effectExtent l="0" t="0" r="26670" b="3048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49680" cy="762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6500D4A" id="Straight Connector 1" o:spid="_x0000_s1026" style="position:absolute;flip:y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92.15pt,18.25pt" to="290.55pt,1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" strokecolor="black [3213]"/>
            </w:pict>
          </mc:Fallback>
        </mc:AlternateContent>
      </w:r>
      <w:r w:rsidR="00831011" w:rsidRPr="005C5547">
        <w:rPr>
          <w:rFonts w:ascii="Times New Roman" w:hAnsi="Times New Roman" w:cs="Times New Roman"/>
          <w:sz w:val="26"/>
          <w:szCs w:val="26"/>
        </w:rPr>
        <w:t>Đ</w:t>
      </w:r>
      <w:r w:rsidR="00831011" w:rsidRPr="005C5547">
        <w:rPr>
          <w:rFonts w:ascii="Times New Roman" w:hAnsi="Times New Roman" w:cs="Times New Roman"/>
          <w:sz w:val="26"/>
          <w:szCs w:val="26"/>
        </w:rPr>
        <w:t>ộ</w:t>
      </w:r>
      <w:r w:rsidR="00831011" w:rsidRPr="005C5547">
        <w:rPr>
          <w:rFonts w:ascii="Times New Roman" w:hAnsi="Times New Roman" w:cs="Times New Roman"/>
          <w:sz w:val="26"/>
          <w:szCs w:val="26"/>
        </w:rPr>
        <w:t xml:space="preserve">c </w:t>
      </w:r>
      <w:r w:rsidR="00831011" w:rsidRPr="005C5547">
        <w:rPr>
          <w:rFonts w:ascii="Times New Roman" w:hAnsi="Times New Roman" w:cs="Times New Roman"/>
          <w:sz w:val="26"/>
          <w:szCs w:val="26"/>
        </w:rPr>
        <w:t>l</w:t>
      </w:r>
      <w:r w:rsidR="00831011" w:rsidRPr="005C5547">
        <w:rPr>
          <w:rFonts w:ascii="Times New Roman" w:hAnsi="Times New Roman" w:cs="Times New Roman"/>
          <w:sz w:val="26"/>
          <w:szCs w:val="26"/>
        </w:rPr>
        <w:t>ậ</w:t>
      </w:r>
      <w:r w:rsidR="00831011" w:rsidRPr="005C5547">
        <w:rPr>
          <w:rFonts w:ascii="Times New Roman" w:hAnsi="Times New Roman" w:cs="Times New Roman"/>
          <w:sz w:val="26"/>
          <w:szCs w:val="26"/>
        </w:rPr>
        <w:t>p - T</w:t>
      </w:r>
      <w:r w:rsidR="00831011" w:rsidRPr="005C5547">
        <w:rPr>
          <w:rFonts w:ascii="Times New Roman" w:hAnsi="Times New Roman" w:cs="Times New Roman"/>
          <w:sz w:val="26"/>
          <w:szCs w:val="26"/>
        </w:rPr>
        <w:t>ự</w:t>
      </w:r>
      <w:r w:rsidR="00831011" w:rsidRPr="005C5547">
        <w:rPr>
          <w:rFonts w:ascii="Times New Roman" w:hAnsi="Times New Roman" w:cs="Times New Roman"/>
          <w:sz w:val="26"/>
          <w:szCs w:val="26"/>
        </w:rPr>
        <w:t xml:space="preserve"> do - H</w:t>
      </w:r>
      <w:r w:rsidR="00831011" w:rsidRPr="005C5547">
        <w:rPr>
          <w:rFonts w:ascii="Times New Roman" w:hAnsi="Times New Roman" w:cs="Times New Roman"/>
          <w:sz w:val="26"/>
          <w:szCs w:val="26"/>
        </w:rPr>
        <w:t>ạ</w:t>
      </w:r>
      <w:r w:rsidR="00831011" w:rsidRPr="005C5547">
        <w:rPr>
          <w:rFonts w:ascii="Times New Roman" w:hAnsi="Times New Roman" w:cs="Times New Roman"/>
          <w:sz w:val="26"/>
          <w:szCs w:val="26"/>
        </w:rPr>
        <w:t>nh</w:t>
      </w:r>
      <w:r w:rsidR="00831011" w:rsidRPr="005C5547">
        <w:rPr>
          <w:rFonts w:ascii="Times New Roman" w:hAnsi="Times New Roman" w:cs="Times New Roman"/>
          <w:sz w:val="26"/>
          <w:szCs w:val="26"/>
        </w:rPr>
        <w:t xml:space="preserve"> phúc</w:t>
      </w:r>
    </w:p>
    <w:p w:rsidR="005C5547" w:rsidRDefault="005C5547" w:rsidP="005C5547">
      <w:pPr>
        <w:spacing w:before="120" w:after="120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FC1CC0" w:rsidRPr="005C5547" w:rsidRDefault="00831011" w:rsidP="005C5547">
      <w:pPr>
        <w:spacing w:before="120" w:after="120"/>
        <w:jc w:val="center"/>
        <w:rPr>
          <w:rFonts w:ascii="Times New Roman" w:hAnsi="Times New Roman" w:cs="Times New Roman"/>
          <w:sz w:val="30"/>
          <w:szCs w:val="30"/>
        </w:rPr>
      </w:pPr>
      <w:r w:rsidRPr="005C5547">
        <w:rPr>
          <w:rFonts w:ascii="Times New Roman" w:hAnsi="Times New Roman" w:cs="Times New Roman"/>
          <w:b/>
          <w:sz w:val="30"/>
          <w:szCs w:val="30"/>
        </w:rPr>
        <w:t>VĂN B</w:t>
      </w:r>
      <w:r w:rsidRPr="005C5547">
        <w:rPr>
          <w:rFonts w:ascii="Times New Roman" w:hAnsi="Times New Roman" w:cs="Times New Roman"/>
          <w:b/>
          <w:sz w:val="30"/>
          <w:szCs w:val="30"/>
        </w:rPr>
        <w:t>Ả</w:t>
      </w:r>
      <w:r w:rsidRPr="005C5547">
        <w:rPr>
          <w:rFonts w:ascii="Times New Roman" w:hAnsi="Times New Roman" w:cs="Times New Roman"/>
          <w:b/>
          <w:sz w:val="30"/>
          <w:szCs w:val="30"/>
        </w:rPr>
        <w:t xml:space="preserve">N </w:t>
      </w:r>
      <w:r w:rsidRPr="005C5547">
        <w:rPr>
          <w:rFonts w:ascii="Times New Roman" w:hAnsi="Times New Roman" w:cs="Times New Roman"/>
          <w:b/>
          <w:sz w:val="30"/>
          <w:szCs w:val="30"/>
        </w:rPr>
        <w:t>Ủ</w:t>
      </w:r>
      <w:r w:rsidRPr="005C5547">
        <w:rPr>
          <w:rFonts w:ascii="Times New Roman" w:hAnsi="Times New Roman" w:cs="Times New Roman"/>
          <w:b/>
          <w:sz w:val="30"/>
          <w:szCs w:val="30"/>
        </w:rPr>
        <w:t>Y QUY</w:t>
      </w:r>
      <w:r w:rsidRPr="005C5547">
        <w:rPr>
          <w:rFonts w:ascii="Times New Roman" w:hAnsi="Times New Roman" w:cs="Times New Roman"/>
          <w:b/>
          <w:sz w:val="30"/>
          <w:szCs w:val="30"/>
        </w:rPr>
        <w:t>Ề</w:t>
      </w:r>
      <w:r w:rsidRPr="005C5547">
        <w:rPr>
          <w:rFonts w:ascii="Times New Roman" w:hAnsi="Times New Roman" w:cs="Times New Roman"/>
          <w:b/>
          <w:sz w:val="30"/>
          <w:szCs w:val="30"/>
        </w:rPr>
        <w:t>N</w:t>
      </w:r>
    </w:p>
    <w:p w:rsidR="00FC1CC0" w:rsidRPr="005C5547" w:rsidRDefault="00831011" w:rsidP="005C5547">
      <w:pPr>
        <w:spacing w:before="120" w:after="120"/>
        <w:rPr>
          <w:rFonts w:ascii="Times New Roman" w:hAnsi="Times New Roman" w:cs="Times New Roman"/>
          <w:b/>
        </w:rPr>
      </w:pPr>
      <w:r w:rsidRPr="005C5547">
        <w:rPr>
          <w:rFonts w:ascii="Times New Roman" w:hAnsi="Times New Roman" w:cs="Times New Roman"/>
          <w:b/>
        </w:rPr>
        <w:t>I. Ngư</w:t>
      </w:r>
      <w:r w:rsidRPr="005C5547">
        <w:rPr>
          <w:rFonts w:ascii="Times New Roman" w:hAnsi="Times New Roman" w:cs="Times New Roman"/>
          <w:b/>
        </w:rPr>
        <w:t>ờ</w:t>
      </w:r>
      <w:r w:rsidRPr="005C5547">
        <w:rPr>
          <w:rFonts w:ascii="Times New Roman" w:hAnsi="Times New Roman" w:cs="Times New Roman"/>
          <w:b/>
        </w:rPr>
        <w:t xml:space="preserve">i </w:t>
      </w:r>
      <w:r w:rsidRPr="005C5547">
        <w:rPr>
          <w:rFonts w:ascii="Times New Roman" w:hAnsi="Times New Roman" w:cs="Times New Roman"/>
          <w:b/>
        </w:rPr>
        <w:t>ủ</w:t>
      </w:r>
      <w:r w:rsidRPr="005C5547">
        <w:rPr>
          <w:rFonts w:ascii="Times New Roman" w:hAnsi="Times New Roman" w:cs="Times New Roman"/>
          <w:b/>
        </w:rPr>
        <w:t>y quy</w:t>
      </w:r>
      <w:r w:rsidRPr="005C5547">
        <w:rPr>
          <w:rFonts w:ascii="Times New Roman" w:hAnsi="Times New Roman" w:cs="Times New Roman"/>
          <w:b/>
        </w:rPr>
        <w:t>ề</w:t>
      </w:r>
      <w:r w:rsidRPr="005C5547">
        <w:rPr>
          <w:rFonts w:ascii="Times New Roman" w:hAnsi="Times New Roman" w:cs="Times New Roman"/>
          <w:b/>
        </w:rPr>
        <w:t>n:</w:t>
      </w:r>
    </w:p>
    <w:p w:rsidR="00FC1CC0" w:rsidRPr="005C5547" w:rsidRDefault="00831011" w:rsidP="005C5547">
      <w:pPr>
        <w:spacing w:before="120" w:after="120"/>
        <w:rPr>
          <w:rFonts w:ascii="Times New Roman" w:hAnsi="Times New Roman" w:cs="Times New Roman"/>
        </w:rPr>
      </w:pPr>
      <w:r w:rsidRPr="005C5547">
        <w:rPr>
          <w:rFonts w:ascii="Times New Roman" w:hAnsi="Times New Roman" w:cs="Times New Roman"/>
        </w:rPr>
        <w:t>H</w:t>
      </w:r>
      <w:r w:rsidRPr="005C5547">
        <w:rPr>
          <w:rFonts w:ascii="Times New Roman" w:hAnsi="Times New Roman" w:cs="Times New Roman"/>
        </w:rPr>
        <w:t>ọ</w:t>
      </w:r>
      <w:r w:rsidRPr="005C5547">
        <w:rPr>
          <w:rFonts w:ascii="Times New Roman" w:hAnsi="Times New Roman" w:cs="Times New Roman"/>
        </w:rPr>
        <w:t xml:space="preserve"> và tên: ......................................................, sinh ngày ...... / ...... / ..........</w:t>
      </w:r>
    </w:p>
    <w:p w:rsidR="00FC1CC0" w:rsidRPr="005C5547" w:rsidRDefault="00831011" w:rsidP="005C5547">
      <w:pPr>
        <w:spacing w:before="120" w:after="120"/>
        <w:rPr>
          <w:rFonts w:ascii="Times New Roman" w:hAnsi="Times New Roman" w:cs="Times New Roman"/>
        </w:rPr>
      </w:pPr>
      <w:r w:rsidRPr="005C5547">
        <w:rPr>
          <w:rFonts w:ascii="Times New Roman" w:hAnsi="Times New Roman" w:cs="Times New Roman"/>
        </w:rPr>
        <w:t>S</w:t>
      </w:r>
      <w:r w:rsidRPr="005C5547">
        <w:rPr>
          <w:rFonts w:ascii="Times New Roman" w:hAnsi="Times New Roman" w:cs="Times New Roman"/>
        </w:rPr>
        <w:t>ố</w:t>
      </w:r>
      <w:r w:rsidRPr="005C5547">
        <w:rPr>
          <w:rFonts w:ascii="Times New Roman" w:hAnsi="Times New Roman" w:cs="Times New Roman"/>
        </w:rPr>
        <w:t xml:space="preserve"> đi</w:t>
      </w:r>
      <w:r w:rsidRPr="005C5547">
        <w:rPr>
          <w:rFonts w:ascii="Times New Roman" w:hAnsi="Times New Roman" w:cs="Times New Roman"/>
        </w:rPr>
        <w:t>ệ</w:t>
      </w:r>
      <w:r w:rsidRPr="005C5547">
        <w:rPr>
          <w:rFonts w:ascii="Times New Roman" w:hAnsi="Times New Roman" w:cs="Times New Roman"/>
        </w:rPr>
        <w:t>n tho</w:t>
      </w:r>
      <w:r w:rsidRPr="005C5547">
        <w:rPr>
          <w:rFonts w:ascii="Times New Roman" w:hAnsi="Times New Roman" w:cs="Times New Roman"/>
        </w:rPr>
        <w:t>ạ</w:t>
      </w:r>
      <w:r w:rsidRPr="005C5547">
        <w:rPr>
          <w:rFonts w:ascii="Times New Roman" w:hAnsi="Times New Roman" w:cs="Times New Roman"/>
        </w:rPr>
        <w:t>i liên h</w:t>
      </w:r>
      <w:r w:rsidRPr="005C5547">
        <w:rPr>
          <w:rFonts w:ascii="Times New Roman" w:hAnsi="Times New Roman" w:cs="Times New Roman"/>
        </w:rPr>
        <w:t>ệ</w:t>
      </w:r>
      <w:r w:rsidRPr="005C5547">
        <w:rPr>
          <w:rFonts w:ascii="Times New Roman" w:hAnsi="Times New Roman" w:cs="Times New Roman"/>
        </w:rPr>
        <w:t xml:space="preserve">: </w:t>
      </w:r>
      <w:r w:rsidRPr="005C5547">
        <w:rPr>
          <w:rFonts w:ascii="Times New Roman" w:hAnsi="Times New Roman" w:cs="Times New Roman"/>
        </w:rPr>
        <w:t>......................................................</w:t>
      </w:r>
    </w:p>
    <w:p w:rsidR="00FC1CC0" w:rsidRPr="005C5547" w:rsidRDefault="00831011" w:rsidP="005C5547">
      <w:pPr>
        <w:spacing w:before="120" w:after="120"/>
        <w:rPr>
          <w:rFonts w:ascii="Times New Roman" w:hAnsi="Times New Roman" w:cs="Times New Roman"/>
        </w:rPr>
      </w:pPr>
      <w:r w:rsidRPr="005C5547">
        <w:rPr>
          <w:rFonts w:ascii="Times New Roman" w:hAnsi="Times New Roman" w:cs="Times New Roman"/>
        </w:rPr>
        <w:t>S</w:t>
      </w:r>
      <w:r w:rsidRPr="005C5547">
        <w:rPr>
          <w:rFonts w:ascii="Times New Roman" w:hAnsi="Times New Roman" w:cs="Times New Roman"/>
        </w:rPr>
        <w:t>ố</w:t>
      </w:r>
      <w:r w:rsidRPr="005C5547">
        <w:rPr>
          <w:rFonts w:ascii="Times New Roman" w:hAnsi="Times New Roman" w:cs="Times New Roman"/>
        </w:rPr>
        <w:t xml:space="preserve"> căn cư</w:t>
      </w:r>
      <w:r w:rsidRPr="005C5547">
        <w:rPr>
          <w:rFonts w:ascii="Times New Roman" w:hAnsi="Times New Roman" w:cs="Times New Roman"/>
        </w:rPr>
        <w:t>ớ</w:t>
      </w:r>
      <w:r w:rsidRPr="005C5547">
        <w:rPr>
          <w:rFonts w:ascii="Times New Roman" w:hAnsi="Times New Roman" w:cs="Times New Roman"/>
        </w:rPr>
        <w:t>c công dân/s</w:t>
      </w:r>
      <w:r w:rsidRPr="005C5547">
        <w:rPr>
          <w:rFonts w:ascii="Times New Roman" w:hAnsi="Times New Roman" w:cs="Times New Roman"/>
        </w:rPr>
        <w:t>ố</w:t>
      </w:r>
      <w:r w:rsidRPr="005C5547">
        <w:rPr>
          <w:rFonts w:ascii="Times New Roman" w:hAnsi="Times New Roman" w:cs="Times New Roman"/>
        </w:rPr>
        <w:t xml:space="preserve"> h</w:t>
      </w:r>
      <w:r w:rsidRPr="005C5547">
        <w:rPr>
          <w:rFonts w:ascii="Times New Roman" w:hAnsi="Times New Roman" w:cs="Times New Roman"/>
        </w:rPr>
        <w:t>ộ</w:t>
      </w:r>
      <w:r w:rsidRPr="005C5547">
        <w:rPr>
          <w:rFonts w:ascii="Times New Roman" w:hAnsi="Times New Roman" w:cs="Times New Roman"/>
        </w:rPr>
        <w:t xml:space="preserve"> chi</w:t>
      </w:r>
      <w:r w:rsidRPr="005C5547">
        <w:rPr>
          <w:rFonts w:ascii="Times New Roman" w:hAnsi="Times New Roman" w:cs="Times New Roman"/>
        </w:rPr>
        <w:t>ế</w:t>
      </w:r>
      <w:r w:rsidRPr="005C5547">
        <w:rPr>
          <w:rFonts w:ascii="Times New Roman" w:hAnsi="Times New Roman" w:cs="Times New Roman"/>
        </w:rPr>
        <w:t>u: .................. do .......................... c</w:t>
      </w:r>
      <w:r w:rsidRPr="005C5547">
        <w:rPr>
          <w:rFonts w:ascii="Times New Roman" w:hAnsi="Times New Roman" w:cs="Times New Roman"/>
        </w:rPr>
        <w:t>ấ</w:t>
      </w:r>
      <w:r w:rsidRPr="005C5547">
        <w:rPr>
          <w:rFonts w:ascii="Times New Roman" w:hAnsi="Times New Roman" w:cs="Times New Roman"/>
        </w:rPr>
        <w:t>p ngày ..../..../......</w:t>
      </w:r>
    </w:p>
    <w:p w:rsidR="00FC1CC0" w:rsidRPr="005C5547" w:rsidRDefault="00831011" w:rsidP="005C5547">
      <w:pPr>
        <w:spacing w:before="120" w:after="120"/>
        <w:rPr>
          <w:rFonts w:ascii="Times New Roman" w:hAnsi="Times New Roman" w:cs="Times New Roman"/>
        </w:rPr>
      </w:pPr>
      <w:r w:rsidRPr="005C5547">
        <w:rPr>
          <w:rFonts w:ascii="Times New Roman" w:hAnsi="Times New Roman" w:cs="Times New Roman"/>
        </w:rPr>
        <w:t>Nơi cư trú: ................................................................................</w:t>
      </w:r>
      <w:r w:rsidRPr="005C5547">
        <w:rPr>
          <w:rFonts w:ascii="Times New Roman" w:hAnsi="Times New Roman" w:cs="Times New Roman"/>
        </w:rPr>
        <w:t>......</w:t>
      </w:r>
    </w:p>
    <w:p w:rsidR="00FC1CC0" w:rsidRPr="005C5547" w:rsidRDefault="00831011" w:rsidP="005C5547">
      <w:pPr>
        <w:spacing w:before="120" w:after="120"/>
        <w:rPr>
          <w:rFonts w:ascii="Times New Roman" w:hAnsi="Times New Roman" w:cs="Times New Roman"/>
          <w:b/>
        </w:rPr>
      </w:pPr>
      <w:r w:rsidRPr="005C5547">
        <w:rPr>
          <w:rFonts w:ascii="Times New Roman" w:hAnsi="Times New Roman" w:cs="Times New Roman"/>
          <w:b/>
        </w:rPr>
        <w:t>II. Ngư</w:t>
      </w:r>
      <w:r w:rsidRPr="005C5547">
        <w:rPr>
          <w:rFonts w:ascii="Times New Roman" w:hAnsi="Times New Roman" w:cs="Times New Roman"/>
          <w:b/>
        </w:rPr>
        <w:t>ờ</w:t>
      </w:r>
      <w:r w:rsidRPr="005C5547">
        <w:rPr>
          <w:rFonts w:ascii="Times New Roman" w:hAnsi="Times New Roman" w:cs="Times New Roman"/>
          <w:b/>
        </w:rPr>
        <w:t>i đư</w:t>
      </w:r>
      <w:r w:rsidRPr="005C5547">
        <w:rPr>
          <w:rFonts w:ascii="Times New Roman" w:hAnsi="Times New Roman" w:cs="Times New Roman"/>
          <w:b/>
        </w:rPr>
        <w:t>ợ</w:t>
      </w:r>
      <w:r w:rsidRPr="005C5547">
        <w:rPr>
          <w:rFonts w:ascii="Times New Roman" w:hAnsi="Times New Roman" w:cs="Times New Roman"/>
          <w:b/>
        </w:rPr>
        <w:t xml:space="preserve">c </w:t>
      </w:r>
      <w:r w:rsidRPr="005C5547">
        <w:rPr>
          <w:rFonts w:ascii="Times New Roman" w:hAnsi="Times New Roman" w:cs="Times New Roman"/>
          <w:b/>
        </w:rPr>
        <w:t>ủ</w:t>
      </w:r>
      <w:r w:rsidRPr="005C5547">
        <w:rPr>
          <w:rFonts w:ascii="Times New Roman" w:hAnsi="Times New Roman" w:cs="Times New Roman"/>
          <w:b/>
        </w:rPr>
        <w:t>y quy</w:t>
      </w:r>
      <w:r w:rsidRPr="005C5547">
        <w:rPr>
          <w:rFonts w:ascii="Times New Roman" w:hAnsi="Times New Roman" w:cs="Times New Roman"/>
          <w:b/>
        </w:rPr>
        <w:t>ề</w:t>
      </w:r>
      <w:r w:rsidRPr="005C5547">
        <w:rPr>
          <w:rFonts w:ascii="Times New Roman" w:hAnsi="Times New Roman" w:cs="Times New Roman"/>
          <w:b/>
        </w:rPr>
        <w:t>n:</w:t>
      </w:r>
    </w:p>
    <w:p w:rsidR="00FC1CC0" w:rsidRPr="005C5547" w:rsidRDefault="00831011" w:rsidP="005C5547">
      <w:pPr>
        <w:spacing w:before="120" w:after="120"/>
        <w:rPr>
          <w:rFonts w:ascii="Times New Roman" w:hAnsi="Times New Roman" w:cs="Times New Roman"/>
        </w:rPr>
      </w:pPr>
      <w:r w:rsidRPr="005C5547">
        <w:rPr>
          <w:rFonts w:ascii="Times New Roman" w:hAnsi="Times New Roman" w:cs="Times New Roman"/>
        </w:rPr>
        <w:t>H</w:t>
      </w:r>
      <w:r w:rsidRPr="005C5547">
        <w:rPr>
          <w:rFonts w:ascii="Times New Roman" w:hAnsi="Times New Roman" w:cs="Times New Roman"/>
        </w:rPr>
        <w:t>ọ</w:t>
      </w:r>
      <w:r w:rsidRPr="005C5547">
        <w:rPr>
          <w:rFonts w:ascii="Times New Roman" w:hAnsi="Times New Roman" w:cs="Times New Roman"/>
        </w:rPr>
        <w:t xml:space="preserve"> và tên: ......................................................, sinh ngày ...... / ...... / ..........</w:t>
      </w:r>
    </w:p>
    <w:p w:rsidR="00FC1CC0" w:rsidRPr="005C5547" w:rsidRDefault="00831011" w:rsidP="005C5547">
      <w:pPr>
        <w:spacing w:before="120" w:after="120"/>
        <w:rPr>
          <w:rFonts w:ascii="Times New Roman" w:hAnsi="Times New Roman" w:cs="Times New Roman"/>
        </w:rPr>
      </w:pPr>
      <w:r w:rsidRPr="005C5547">
        <w:rPr>
          <w:rFonts w:ascii="Times New Roman" w:hAnsi="Times New Roman" w:cs="Times New Roman"/>
        </w:rPr>
        <w:t>S</w:t>
      </w:r>
      <w:r w:rsidRPr="005C5547">
        <w:rPr>
          <w:rFonts w:ascii="Times New Roman" w:hAnsi="Times New Roman" w:cs="Times New Roman"/>
        </w:rPr>
        <w:t>ố</w:t>
      </w:r>
      <w:r w:rsidRPr="005C5547">
        <w:rPr>
          <w:rFonts w:ascii="Times New Roman" w:hAnsi="Times New Roman" w:cs="Times New Roman"/>
        </w:rPr>
        <w:t xml:space="preserve"> căn cư</w:t>
      </w:r>
      <w:r w:rsidRPr="005C5547">
        <w:rPr>
          <w:rFonts w:ascii="Times New Roman" w:hAnsi="Times New Roman" w:cs="Times New Roman"/>
        </w:rPr>
        <w:t>ớ</w:t>
      </w:r>
      <w:r w:rsidRPr="005C5547">
        <w:rPr>
          <w:rFonts w:ascii="Times New Roman" w:hAnsi="Times New Roman" w:cs="Times New Roman"/>
        </w:rPr>
        <w:t>c công dân/h</w:t>
      </w:r>
      <w:r w:rsidRPr="005C5547">
        <w:rPr>
          <w:rFonts w:ascii="Times New Roman" w:hAnsi="Times New Roman" w:cs="Times New Roman"/>
        </w:rPr>
        <w:t>ộ</w:t>
      </w:r>
      <w:r w:rsidRPr="005C5547">
        <w:rPr>
          <w:rFonts w:ascii="Times New Roman" w:hAnsi="Times New Roman" w:cs="Times New Roman"/>
        </w:rPr>
        <w:t xml:space="preserve"> chi</w:t>
      </w:r>
      <w:r w:rsidRPr="005C5547">
        <w:rPr>
          <w:rFonts w:ascii="Times New Roman" w:hAnsi="Times New Roman" w:cs="Times New Roman"/>
        </w:rPr>
        <w:t>ế</w:t>
      </w:r>
      <w:r w:rsidRPr="005C5547">
        <w:rPr>
          <w:rFonts w:ascii="Times New Roman" w:hAnsi="Times New Roman" w:cs="Times New Roman"/>
        </w:rPr>
        <w:t>u: .................. do .......................... c</w:t>
      </w:r>
      <w:r w:rsidRPr="005C5547">
        <w:rPr>
          <w:rFonts w:ascii="Times New Roman" w:hAnsi="Times New Roman" w:cs="Times New Roman"/>
        </w:rPr>
        <w:t>ấ</w:t>
      </w:r>
      <w:r w:rsidRPr="005C5547">
        <w:rPr>
          <w:rFonts w:ascii="Times New Roman" w:hAnsi="Times New Roman" w:cs="Times New Roman"/>
        </w:rPr>
        <w:t>p ngày ..../..../......</w:t>
      </w:r>
    </w:p>
    <w:p w:rsidR="00FC1CC0" w:rsidRPr="005C5547" w:rsidRDefault="00831011" w:rsidP="005C5547">
      <w:pPr>
        <w:spacing w:before="120" w:after="120"/>
        <w:rPr>
          <w:rFonts w:ascii="Times New Roman" w:hAnsi="Times New Roman" w:cs="Times New Roman"/>
        </w:rPr>
      </w:pPr>
      <w:r w:rsidRPr="005C5547">
        <w:rPr>
          <w:rFonts w:ascii="Times New Roman" w:hAnsi="Times New Roman" w:cs="Times New Roman"/>
        </w:rPr>
        <w:t>Nơi cư trú:</w:t>
      </w:r>
      <w:r w:rsidRPr="005C5547">
        <w:rPr>
          <w:rFonts w:ascii="Times New Roman" w:hAnsi="Times New Roman" w:cs="Times New Roman"/>
        </w:rPr>
        <w:t xml:space="preserve"> ......................................................................................</w:t>
      </w:r>
    </w:p>
    <w:p w:rsidR="00FC1CC0" w:rsidRPr="00A271EB" w:rsidRDefault="00831011" w:rsidP="005C5547">
      <w:pPr>
        <w:spacing w:before="120" w:after="120"/>
        <w:rPr>
          <w:rFonts w:ascii="Times New Roman" w:hAnsi="Times New Roman" w:cs="Times New Roman"/>
        </w:rPr>
      </w:pPr>
      <w:r w:rsidRPr="00A271EB">
        <w:rPr>
          <w:rFonts w:ascii="Times New Roman" w:hAnsi="Times New Roman" w:cs="Times New Roman"/>
        </w:rPr>
        <w:t>S</w:t>
      </w:r>
      <w:r w:rsidRPr="00A271EB">
        <w:rPr>
          <w:rFonts w:ascii="Times New Roman" w:hAnsi="Times New Roman" w:cs="Times New Roman"/>
        </w:rPr>
        <w:t>ố</w:t>
      </w:r>
      <w:r w:rsidRPr="00A271EB">
        <w:rPr>
          <w:rFonts w:ascii="Times New Roman" w:hAnsi="Times New Roman" w:cs="Times New Roman"/>
        </w:rPr>
        <w:t xml:space="preserve"> đi</w:t>
      </w:r>
      <w:r w:rsidRPr="00A271EB">
        <w:rPr>
          <w:rFonts w:ascii="Times New Roman" w:hAnsi="Times New Roman" w:cs="Times New Roman"/>
        </w:rPr>
        <w:t>ệ</w:t>
      </w:r>
      <w:r w:rsidRPr="00A271EB">
        <w:rPr>
          <w:rFonts w:ascii="Times New Roman" w:hAnsi="Times New Roman" w:cs="Times New Roman"/>
        </w:rPr>
        <w:t>n tho</w:t>
      </w:r>
      <w:r w:rsidRPr="00A271EB">
        <w:rPr>
          <w:rFonts w:ascii="Times New Roman" w:hAnsi="Times New Roman" w:cs="Times New Roman"/>
        </w:rPr>
        <w:t>ạ</w:t>
      </w:r>
      <w:r w:rsidRPr="00A271EB">
        <w:rPr>
          <w:rFonts w:ascii="Times New Roman" w:hAnsi="Times New Roman" w:cs="Times New Roman"/>
        </w:rPr>
        <w:t>i: ......................................................</w:t>
      </w:r>
    </w:p>
    <w:p w:rsidR="00FC1CC0" w:rsidRPr="005C5547" w:rsidRDefault="00831011" w:rsidP="005C5547">
      <w:pPr>
        <w:spacing w:before="120" w:after="120"/>
        <w:rPr>
          <w:rFonts w:ascii="Times New Roman" w:hAnsi="Times New Roman" w:cs="Times New Roman"/>
          <w:b/>
        </w:rPr>
      </w:pPr>
      <w:r w:rsidRPr="005C5547">
        <w:rPr>
          <w:rFonts w:ascii="Times New Roman" w:hAnsi="Times New Roman" w:cs="Times New Roman"/>
          <w:b/>
        </w:rPr>
        <w:t>III. N</w:t>
      </w:r>
      <w:r w:rsidRPr="005C5547">
        <w:rPr>
          <w:rFonts w:ascii="Times New Roman" w:hAnsi="Times New Roman" w:cs="Times New Roman"/>
          <w:b/>
        </w:rPr>
        <w:t>ộ</w:t>
      </w:r>
      <w:r w:rsidRPr="005C5547">
        <w:rPr>
          <w:rFonts w:ascii="Times New Roman" w:hAnsi="Times New Roman" w:cs="Times New Roman"/>
          <w:b/>
        </w:rPr>
        <w:t xml:space="preserve">i dung </w:t>
      </w:r>
      <w:r w:rsidRPr="005C5547">
        <w:rPr>
          <w:rFonts w:ascii="Times New Roman" w:hAnsi="Times New Roman" w:cs="Times New Roman"/>
          <w:b/>
        </w:rPr>
        <w:t>ủ</w:t>
      </w:r>
      <w:r w:rsidRPr="005C5547">
        <w:rPr>
          <w:rFonts w:ascii="Times New Roman" w:hAnsi="Times New Roman" w:cs="Times New Roman"/>
          <w:b/>
        </w:rPr>
        <w:t>y quy</w:t>
      </w:r>
      <w:r w:rsidRPr="005C5547">
        <w:rPr>
          <w:rFonts w:ascii="Times New Roman" w:hAnsi="Times New Roman" w:cs="Times New Roman"/>
          <w:b/>
        </w:rPr>
        <w:t>ề</w:t>
      </w:r>
      <w:r w:rsidRPr="005C5547">
        <w:rPr>
          <w:rFonts w:ascii="Times New Roman" w:hAnsi="Times New Roman" w:cs="Times New Roman"/>
          <w:b/>
        </w:rPr>
        <w:t>n:</w:t>
      </w:r>
    </w:p>
    <w:p w:rsidR="00FC1CC0" w:rsidRPr="005C5547" w:rsidRDefault="00831011" w:rsidP="005C5547">
      <w:pPr>
        <w:spacing w:before="120" w:after="120"/>
        <w:rPr>
          <w:rFonts w:ascii="Times New Roman" w:hAnsi="Times New Roman" w:cs="Times New Roman"/>
        </w:rPr>
      </w:pPr>
      <w:r w:rsidRPr="005C5547">
        <w:rPr>
          <w:rFonts w:ascii="Times New Roman" w:hAnsi="Times New Roman" w:cs="Times New Roman"/>
        </w:rPr>
        <w:t>Tôi (Ngư</w:t>
      </w:r>
      <w:r w:rsidRPr="005C5547">
        <w:rPr>
          <w:rFonts w:ascii="Times New Roman" w:hAnsi="Times New Roman" w:cs="Times New Roman"/>
        </w:rPr>
        <w:t>ờ</w:t>
      </w:r>
      <w:r w:rsidRPr="005C5547">
        <w:rPr>
          <w:rFonts w:ascii="Times New Roman" w:hAnsi="Times New Roman" w:cs="Times New Roman"/>
        </w:rPr>
        <w:t xml:space="preserve">i </w:t>
      </w:r>
      <w:r w:rsidRPr="005C5547">
        <w:rPr>
          <w:rFonts w:ascii="Times New Roman" w:hAnsi="Times New Roman" w:cs="Times New Roman"/>
        </w:rPr>
        <w:t>ủ</w:t>
      </w:r>
      <w:r w:rsidRPr="005C5547">
        <w:rPr>
          <w:rFonts w:ascii="Times New Roman" w:hAnsi="Times New Roman" w:cs="Times New Roman"/>
        </w:rPr>
        <w:t>y quy</w:t>
      </w:r>
      <w:r w:rsidRPr="005C5547">
        <w:rPr>
          <w:rFonts w:ascii="Times New Roman" w:hAnsi="Times New Roman" w:cs="Times New Roman"/>
        </w:rPr>
        <w:t>ề</w:t>
      </w:r>
      <w:r w:rsidRPr="005C5547">
        <w:rPr>
          <w:rFonts w:ascii="Times New Roman" w:hAnsi="Times New Roman" w:cs="Times New Roman"/>
        </w:rPr>
        <w:t xml:space="preserve">n) </w:t>
      </w:r>
      <w:r w:rsidRPr="005C5547">
        <w:rPr>
          <w:rFonts w:ascii="Times New Roman" w:hAnsi="Times New Roman" w:cs="Times New Roman"/>
        </w:rPr>
        <w:t>ủ</w:t>
      </w:r>
      <w:r w:rsidRPr="005C5547">
        <w:rPr>
          <w:rFonts w:ascii="Times New Roman" w:hAnsi="Times New Roman" w:cs="Times New Roman"/>
        </w:rPr>
        <w:t>y quy</w:t>
      </w:r>
      <w:r w:rsidRPr="005C5547">
        <w:rPr>
          <w:rFonts w:ascii="Times New Roman" w:hAnsi="Times New Roman" w:cs="Times New Roman"/>
        </w:rPr>
        <w:t>ề</w:t>
      </w:r>
      <w:r w:rsidRPr="005C5547">
        <w:rPr>
          <w:rFonts w:ascii="Times New Roman" w:hAnsi="Times New Roman" w:cs="Times New Roman"/>
        </w:rPr>
        <w:t>n cho Ông/Bà (Ngư</w:t>
      </w:r>
      <w:r w:rsidRPr="005C5547">
        <w:rPr>
          <w:rFonts w:ascii="Times New Roman" w:hAnsi="Times New Roman" w:cs="Times New Roman"/>
        </w:rPr>
        <w:t>ờ</w:t>
      </w:r>
      <w:r w:rsidRPr="005C5547">
        <w:rPr>
          <w:rFonts w:ascii="Times New Roman" w:hAnsi="Times New Roman" w:cs="Times New Roman"/>
        </w:rPr>
        <w:t>i đư</w:t>
      </w:r>
      <w:r w:rsidRPr="005C5547">
        <w:rPr>
          <w:rFonts w:ascii="Times New Roman" w:hAnsi="Times New Roman" w:cs="Times New Roman"/>
        </w:rPr>
        <w:t>ợ</w:t>
      </w:r>
      <w:r w:rsidRPr="005C5547">
        <w:rPr>
          <w:rFonts w:ascii="Times New Roman" w:hAnsi="Times New Roman" w:cs="Times New Roman"/>
        </w:rPr>
        <w:t xml:space="preserve">c </w:t>
      </w:r>
      <w:r w:rsidRPr="005C5547">
        <w:rPr>
          <w:rFonts w:ascii="Times New Roman" w:hAnsi="Times New Roman" w:cs="Times New Roman"/>
        </w:rPr>
        <w:t>ủ</w:t>
      </w:r>
      <w:r w:rsidRPr="005C5547">
        <w:rPr>
          <w:rFonts w:ascii="Times New Roman" w:hAnsi="Times New Roman" w:cs="Times New Roman"/>
        </w:rPr>
        <w:t>y quy</w:t>
      </w:r>
      <w:r w:rsidRPr="005C5547">
        <w:rPr>
          <w:rFonts w:ascii="Times New Roman" w:hAnsi="Times New Roman" w:cs="Times New Roman"/>
        </w:rPr>
        <w:t>ề</w:t>
      </w:r>
      <w:r w:rsidRPr="005C5547">
        <w:rPr>
          <w:rFonts w:ascii="Times New Roman" w:hAnsi="Times New Roman" w:cs="Times New Roman"/>
        </w:rPr>
        <w:t>n) thay m</w:t>
      </w:r>
      <w:r w:rsidRPr="005C5547">
        <w:rPr>
          <w:rFonts w:ascii="Times New Roman" w:hAnsi="Times New Roman" w:cs="Times New Roman"/>
        </w:rPr>
        <w:t>ặ</w:t>
      </w:r>
      <w:r w:rsidRPr="005C5547">
        <w:rPr>
          <w:rFonts w:ascii="Times New Roman" w:hAnsi="Times New Roman" w:cs="Times New Roman"/>
        </w:rPr>
        <w:t>t t</w:t>
      </w:r>
      <w:r w:rsidRPr="005C5547">
        <w:rPr>
          <w:rFonts w:ascii="Times New Roman" w:hAnsi="Times New Roman" w:cs="Times New Roman"/>
        </w:rPr>
        <w:t>ôi nh</w:t>
      </w:r>
      <w:r w:rsidRPr="005C5547">
        <w:rPr>
          <w:rFonts w:ascii="Times New Roman" w:hAnsi="Times New Roman" w:cs="Times New Roman"/>
        </w:rPr>
        <w:t>ậ</w:t>
      </w:r>
      <w:r w:rsidRPr="005C5547">
        <w:rPr>
          <w:rFonts w:ascii="Times New Roman" w:hAnsi="Times New Roman" w:cs="Times New Roman"/>
        </w:rPr>
        <w:t>n ti</w:t>
      </w:r>
      <w:r w:rsidRPr="005C5547">
        <w:rPr>
          <w:rFonts w:ascii="Times New Roman" w:hAnsi="Times New Roman" w:cs="Times New Roman"/>
        </w:rPr>
        <w:t>ề</w:t>
      </w:r>
      <w:r w:rsidRPr="005C5547">
        <w:rPr>
          <w:rFonts w:ascii="Times New Roman" w:hAnsi="Times New Roman" w:cs="Times New Roman"/>
        </w:rPr>
        <w:t>n lương/ti</w:t>
      </w:r>
      <w:r w:rsidRPr="005C5547">
        <w:rPr>
          <w:rFonts w:ascii="Times New Roman" w:hAnsi="Times New Roman" w:cs="Times New Roman"/>
        </w:rPr>
        <w:t>ề</w:t>
      </w:r>
      <w:r w:rsidRPr="005C5547">
        <w:rPr>
          <w:rFonts w:ascii="Times New Roman" w:hAnsi="Times New Roman" w:cs="Times New Roman"/>
        </w:rPr>
        <w:t>n công do Công ty ...................................................... chi tr</w:t>
      </w:r>
      <w:r w:rsidRPr="005C5547">
        <w:rPr>
          <w:rFonts w:ascii="Times New Roman" w:hAnsi="Times New Roman" w:cs="Times New Roman"/>
        </w:rPr>
        <w:t>ả</w:t>
      </w:r>
      <w:r>
        <w:rPr>
          <w:rFonts w:ascii="Times New Roman" w:hAnsi="Times New Roman" w:cs="Times New Roman"/>
        </w:rPr>
        <w:t>.</w:t>
      </w:r>
      <w:bookmarkStart w:id="0" w:name="_GoBack"/>
      <w:bookmarkEnd w:id="0"/>
    </w:p>
    <w:p w:rsidR="00FC1CC0" w:rsidRPr="005C5547" w:rsidRDefault="00831011" w:rsidP="005C5547">
      <w:pPr>
        <w:spacing w:before="120" w:after="120"/>
        <w:rPr>
          <w:rFonts w:ascii="Times New Roman" w:hAnsi="Times New Roman" w:cs="Times New Roman"/>
        </w:rPr>
      </w:pPr>
      <w:r w:rsidRPr="005C5547">
        <w:rPr>
          <w:rFonts w:ascii="Times New Roman" w:hAnsi="Times New Roman" w:cs="Times New Roman"/>
        </w:rPr>
        <w:t>Hình th</w:t>
      </w:r>
      <w:r w:rsidRPr="005C5547">
        <w:rPr>
          <w:rFonts w:ascii="Times New Roman" w:hAnsi="Times New Roman" w:cs="Times New Roman"/>
        </w:rPr>
        <w:t>ứ</w:t>
      </w:r>
      <w:r w:rsidRPr="005C5547">
        <w:rPr>
          <w:rFonts w:ascii="Times New Roman" w:hAnsi="Times New Roman" w:cs="Times New Roman"/>
        </w:rPr>
        <w:t>c nh</w:t>
      </w:r>
      <w:r w:rsidRPr="005C5547">
        <w:rPr>
          <w:rFonts w:ascii="Times New Roman" w:hAnsi="Times New Roman" w:cs="Times New Roman"/>
        </w:rPr>
        <w:t>ậ</w:t>
      </w:r>
      <w:r w:rsidRPr="005C5547">
        <w:rPr>
          <w:rFonts w:ascii="Times New Roman" w:hAnsi="Times New Roman" w:cs="Times New Roman"/>
        </w:rPr>
        <w:t>n lương: Công ty chuy</w:t>
      </w:r>
      <w:r w:rsidRPr="005C5547">
        <w:rPr>
          <w:rFonts w:ascii="Times New Roman" w:hAnsi="Times New Roman" w:cs="Times New Roman"/>
        </w:rPr>
        <w:t>ể</w:t>
      </w:r>
      <w:r w:rsidRPr="005C5547">
        <w:rPr>
          <w:rFonts w:ascii="Times New Roman" w:hAnsi="Times New Roman" w:cs="Times New Roman"/>
        </w:rPr>
        <w:t>n kho</w:t>
      </w:r>
      <w:r w:rsidRPr="005C5547">
        <w:rPr>
          <w:rFonts w:ascii="Times New Roman" w:hAnsi="Times New Roman" w:cs="Times New Roman"/>
        </w:rPr>
        <w:t>ả</w:t>
      </w:r>
      <w:r w:rsidRPr="005C5547">
        <w:rPr>
          <w:rFonts w:ascii="Times New Roman" w:hAnsi="Times New Roman" w:cs="Times New Roman"/>
        </w:rPr>
        <w:t>n vào tài kho</w:t>
      </w:r>
      <w:r w:rsidRPr="005C5547">
        <w:rPr>
          <w:rFonts w:ascii="Times New Roman" w:hAnsi="Times New Roman" w:cs="Times New Roman"/>
        </w:rPr>
        <w:t>ả</w:t>
      </w:r>
      <w:r w:rsidRPr="005C5547">
        <w:rPr>
          <w:rFonts w:ascii="Times New Roman" w:hAnsi="Times New Roman" w:cs="Times New Roman"/>
        </w:rPr>
        <w:t>n ngân hàng c</w:t>
      </w:r>
      <w:r w:rsidRPr="005C5547">
        <w:rPr>
          <w:rFonts w:ascii="Times New Roman" w:hAnsi="Times New Roman" w:cs="Times New Roman"/>
        </w:rPr>
        <w:t>ủ</w:t>
      </w:r>
      <w:r w:rsidRPr="005C5547">
        <w:rPr>
          <w:rFonts w:ascii="Times New Roman" w:hAnsi="Times New Roman" w:cs="Times New Roman"/>
        </w:rPr>
        <w:t>a Ngư</w:t>
      </w:r>
      <w:r w:rsidRPr="005C5547">
        <w:rPr>
          <w:rFonts w:ascii="Times New Roman" w:hAnsi="Times New Roman" w:cs="Times New Roman"/>
        </w:rPr>
        <w:t>ờ</w:t>
      </w:r>
      <w:r w:rsidRPr="005C5547">
        <w:rPr>
          <w:rFonts w:ascii="Times New Roman" w:hAnsi="Times New Roman" w:cs="Times New Roman"/>
        </w:rPr>
        <w:t>i đư</w:t>
      </w:r>
      <w:r w:rsidRPr="005C5547">
        <w:rPr>
          <w:rFonts w:ascii="Times New Roman" w:hAnsi="Times New Roman" w:cs="Times New Roman"/>
        </w:rPr>
        <w:t>ợ</w:t>
      </w:r>
      <w:r w:rsidRPr="005C5547">
        <w:rPr>
          <w:rFonts w:ascii="Times New Roman" w:hAnsi="Times New Roman" w:cs="Times New Roman"/>
        </w:rPr>
        <w:t xml:space="preserve">c </w:t>
      </w:r>
      <w:r w:rsidRPr="005C5547">
        <w:rPr>
          <w:rFonts w:ascii="Times New Roman" w:hAnsi="Times New Roman" w:cs="Times New Roman"/>
        </w:rPr>
        <w:t>ủ</w:t>
      </w:r>
      <w:r w:rsidRPr="005C5547">
        <w:rPr>
          <w:rFonts w:ascii="Times New Roman" w:hAnsi="Times New Roman" w:cs="Times New Roman"/>
        </w:rPr>
        <w:t>y quy</w:t>
      </w:r>
      <w:r w:rsidRPr="005C5547">
        <w:rPr>
          <w:rFonts w:ascii="Times New Roman" w:hAnsi="Times New Roman" w:cs="Times New Roman"/>
        </w:rPr>
        <w:t>ề</w:t>
      </w:r>
      <w:r w:rsidRPr="005C5547">
        <w:rPr>
          <w:rFonts w:ascii="Times New Roman" w:hAnsi="Times New Roman" w:cs="Times New Roman"/>
        </w:rPr>
        <w:t>n như sau:</w:t>
      </w:r>
    </w:p>
    <w:p w:rsidR="00FC1CC0" w:rsidRPr="005C5547" w:rsidRDefault="00831011" w:rsidP="005C5547">
      <w:pPr>
        <w:spacing w:before="120" w:after="120"/>
        <w:rPr>
          <w:rFonts w:ascii="Times New Roman" w:hAnsi="Times New Roman" w:cs="Times New Roman"/>
        </w:rPr>
      </w:pPr>
      <w:r w:rsidRPr="005C5547">
        <w:rPr>
          <w:rFonts w:ascii="Times New Roman" w:hAnsi="Times New Roman" w:cs="Times New Roman"/>
        </w:rPr>
        <w:t>- Ch</w:t>
      </w:r>
      <w:r w:rsidRPr="005C5547">
        <w:rPr>
          <w:rFonts w:ascii="Times New Roman" w:hAnsi="Times New Roman" w:cs="Times New Roman"/>
        </w:rPr>
        <w:t>ủ</w:t>
      </w:r>
      <w:r w:rsidRPr="005C5547">
        <w:rPr>
          <w:rFonts w:ascii="Times New Roman" w:hAnsi="Times New Roman" w:cs="Times New Roman"/>
        </w:rPr>
        <w:t xml:space="preserve"> tài kho</w:t>
      </w:r>
      <w:r w:rsidRPr="005C5547">
        <w:rPr>
          <w:rFonts w:ascii="Times New Roman" w:hAnsi="Times New Roman" w:cs="Times New Roman"/>
        </w:rPr>
        <w:t>ả</w:t>
      </w:r>
      <w:r w:rsidRPr="005C5547">
        <w:rPr>
          <w:rFonts w:ascii="Times New Roman" w:hAnsi="Times New Roman" w:cs="Times New Roman"/>
        </w:rPr>
        <w:t>n: ..................................</w:t>
      </w:r>
      <w:r w:rsidRPr="005C5547">
        <w:rPr>
          <w:rFonts w:ascii="Times New Roman" w:hAnsi="Times New Roman" w:cs="Times New Roman"/>
        </w:rPr>
        <w:t>....................</w:t>
      </w:r>
    </w:p>
    <w:p w:rsidR="00FC1CC0" w:rsidRPr="005C5547" w:rsidRDefault="00831011" w:rsidP="005C5547">
      <w:pPr>
        <w:spacing w:before="120" w:after="120"/>
        <w:rPr>
          <w:rFonts w:ascii="Times New Roman" w:hAnsi="Times New Roman" w:cs="Times New Roman"/>
        </w:rPr>
      </w:pPr>
      <w:r w:rsidRPr="005C5547">
        <w:rPr>
          <w:rFonts w:ascii="Times New Roman" w:hAnsi="Times New Roman" w:cs="Times New Roman"/>
        </w:rPr>
        <w:t>- S</w:t>
      </w:r>
      <w:r w:rsidRPr="005C5547">
        <w:rPr>
          <w:rFonts w:ascii="Times New Roman" w:hAnsi="Times New Roman" w:cs="Times New Roman"/>
        </w:rPr>
        <w:t>ố</w:t>
      </w:r>
      <w:r w:rsidRPr="005C5547">
        <w:rPr>
          <w:rFonts w:ascii="Times New Roman" w:hAnsi="Times New Roman" w:cs="Times New Roman"/>
        </w:rPr>
        <w:t xml:space="preserve"> tài kho</w:t>
      </w:r>
      <w:r w:rsidRPr="005C5547">
        <w:rPr>
          <w:rFonts w:ascii="Times New Roman" w:hAnsi="Times New Roman" w:cs="Times New Roman"/>
        </w:rPr>
        <w:t>ả</w:t>
      </w:r>
      <w:r w:rsidRPr="005C5547">
        <w:rPr>
          <w:rFonts w:ascii="Times New Roman" w:hAnsi="Times New Roman" w:cs="Times New Roman"/>
        </w:rPr>
        <w:t>n: ......................................................</w:t>
      </w:r>
    </w:p>
    <w:p w:rsidR="00FC1CC0" w:rsidRPr="005C5547" w:rsidRDefault="00831011" w:rsidP="005C5547">
      <w:pPr>
        <w:spacing w:before="120" w:after="120"/>
        <w:rPr>
          <w:rFonts w:ascii="Times New Roman" w:hAnsi="Times New Roman" w:cs="Times New Roman"/>
        </w:rPr>
      </w:pPr>
      <w:r w:rsidRPr="005C5547">
        <w:rPr>
          <w:rFonts w:ascii="Times New Roman" w:hAnsi="Times New Roman" w:cs="Times New Roman"/>
        </w:rPr>
        <w:t>- Ngân hàng/Chi nhánh: ......................................................</w:t>
      </w:r>
    </w:p>
    <w:p w:rsidR="00FC1CC0" w:rsidRPr="005C5547" w:rsidRDefault="00831011" w:rsidP="005C5547">
      <w:pPr>
        <w:spacing w:before="120" w:after="120"/>
        <w:rPr>
          <w:rFonts w:ascii="Times New Roman" w:hAnsi="Times New Roman" w:cs="Times New Roman"/>
          <w:b/>
        </w:rPr>
      </w:pPr>
      <w:r w:rsidRPr="005C5547">
        <w:rPr>
          <w:rFonts w:ascii="Times New Roman" w:hAnsi="Times New Roman" w:cs="Times New Roman"/>
          <w:b/>
        </w:rPr>
        <w:t>IV. Th</w:t>
      </w:r>
      <w:r w:rsidRPr="005C5547">
        <w:rPr>
          <w:rFonts w:ascii="Times New Roman" w:hAnsi="Times New Roman" w:cs="Times New Roman"/>
          <w:b/>
        </w:rPr>
        <w:t>ờ</w:t>
      </w:r>
      <w:r w:rsidRPr="005C5547">
        <w:rPr>
          <w:rFonts w:ascii="Times New Roman" w:hAnsi="Times New Roman" w:cs="Times New Roman"/>
          <w:b/>
        </w:rPr>
        <w:t>i h</w:t>
      </w:r>
      <w:r w:rsidRPr="005C5547">
        <w:rPr>
          <w:rFonts w:ascii="Times New Roman" w:hAnsi="Times New Roman" w:cs="Times New Roman"/>
          <w:b/>
        </w:rPr>
        <w:t>ạ</w:t>
      </w:r>
      <w:r w:rsidRPr="005C5547">
        <w:rPr>
          <w:rFonts w:ascii="Times New Roman" w:hAnsi="Times New Roman" w:cs="Times New Roman"/>
          <w:b/>
        </w:rPr>
        <w:t xml:space="preserve">n </w:t>
      </w:r>
      <w:r w:rsidRPr="005C5547">
        <w:rPr>
          <w:rFonts w:ascii="Times New Roman" w:hAnsi="Times New Roman" w:cs="Times New Roman"/>
          <w:b/>
        </w:rPr>
        <w:t>ủ</w:t>
      </w:r>
      <w:r w:rsidRPr="005C5547">
        <w:rPr>
          <w:rFonts w:ascii="Times New Roman" w:hAnsi="Times New Roman" w:cs="Times New Roman"/>
          <w:b/>
        </w:rPr>
        <w:t>y quy</w:t>
      </w:r>
      <w:r w:rsidRPr="005C5547">
        <w:rPr>
          <w:rFonts w:ascii="Times New Roman" w:hAnsi="Times New Roman" w:cs="Times New Roman"/>
          <w:b/>
        </w:rPr>
        <w:t>ề</w:t>
      </w:r>
      <w:r w:rsidRPr="005C5547">
        <w:rPr>
          <w:rFonts w:ascii="Times New Roman" w:hAnsi="Times New Roman" w:cs="Times New Roman"/>
          <w:b/>
        </w:rPr>
        <w:t>n: ......................................................</w:t>
      </w:r>
    </w:p>
    <w:p w:rsidR="00FC1CC0" w:rsidRPr="005C5547" w:rsidRDefault="00831011" w:rsidP="005C5547">
      <w:pPr>
        <w:spacing w:before="120" w:after="120"/>
        <w:rPr>
          <w:rFonts w:ascii="Times New Roman" w:hAnsi="Times New Roman" w:cs="Times New Roman"/>
        </w:rPr>
      </w:pPr>
      <w:r w:rsidRPr="005C5547">
        <w:rPr>
          <w:rFonts w:ascii="Times New Roman" w:hAnsi="Times New Roman" w:cs="Times New Roman"/>
        </w:rPr>
        <w:t xml:space="preserve">Chúng </w:t>
      </w:r>
      <w:r w:rsidRPr="005C5547">
        <w:rPr>
          <w:rFonts w:ascii="Times New Roman" w:hAnsi="Times New Roman" w:cs="Times New Roman"/>
        </w:rPr>
        <w:t>tôi cam k</w:t>
      </w:r>
      <w:r w:rsidRPr="005C5547">
        <w:rPr>
          <w:rFonts w:ascii="Times New Roman" w:hAnsi="Times New Roman" w:cs="Times New Roman"/>
        </w:rPr>
        <w:t>ế</w:t>
      </w:r>
      <w:r w:rsidRPr="005C5547">
        <w:rPr>
          <w:rFonts w:ascii="Times New Roman" w:hAnsi="Times New Roman" w:cs="Times New Roman"/>
        </w:rPr>
        <w:t>t ch</w:t>
      </w:r>
      <w:r w:rsidRPr="005C5547">
        <w:rPr>
          <w:rFonts w:ascii="Times New Roman" w:hAnsi="Times New Roman" w:cs="Times New Roman"/>
        </w:rPr>
        <w:t>ấ</w:t>
      </w:r>
      <w:r w:rsidRPr="005C5547">
        <w:rPr>
          <w:rFonts w:ascii="Times New Roman" w:hAnsi="Times New Roman" w:cs="Times New Roman"/>
        </w:rPr>
        <w:t>p hành đúng n</w:t>
      </w:r>
      <w:r w:rsidRPr="005C5547">
        <w:rPr>
          <w:rFonts w:ascii="Times New Roman" w:hAnsi="Times New Roman" w:cs="Times New Roman"/>
        </w:rPr>
        <w:t>ộ</w:t>
      </w:r>
      <w:r w:rsidRPr="005C5547">
        <w:rPr>
          <w:rFonts w:ascii="Times New Roman" w:hAnsi="Times New Roman" w:cs="Times New Roman"/>
        </w:rPr>
        <w:t xml:space="preserve">i dung </w:t>
      </w:r>
      <w:r w:rsidRPr="005C5547">
        <w:rPr>
          <w:rFonts w:ascii="Times New Roman" w:hAnsi="Times New Roman" w:cs="Times New Roman"/>
        </w:rPr>
        <w:t>ủ</w:t>
      </w:r>
      <w:r w:rsidRPr="005C5547">
        <w:rPr>
          <w:rFonts w:ascii="Times New Roman" w:hAnsi="Times New Roman" w:cs="Times New Roman"/>
        </w:rPr>
        <w:t>y quy</w:t>
      </w:r>
      <w:r w:rsidRPr="005C5547">
        <w:rPr>
          <w:rFonts w:ascii="Times New Roman" w:hAnsi="Times New Roman" w:cs="Times New Roman"/>
        </w:rPr>
        <w:t>ề</w:t>
      </w:r>
      <w:r w:rsidRPr="005C5547">
        <w:rPr>
          <w:rFonts w:ascii="Times New Roman" w:hAnsi="Times New Roman" w:cs="Times New Roman"/>
        </w:rPr>
        <w:t>n theo quy đ</w:t>
      </w:r>
      <w:r w:rsidRPr="005C5547">
        <w:rPr>
          <w:rFonts w:ascii="Times New Roman" w:hAnsi="Times New Roman" w:cs="Times New Roman"/>
        </w:rPr>
        <w:t>ị</w:t>
      </w:r>
      <w:r w:rsidRPr="005C5547">
        <w:rPr>
          <w:rFonts w:ascii="Times New Roman" w:hAnsi="Times New Roman" w:cs="Times New Roman"/>
        </w:rPr>
        <w:t>nh c</w:t>
      </w:r>
      <w:r w:rsidRPr="005C5547">
        <w:rPr>
          <w:rFonts w:ascii="Times New Roman" w:hAnsi="Times New Roman" w:cs="Times New Roman"/>
        </w:rPr>
        <w:t>ủ</w:t>
      </w:r>
      <w:r w:rsidRPr="005C5547">
        <w:rPr>
          <w:rFonts w:ascii="Times New Roman" w:hAnsi="Times New Roman" w:cs="Times New Roman"/>
        </w:rPr>
        <w:t>a pháp lu</w:t>
      </w:r>
      <w:r w:rsidRPr="005C5547">
        <w:rPr>
          <w:rFonts w:ascii="Times New Roman" w:hAnsi="Times New Roman" w:cs="Times New Roman"/>
        </w:rPr>
        <w:t>ậ</w:t>
      </w:r>
      <w:r w:rsidRPr="005C5547">
        <w:rPr>
          <w:rFonts w:ascii="Times New Roman" w:hAnsi="Times New Roman" w:cs="Times New Roman"/>
        </w:rPr>
        <w:t>t.</w:t>
      </w:r>
    </w:p>
    <w:p w:rsidR="00FC1CC0" w:rsidRPr="005C5547" w:rsidRDefault="00FC1CC0" w:rsidP="005C5547">
      <w:pPr>
        <w:spacing w:before="120" w:after="120"/>
        <w:rPr>
          <w:rFonts w:ascii="Times New Roman" w:hAnsi="Times New Roman" w:cs="Times New Roman"/>
        </w:rPr>
      </w:pPr>
    </w:p>
    <w:p w:rsidR="00FC1CC0" w:rsidRPr="005C5547" w:rsidRDefault="00831011" w:rsidP="005C5547">
      <w:pPr>
        <w:spacing w:before="120" w:after="120"/>
        <w:jc w:val="right"/>
        <w:rPr>
          <w:rFonts w:ascii="Times New Roman" w:hAnsi="Times New Roman" w:cs="Times New Roman"/>
        </w:rPr>
      </w:pPr>
      <w:r w:rsidRPr="005C5547">
        <w:rPr>
          <w:rFonts w:ascii="Times New Roman" w:hAnsi="Times New Roman" w:cs="Times New Roman"/>
        </w:rPr>
        <w:t>........, ngày .... tháng .... năm ....</w:t>
      </w:r>
    </w:p>
    <w:p w:rsidR="00FC1CC0" w:rsidRPr="005C5547" w:rsidRDefault="00FC1CC0" w:rsidP="005C5547">
      <w:pPr>
        <w:spacing w:before="120" w:after="120"/>
        <w:rPr>
          <w:rFonts w:ascii="Times New Roman" w:hAnsi="Times New Roman" w:cs="Times New Roman"/>
        </w:rPr>
      </w:pPr>
    </w:p>
    <w:tbl>
      <w:tblPr>
        <w:tblStyle w:val="TableGrid"/>
        <w:tblW w:w="10632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3402"/>
        <w:gridCol w:w="3261"/>
      </w:tblGrid>
      <w:tr w:rsidR="005C5547" w:rsidTr="005C5547">
        <w:tc>
          <w:tcPr>
            <w:tcW w:w="3969" w:type="dxa"/>
          </w:tcPr>
          <w:p w:rsidR="005C5547" w:rsidRPr="005C5547" w:rsidRDefault="005C5547" w:rsidP="005C5547">
            <w:pPr>
              <w:spacing w:before="120" w:after="120"/>
              <w:jc w:val="center"/>
              <w:rPr>
                <w:rFonts w:ascii="Times New Roman" w:hAnsi="Times New Roman" w:cs="Times New Roman"/>
                <w:b/>
              </w:rPr>
            </w:pPr>
            <w:r w:rsidRPr="005C5547">
              <w:rPr>
                <w:rFonts w:ascii="Times New Roman" w:hAnsi="Times New Roman" w:cs="Times New Roman"/>
                <w:b/>
              </w:rPr>
              <w:t>Chứng thực chữ</w:t>
            </w:r>
            <w:r w:rsidRPr="005C5547">
              <w:rPr>
                <w:rFonts w:ascii="Times New Roman" w:hAnsi="Times New Roman" w:cs="Times New Roman"/>
                <w:b/>
              </w:rPr>
              <w:t xml:space="preserve"> ký </w:t>
            </w:r>
            <w:r w:rsidRPr="005C5547">
              <w:rPr>
                <w:rFonts w:ascii="Times New Roman" w:hAnsi="Times New Roman" w:cs="Times New Roman"/>
                <w:b/>
              </w:rPr>
              <w:t>của người ủy quyền</w:t>
            </w:r>
          </w:p>
          <w:p w:rsidR="005C5547" w:rsidRPr="005C5547" w:rsidRDefault="005C5547" w:rsidP="005C5547">
            <w:pPr>
              <w:spacing w:before="120" w:after="120"/>
              <w:jc w:val="center"/>
              <w:rPr>
                <w:rFonts w:ascii="Times New Roman" w:hAnsi="Times New Roman" w:cs="Times New Roman"/>
                <w:i/>
              </w:rPr>
            </w:pPr>
            <w:r w:rsidRPr="005C5547">
              <w:rPr>
                <w:rFonts w:ascii="Times New Roman" w:hAnsi="Times New Roman" w:cs="Times New Roman"/>
                <w:i/>
              </w:rPr>
              <w:t>(Ký, ghi rõ họ tên và đóng dấu)</w:t>
            </w:r>
          </w:p>
          <w:p w:rsidR="005C5547" w:rsidRDefault="005C5547" w:rsidP="005C55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:rsidR="005C5547" w:rsidRPr="005C5547" w:rsidRDefault="005C5547" w:rsidP="005C5547">
            <w:pPr>
              <w:spacing w:before="120" w:after="120"/>
              <w:jc w:val="center"/>
              <w:rPr>
                <w:rFonts w:ascii="Times New Roman" w:hAnsi="Times New Roman" w:cs="Times New Roman"/>
                <w:b/>
              </w:rPr>
            </w:pPr>
            <w:r w:rsidRPr="005C5547">
              <w:rPr>
                <w:rFonts w:ascii="Times New Roman" w:hAnsi="Times New Roman" w:cs="Times New Roman"/>
                <w:b/>
              </w:rPr>
              <w:t>Người ủy quyền</w:t>
            </w:r>
          </w:p>
          <w:p w:rsidR="005C5547" w:rsidRPr="005C5547" w:rsidRDefault="005C5547" w:rsidP="005C5547">
            <w:pPr>
              <w:spacing w:before="120" w:after="120"/>
              <w:jc w:val="center"/>
              <w:rPr>
                <w:rFonts w:ascii="Times New Roman" w:hAnsi="Times New Roman" w:cs="Times New Roman"/>
                <w:i/>
              </w:rPr>
            </w:pPr>
            <w:r w:rsidRPr="005C5547">
              <w:rPr>
                <w:rFonts w:ascii="Times New Roman" w:hAnsi="Times New Roman" w:cs="Times New Roman"/>
                <w:i/>
              </w:rPr>
              <w:t>(Ký, ghi rõ họ tên)</w:t>
            </w:r>
          </w:p>
        </w:tc>
        <w:tc>
          <w:tcPr>
            <w:tcW w:w="3261" w:type="dxa"/>
          </w:tcPr>
          <w:p w:rsidR="005C5547" w:rsidRPr="005C5547" w:rsidRDefault="005C5547" w:rsidP="005C5547">
            <w:pPr>
              <w:spacing w:before="120" w:after="120"/>
              <w:jc w:val="center"/>
              <w:rPr>
                <w:rFonts w:ascii="Times New Roman" w:hAnsi="Times New Roman" w:cs="Times New Roman"/>
                <w:b/>
              </w:rPr>
            </w:pPr>
            <w:r w:rsidRPr="005C5547">
              <w:rPr>
                <w:rFonts w:ascii="Times New Roman" w:hAnsi="Times New Roman" w:cs="Times New Roman"/>
                <w:b/>
              </w:rPr>
              <w:t>Người được ủy quyền</w:t>
            </w:r>
          </w:p>
          <w:p w:rsidR="005C5547" w:rsidRPr="005C5547" w:rsidRDefault="005C5547" w:rsidP="005C5547">
            <w:pPr>
              <w:spacing w:before="120" w:after="120"/>
              <w:jc w:val="center"/>
              <w:rPr>
                <w:rFonts w:ascii="Times New Roman" w:hAnsi="Times New Roman" w:cs="Times New Roman"/>
                <w:i/>
              </w:rPr>
            </w:pPr>
            <w:r w:rsidRPr="005C5547">
              <w:rPr>
                <w:rFonts w:ascii="Times New Roman" w:hAnsi="Times New Roman" w:cs="Times New Roman"/>
                <w:i/>
              </w:rPr>
              <w:t>(Ký, ghi rõ họ tên)</w:t>
            </w:r>
          </w:p>
          <w:p w:rsidR="005C5547" w:rsidRDefault="005C5547" w:rsidP="005C554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FC1CC0" w:rsidRPr="005C5547" w:rsidRDefault="00FC1CC0" w:rsidP="005C5547">
      <w:pPr>
        <w:spacing w:before="120" w:after="120"/>
        <w:rPr>
          <w:rFonts w:ascii="Times New Roman" w:hAnsi="Times New Roman" w:cs="Times New Roman"/>
        </w:rPr>
      </w:pPr>
    </w:p>
    <w:sectPr w:rsidR="00FC1CC0" w:rsidRPr="005C5547" w:rsidSect="005C5547">
      <w:pgSz w:w="12240" w:h="15840"/>
      <w:pgMar w:top="1134" w:right="1134" w:bottom="1134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C5547"/>
    <w:rsid w:val="00831011"/>
    <w:rsid w:val="00A271EB"/>
    <w:rsid w:val="00AA1D8D"/>
    <w:rsid w:val="00B47730"/>
    <w:rsid w:val="00CB0664"/>
    <w:rsid w:val="00FC1CC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A9AB9B4"/>
  <w14:defaultImageDpi w14:val="300"/>
  <w15:docId w15:val="{82D07DC6-FADC-45D6-9BF8-77C191A1A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7D7078E-FB34-4402-AC21-17D7C8AD75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264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1766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acer</cp:lastModifiedBy>
  <cp:revision>4</cp:revision>
  <dcterms:created xsi:type="dcterms:W3CDTF">2013-12-23T23:15:00Z</dcterms:created>
  <dcterms:modified xsi:type="dcterms:W3CDTF">2026-02-24T10:13:00Z</dcterms:modified>
  <cp:category/>
</cp:coreProperties>
</file>