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40" w:lineRule="auto"/>
        <w:jc w:val="right"/>
      </w:pPr>
      <w:r>
        <w:rPr>
          <w:rFonts w:ascii="Times New Roman" w:hAnsi="Times New Roman" w:eastAsia="Times New Roman"/>
          <w:b/>
          <w:i w:val="0"/>
          <w:sz w:val="24"/>
        </w:rPr>
        <w:t>Mẫu số 01</w:t>
      </w:r>
    </w:p>
    <w:p>
      <w:pPr>
        <w:spacing w:after="280" w:line="240" w:lineRule="auto"/>
        <w:jc w:val="center"/>
      </w:pPr>
      <w:r>
        <w:rPr>
          <w:rFonts w:ascii="Times New Roman" w:hAnsi="Times New Roman" w:eastAsia="Times New Roman"/>
          <w:b/>
          <w:i w:val="0"/>
          <w:sz w:val="28"/>
        </w:rPr>
        <w:t>ĐƠN XIN GIA NHẬP CÔNG ĐOÀN VIỆT NAM</w:t>
      </w:r>
    </w:p>
    <w:p>
      <w:pPr>
        <w:spacing w:after="240" w:line="240" w:lineRule="auto"/>
      </w:pPr>
      <w:r>
        <w:rPr>
          <w:rFonts w:ascii="Times New Roman" w:hAnsi="Times New Roman" w:eastAsia="Times New Roman"/>
          <w:b w:val="0"/>
          <w:i w:val="0"/>
          <w:sz w:val="26"/>
        </w:rPr>
        <w:t>Kính gửi: Ban Chấp hành Công đoàn cơ sở ..................................................................</w:t>
      </w:r>
    </w:p>
    <w:p>
      <w:pPr>
        <w:spacing w:after="0" w:line="240" w:lineRule="auto"/>
      </w:pPr>
      <w:r>
        <w:rPr>
          <w:rFonts w:ascii="Times New Roman" w:hAnsi="Times New Roman" w:eastAsia="Times New Roman"/>
          <w:b w:val="0"/>
          <w:i w:val="0"/>
          <w:sz w:val="26"/>
        </w:rPr>
        <w:t>Tôi tên là: .........................................................................................................................</w:t>
      </w:r>
    </w:p>
    <w:p>
      <w:pPr>
        <w:spacing w:after="0" w:line="240" w:lineRule="auto"/>
      </w:pPr>
      <w:r>
        <w:rPr>
          <w:rFonts w:ascii="Times New Roman" w:hAnsi="Times New Roman" w:eastAsia="Times New Roman"/>
          <w:b w:val="0"/>
          <w:i w:val="0"/>
          <w:sz w:val="26"/>
        </w:rPr>
        <w:t>Ngày, tháng, năm sinh: ........................................ Quốc tịch: .................................................</w:t>
      </w:r>
    </w:p>
    <w:p>
      <w:pPr>
        <w:spacing w:after="0" w:line="240" w:lineRule="auto"/>
      </w:pPr>
      <w:r>
        <w:rPr>
          <w:rFonts w:ascii="Times New Roman" w:hAnsi="Times New Roman" w:eastAsia="Times New Roman"/>
          <w:b w:val="0"/>
          <w:i w:val="0"/>
          <w:sz w:val="26"/>
        </w:rPr>
        <w:t>Số hộ chiếu/giấy tờ có giá trị đi lại quốc tế: ............................................................................</w:t>
      </w:r>
    </w:p>
    <w:p>
      <w:pPr>
        <w:spacing w:after="0" w:line="240" w:lineRule="auto"/>
      </w:pPr>
      <w:r>
        <w:rPr>
          <w:rFonts w:ascii="Times New Roman" w:hAnsi="Times New Roman" w:eastAsia="Times New Roman"/>
          <w:b w:val="0"/>
          <w:i w:val="0"/>
          <w:sz w:val="26"/>
        </w:rPr>
        <w:t>Chức danh, công việc: ........................................................................................................</w:t>
      </w:r>
    </w:p>
    <w:p>
      <w:pPr>
        <w:spacing w:after="0" w:line="240" w:lineRule="auto"/>
      </w:pPr>
      <w:r>
        <w:rPr>
          <w:rFonts w:ascii="Times New Roman" w:hAnsi="Times New Roman" w:eastAsia="Times New Roman"/>
          <w:b w:val="0"/>
          <w:i w:val="0"/>
          <w:sz w:val="26"/>
        </w:rPr>
        <w:t>Đơn vị, doanh nghiệp đang làm việc: ....................................................................................</w:t>
      </w:r>
    </w:p>
    <w:p>
      <w:pPr>
        <w:spacing w:after="0" w:line="240" w:lineRule="auto"/>
      </w:pPr>
      <w:r>
        <w:rPr>
          <w:rFonts w:ascii="Times New Roman" w:hAnsi="Times New Roman" w:eastAsia="Times New Roman"/>
          <w:b w:val="0"/>
          <w:i w:val="0"/>
          <w:sz w:val="26"/>
        </w:rPr>
        <w:t>Thời hạn hợp đồng lao động có hiệu lực: từ ngày ................. đến ngày .................................</w:t>
      </w:r>
    </w:p>
    <w:p>
      <w:pPr>
        <w:spacing w:after="320" w:line="240" w:lineRule="auto"/>
      </w:pPr>
      <w:r>
        <w:rPr>
          <w:rFonts w:ascii="Times New Roman" w:hAnsi="Times New Roman" w:eastAsia="Times New Roman"/>
          <w:b w:val="0"/>
          <w:i w:val="0"/>
          <w:sz w:val="26"/>
        </w:rPr>
        <w:t>Sau khi tìm hiểu Luật Công đoàn năm 2024, Điều lệ Công đoàn Việt Nam, tôi tự nguyện làm đơn xin gia nhập Công đoàn Việt Nam. Tôi cam kết chấp hành pháp luật Việt Nam, Điều lệ Công đoàn Việt Nam, thực hiện đầy đủ quyền, nhiệm vụ của đoàn viên và chịu trách nhiệm về tính trung thực của hồ sơ đã cung cấp.</w:t>
      </w:r>
    </w:p>
    <w:p>
      <w:pPr>
        <w:spacing w:after="0" w:line="240" w:lineRule="auto"/>
        <w:jc w:val="right"/>
      </w:pPr>
      <w:r>
        <w:rPr>
          <w:rFonts w:ascii="Times New Roman" w:hAnsi="Times New Roman" w:eastAsia="Times New Roman"/>
          <w:b w:val="0"/>
          <w:i w:val="0"/>
          <w:sz w:val="26"/>
        </w:rPr>
        <w:t>........, ngày .... tháng .... năm ........</w:t>
      </w:r>
    </w:p>
    <w:p>
      <w:pPr>
        <w:spacing w:after="0" w:line="240" w:lineRule="auto"/>
        <w:jc w:val="right"/>
      </w:pPr>
      <w:r>
        <w:rPr>
          <w:rFonts w:ascii="Times New Roman" w:hAnsi="Times New Roman" w:eastAsia="Times New Roman"/>
          <w:b/>
          <w:i w:val="0"/>
          <w:sz w:val="26"/>
        </w:rPr>
        <w:t>NGƯỜI LÀM ĐƠN</w:t>
      </w:r>
    </w:p>
    <w:p>
      <w:pPr>
        <w:spacing w:after="0" w:line="240" w:lineRule="auto"/>
        <w:jc w:val="right"/>
      </w:pPr>
      <w:r>
        <w:rPr>
          <w:rFonts w:ascii="Times New Roman" w:hAnsi="Times New Roman" w:eastAsia="Times New Roman"/>
          <w:b w:val="0"/>
          <w:i/>
          <w:sz w:val="26"/>
        </w:rPr>
        <w:t>(Ký, ghi rõ họ tên)</w:t>
      </w:r>
    </w:p>
    <w:sectPr w:rsidR="00FC693F" w:rsidRPr="0006063C" w:rsidSect="00034616">
      <w:pgSz w:w="12240" w:h="15840"/>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