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Layout w:type="fixed"/>
        <w:tblLook w:val="04A0" w:firstRow="1" w:lastRow="0" w:firstColumn="1" w:lastColumn="0" w:noHBand="0" w:noVBand="1"/>
      </w:tblPr>
      <w:tblGrid>
        <w:gridCol w:w="4320"/>
        <w:gridCol w:w="4320"/>
      </w:tblGrid>
      <w:tr w:rsidR="00B50FB6">
        <w:tc>
          <w:tcPr>
            <w:tcW w:w="4320" w:type="dxa"/>
          </w:tcPr>
          <w:p w:rsidR="00B50FB6" w:rsidRDefault="00000000">
            <w:r>
              <w:t>TÊN HỢP TÁC XÃ</w:t>
            </w:r>
            <w:r>
              <w:br/>
              <w:t>------</w:t>
            </w:r>
            <w:r>
              <w:br/>
              <w:t>Số: ……………</w:t>
            </w:r>
          </w:p>
        </w:tc>
        <w:tc>
          <w:tcPr>
            <w:tcW w:w="4320" w:type="dxa"/>
          </w:tcPr>
          <w:p w:rsidR="00B50FB6" w:rsidRDefault="00000000">
            <w:pPr>
              <w:jc w:val="center"/>
            </w:pPr>
            <w:r>
              <w:t>CỘNG HÒA XÃ HỘI CHỦ NGHĨA VIỆT NAM</w:t>
            </w:r>
            <w:r>
              <w:br/>
              <w:t>Độc lập - Tự do - Hạnh phúc</w:t>
            </w:r>
            <w:r>
              <w:br/>
              <w:t>-----------------</w:t>
            </w:r>
          </w:p>
        </w:tc>
      </w:tr>
    </w:tbl>
    <w:p w:rsidR="00B50FB6" w:rsidRDefault="00000000">
      <w:pPr>
        <w:jc w:val="right"/>
      </w:pPr>
      <w:r>
        <w:t>…, ngày… tháng… năm…</w:t>
      </w:r>
    </w:p>
    <w:p w:rsidR="00B50FB6" w:rsidRDefault="00000000">
      <w:pPr>
        <w:jc w:val="center"/>
      </w:pPr>
      <w:r>
        <w:rPr>
          <w:b/>
        </w:rPr>
        <w:t>THÔNG BÁO</w:t>
      </w:r>
    </w:p>
    <w:p w:rsidR="00B50FB6" w:rsidRDefault="00000000">
      <w:pPr>
        <w:jc w:val="center"/>
      </w:pPr>
      <w:r>
        <w:rPr>
          <w:b/>
        </w:rPr>
        <w:t>Về việc giải thể hợp tác xã</w:t>
      </w:r>
    </w:p>
    <w:p w:rsidR="00C5229F" w:rsidRDefault="00000000" w:rsidP="00C5229F">
      <w:pPr>
        <w:jc w:val="center"/>
      </w:pPr>
      <w:r>
        <w:br/>
        <w:t>Kính gửi: (Tên Cơ quan đăng ký kinh doanh cấp xã) …………………</w:t>
      </w:r>
    </w:p>
    <w:p w:rsidR="00C5229F" w:rsidRDefault="00C5229F" w:rsidP="00C5229F">
      <w:r>
        <w:t>Tên hợp tác xã (ghi bằng chữ in hoa):…………………………………………………</w:t>
      </w:r>
    </w:p>
    <w:p w:rsidR="00B50FB6" w:rsidRDefault="00000000">
      <w:r>
        <w:t xml:space="preserve">Mã </w:t>
      </w:r>
      <w:r w:rsidR="00C5229F">
        <w:t>s</w:t>
      </w:r>
      <w:r>
        <w:t>ố hợp tác xã/Mã số thuế: …………………………………………………………</w:t>
      </w:r>
      <w:r>
        <w:br/>
        <w:t>Hợp tác xã nộp hồ sơ đăng ký giải thể và bảo đảm: Đã hoàn thành thủ tục chấm dứt hoạt động tất cả các chi nhánh, văn phòng đại diện, địa điểm kinh doanh của hợp tác xã; Đã thanh toán hết các khoản nợ, nghĩa vụ tài sản khác; Không trong quá trình giải quyết tranh chấp tại Tòa án hoặc Trọng tài trước khi nộp hồ sơ đăng ký giải thể hợp tác xã.</w:t>
      </w:r>
      <w:r>
        <w:br/>
        <w:t>Lý do giải thể: .................................................................................................................................</w:t>
      </w:r>
      <w:r>
        <w:br/>
        <w:t>Hợp tác xã cam kết:</w:t>
      </w:r>
    </w:p>
    <w:p w:rsidR="00B50FB6" w:rsidRDefault="00000000">
      <w:r>
        <w:t>- Thông tin kê khai trong Thông báo này là hợp pháp, chính xác, trung thực và hoàn toàn chịu trách nhiệm trước pháp luật về nội dung của Thông báo này;</w:t>
      </w:r>
    </w:p>
    <w:p w:rsidR="00B50FB6" w:rsidRDefault="00000000">
      <w:r>
        <w:t>- Người ký tại Thông báo này là người có quyền và nghĩa vụ thực hiện thủ tục đăng ký hợp tác xã theo quy định của pháp luật và Điều lệ hợp tác xã.</w:t>
      </w:r>
    </w:p>
    <w:p w:rsidR="00C5229F" w:rsidRDefault="00000000" w:rsidP="00C5229F">
      <w:pPr>
        <w:jc w:val="right"/>
      </w:pPr>
      <w:r>
        <w:br/>
      </w:r>
      <w:r>
        <w:br/>
        <w:t>NGƯỜI ĐẠI DIỆN THEO PHÁP LUẬT</w:t>
      </w:r>
    </w:p>
    <w:p w:rsidR="00B50FB6" w:rsidRDefault="00C5229F" w:rsidP="00C5229F">
      <w:pPr>
        <w:jc w:val="center"/>
      </w:pPr>
      <w:r>
        <w:t xml:space="preserve">                                                                                 </w:t>
      </w:r>
      <w:r w:rsidR="00000000">
        <w:t>CỦA HỢP TÁC XÃ</w:t>
      </w:r>
      <w:r w:rsidR="00000000">
        <w:br/>
      </w:r>
      <w:r>
        <w:rPr>
          <w:i/>
        </w:rPr>
        <w:t xml:space="preserve">                                                                                </w:t>
      </w:r>
      <w:r w:rsidR="00000000">
        <w:rPr>
          <w:i/>
        </w:rPr>
        <w:t>(Ký và ghi họ tên)</w:t>
      </w:r>
    </w:p>
    <w:sectPr w:rsidR="00B50FB6"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78268922">
    <w:abstractNumId w:val="8"/>
  </w:num>
  <w:num w:numId="2" w16cid:durableId="1104152715">
    <w:abstractNumId w:val="6"/>
  </w:num>
  <w:num w:numId="3" w16cid:durableId="1884556673">
    <w:abstractNumId w:val="5"/>
  </w:num>
  <w:num w:numId="4" w16cid:durableId="156191471">
    <w:abstractNumId w:val="4"/>
  </w:num>
  <w:num w:numId="5" w16cid:durableId="1170363932">
    <w:abstractNumId w:val="7"/>
  </w:num>
  <w:num w:numId="6" w16cid:durableId="411508235">
    <w:abstractNumId w:val="3"/>
  </w:num>
  <w:num w:numId="7" w16cid:durableId="492262415">
    <w:abstractNumId w:val="2"/>
  </w:num>
  <w:num w:numId="8" w16cid:durableId="1187329792">
    <w:abstractNumId w:val="1"/>
  </w:num>
  <w:num w:numId="9" w16cid:durableId="11496341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AA1D8D"/>
    <w:rsid w:val="00B47730"/>
    <w:rsid w:val="00B50FB6"/>
    <w:rsid w:val="00C32973"/>
    <w:rsid w:val="00C5229F"/>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53381A"/>
  <w14:defaultImageDpi w14:val="300"/>
  <w15:docId w15:val="{DD70D68F-B3FB-4DDE-9494-D7D46DD63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205</Words>
  <Characters>1171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Thành Trường TV MST</cp:lastModifiedBy>
  <cp:revision>2</cp:revision>
  <dcterms:created xsi:type="dcterms:W3CDTF">2013-12-23T23:15:00Z</dcterms:created>
  <dcterms:modified xsi:type="dcterms:W3CDTF">2025-07-07T08:09:00Z</dcterms:modified>
  <cp:category/>
</cp:coreProperties>
</file>