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208" w:rsidRPr="00345760" w:rsidRDefault="003457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760">
        <w:rPr>
          <w:rFonts w:ascii="Times New Roman" w:hAnsi="Times New Roman" w:cs="Times New Roman"/>
          <w:b/>
          <w:sz w:val="28"/>
          <w:szCs w:val="28"/>
        </w:rPr>
        <w:t>C</w:t>
      </w:r>
      <w:r w:rsidRPr="00345760">
        <w:rPr>
          <w:rFonts w:ascii="Times New Roman" w:hAnsi="Times New Roman" w:cs="Times New Roman"/>
          <w:b/>
          <w:sz w:val="28"/>
          <w:szCs w:val="28"/>
        </w:rPr>
        <w:t>Ộ</w:t>
      </w:r>
      <w:r w:rsidRPr="00345760">
        <w:rPr>
          <w:rFonts w:ascii="Times New Roman" w:hAnsi="Times New Roman" w:cs="Times New Roman"/>
          <w:b/>
          <w:sz w:val="28"/>
          <w:szCs w:val="28"/>
        </w:rPr>
        <w:t>NG HÒA XÃ H</w:t>
      </w:r>
      <w:r w:rsidRPr="00345760">
        <w:rPr>
          <w:rFonts w:ascii="Times New Roman" w:hAnsi="Times New Roman" w:cs="Times New Roman"/>
          <w:b/>
          <w:sz w:val="28"/>
          <w:szCs w:val="28"/>
        </w:rPr>
        <w:t>Ộ</w:t>
      </w:r>
      <w:r w:rsidRPr="00345760">
        <w:rPr>
          <w:rFonts w:ascii="Times New Roman" w:hAnsi="Times New Roman" w:cs="Times New Roman"/>
          <w:b/>
          <w:sz w:val="28"/>
          <w:szCs w:val="28"/>
        </w:rPr>
        <w:t>I CH</w:t>
      </w:r>
      <w:r w:rsidRPr="00345760">
        <w:rPr>
          <w:rFonts w:ascii="Times New Roman" w:hAnsi="Times New Roman" w:cs="Times New Roman"/>
          <w:b/>
          <w:sz w:val="28"/>
          <w:szCs w:val="28"/>
        </w:rPr>
        <w:t>Ủ</w:t>
      </w:r>
      <w:r w:rsidRPr="00345760">
        <w:rPr>
          <w:rFonts w:ascii="Times New Roman" w:hAnsi="Times New Roman" w:cs="Times New Roman"/>
          <w:b/>
          <w:sz w:val="28"/>
          <w:szCs w:val="28"/>
        </w:rPr>
        <w:t xml:space="preserve"> NGHĨA VI</w:t>
      </w:r>
      <w:r w:rsidRPr="00345760">
        <w:rPr>
          <w:rFonts w:ascii="Times New Roman" w:hAnsi="Times New Roman" w:cs="Times New Roman"/>
          <w:b/>
          <w:sz w:val="28"/>
          <w:szCs w:val="28"/>
        </w:rPr>
        <w:t>Ệ</w:t>
      </w:r>
      <w:r w:rsidRPr="00345760">
        <w:rPr>
          <w:rFonts w:ascii="Times New Roman" w:hAnsi="Times New Roman" w:cs="Times New Roman"/>
          <w:b/>
          <w:sz w:val="28"/>
          <w:szCs w:val="28"/>
        </w:rPr>
        <w:t>T NAM</w:t>
      </w:r>
    </w:p>
    <w:p w:rsidR="00B76208" w:rsidRPr="00345760" w:rsidRDefault="003457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760">
        <w:rPr>
          <w:rFonts w:ascii="Times New Roman" w:hAnsi="Times New Roman" w:cs="Times New Roman"/>
          <w:b/>
          <w:sz w:val="28"/>
          <w:szCs w:val="28"/>
        </w:rPr>
        <w:t>Đ</w:t>
      </w:r>
      <w:r w:rsidRPr="00345760">
        <w:rPr>
          <w:rFonts w:ascii="Times New Roman" w:hAnsi="Times New Roman" w:cs="Times New Roman"/>
          <w:b/>
          <w:sz w:val="28"/>
          <w:szCs w:val="28"/>
        </w:rPr>
        <w:t>ộ</w:t>
      </w:r>
      <w:r w:rsidRPr="00345760">
        <w:rPr>
          <w:rFonts w:ascii="Times New Roman" w:hAnsi="Times New Roman" w:cs="Times New Roman"/>
          <w:b/>
          <w:sz w:val="28"/>
          <w:szCs w:val="28"/>
        </w:rPr>
        <w:t>c l</w:t>
      </w:r>
      <w:r w:rsidRPr="00345760">
        <w:rPr>
          <w:rFonts w:ascii="Times New Roman" w:hAnsi="Times New Roman" w:cs="Times New Roman"/>
          <w:b/>
          <w:sz w:val="28"/>
          <w:szCs w:val="28"/>
        </w:rPr>
        <w:t>ậ</w:t>
      </w:r>
      <w:r w:rsidRPr="00345760">
        <w:rPr>
          <w:rFonts w:ascii="Times New Roman" w:hAnsi="Times New Roman" w:cs="Times New Roman"/>
          <w:b/>
          <w:sz w:val="28"/>
          <w:szCs w:val="28"/>
        </w:rPr>
        <w:t>p - T</w:t>
      </w:r>
      <w:r w:rsidRPr="00345760">
        <w:rPr>
          <w:rFonts w:ascii="Times New Roman" w:hAnsi="Times New Roman" w:cs="Times New Roman"/>
          <w:b/>
          <w:sz w:val="28"/>
          <w:szCs w:val="28"/>
        </w:rPr>
        <w:t>ự</w:t>
      </w:r>
      <w:r w:rsidRPr="00345760">
        <w:rPr>
          <w:rFonts w:ascii="Times New Roman" w:hAnsi="Times New Roman" w:cs="Times New Roman"/>
          <w:b/>
          <w:sz w:val="28"/>
          <w:szCs w:val="28"/>
        </w:rPr>
        <w:t xml:space="preserve"> do - H</w:t>
      </w:r>
      <w:r w:rsidRPr="00345760">
        <w:rPr>
          <w:rFonts w:ascii="Times New Roman" w:hAnsi="Times New Roman" w:cs="Times New Roman"/>
          <w:b/>
          <w:sz w:val="28"/>
          <w:szCs w:val="28"/>
        </w:rPr>
        <w:t>ạ</w:t>
      </w:r>
      <w:r w:rsidRPr="00345760">
        <w:rPr>
          <w:rFonts w:ascii="Times New Roman" w:hAnsi="Times New Roman" w:cs="Times New Roman"/>
          <w:b/>
          <w:sz w:val="28"/>
          <w:szCs w:val="28"/>
        </w:rPr>
        <w:t>nh phúc</w:t>
      </w:r>
    </w:p>
    <w:p w:rsidR="00B76208" w:rsidRPr="00345760" w:rsidRDefault="003457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760">
        <w:rPr>
          <w:rFonts w:ascii="Times New Roman" w:hAnsi="Times New Roman" w:cs="Times New Roman"/>
          <w:b/>
          <w:sz w:val="28"/>
          <w:szCs w:val="28"/>
        </w:rPr>
        <w:br/>
        <w:t>H</w:t>
      </w:r>
      <w:r w:rsidRPr="00345760">
        <w:rPr>
          <w:rFonts w:ascii="Times New Roman" w:hAnsi="Times New Roman" w:cs="Times New Roman"/>
          <w:b/>
          <w:sz w:val="28"/>
          <w:szCs w:val="28"/>
        </w:rPr>
        <w:t>Ợ</w:t>
      </w:r>
      <w:r w:rsidRPr="00345760">
        <w:rPr>
          <w:rFonts w:ascii="Times New Roman" w:hAnsi="Times New Roman" w:cs="Times New Roman"/>
          <w:b/>
          <w:sz w:val="28"/>
          <w:szCs w:val="28"/>
        </w:rPr>
        <w:t>P Đ</w:t>
      </w:r>
      <w:r w:rsidRPr="00345760">
        <w:rPr>
          <w:rFonts w:ascii="Times New Roman" w:hAnsi="Times New Roman" w:cs="Times New Roman"/>
          <w:b/>
          <w:sz w:val="28"/>
          <w:szCs w:val="28"/>
        </w:rPr>
        <w:t>Ồ</w:t>
      </w:r>
      <w:r w:rsidRPr="00345760">
        <w:rPr>
          <w:rFonts w:ascii="Times New Roman" w:hAnsi="Times New Roman" w:cs="Times New Roman"/>
          <w:b/>
          <w:sz w:val="28"/>
          <w:szCs w:val="28"/>
        </w:rPr>
        <w:t>NG CHO THUÊ M</w:t>
      </w:r>
      <w:r w:rsidRPr="00345760">
        <w:rPr>
          <w:rFonts w:ascii="Times New Roman" w:hAnsi="Times New Roman" w:cs="Times New Roman"/>
          <w:b/>
          <w:sz w:val="28"/>
          <w:szCs w:val="28"/>
        </w:rPr>
        <w:t>Ặ</w:t>
      </w:r>
      <w:r w:rsidRPr="00345760">
        <w:rPr>
          <w:rFonts w:ascii="Times New Roman" w:hAnsi="Times New Roman" w:cs="Times New Roman"/>
          <w:b/>
          <w:sz w:val="28"/>
          <w:szCs w:val="28"/>
        </w:rPr>
        <w:t>T B</w:t>
      </w:r>
      <w:r w:rsidRPr="00345760">
        <w:rPr>
          <w:rFonts w:ascii="Times New Roman" w:hAnsi="Times New Roman" w:cs="Times New Roman"/>
          <w:b/>
          <w:sz w:val="28"/>
          <w:szCs w:val="28"/>
        </w:rPr>
        <w:t>Ằ</w:t>
      </w:r>
      <w:r w:rsidRPr="00345760">
        <w:rPr>
          <w:rFonts w:ascii="Times New Roman" w:hAnsi="Times New Roman" w:cs="Times New Roman"/>
          <w:b/>
          <w:sz w:val="28"/>
          <w:szCs w:val="28"/>
        </w:rPr>
        <w:t>NG KINH DOANH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Hôm nay, ngày … tháng … năm …, t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i …, chúng tôi g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>m có:</w:t>
      </w:r>
      <w:r w:rsidRPr="00345760">
        <w:rPr>
          <w:rFonts w:ascii="Times New Roman" w:hAnsi="Times New Roman" w:cs="Times New Roman"/>
          <w:sz w:val="28"/>
          <w:szCs w:val="28"/>
        </w:rPr>
        <w:br/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BÊN CHO THUÊ (BÊN A):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H</w:t>
      </w:r>
      <w:r w:rsidRPr="00345760">
        <w:rPr>
          <w:rFonts w:ascii="Times New Roman" w:hAnsi="Times New Roman" w:cs="Times New Roman"/>
          <w:sz w:val="28"/>
          <w:szCs w:val="28"/>
        </w:rPr>
        <w:t>ọ</w:t>
      </w:r>
      <w:r w:rsidRPr="00345760">
        <w:rPr>
          <w:rFonts w:ascii="Times New Roman" w:hAnsi="Times New Roman" w:cs="Times New Roman"/>
          <w:sz w:val="28"/>
          <w:szCs w:val="28"/>
        </w:rPr>
        <w:t xml:space="preserve"> và tên: …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CMND/CCCD s</w:t>
      </w:r>
      <w:r w:rsidRPr="00345760">
        <w:rPr>
          <w:rFonts w:ascii="Times New Roman" w:hAnsi="Times New Roman" w:cs="Times New Roman"/>
          <w:sz w:val="28"/>
          <w:szCs w:val="28"/>
        </w:rPr>
        <w:t>ố</w:t>
      </w:r>
      <w:r w:rsidRPr="00345760">
        <w:rPr>
          <w:rFonts w:ascii="Times New Roman" w:hAnsi="Times New Roman" w:cs="Times New Roman"/>
          <w:sz w:val="28"/>
          <w:szCs w:val="28"/>
        </w:rPr>
        <w:t>: … c</w:t>
      </w:r>
      <w:r w:rsidRPr="00345760">
        <w:rPr>
          <w:rFonts w:ascii="Times New Roman" w:hAnsi="Times New Roman" w:cs="Times New Roman"/>
          <w:sz w:val="28"/>
          <w:szCs w:val="28"/>
        </w:rPr>
        <w:t>ấ</w:t>
      </w:r>
      <w:r w:rsidRPr="00345760">
        <w:rPr>
          <w:rFonts w:ascii="Times New Roman" w:hAnsi="Times New Roman" w:cs="Times New Roman"/>
          <w:sz w:val="28"/>
          <w:szCs w:val="28"/>
        </w:rPr>
        <w:t xml:space="preserve">p ngày </w:t>
      </w:r>
      <w:r w:rsidRPr="00345760">
        <w:rPr>
          <w:rFonts w:ascii="Times New Roman" w:hAnsi="Times New Roman" w:cs="Times New Roman"/>
          <w:sz w:val="28"/>
          <w:szCs w:val="28"/>
        </w:rPr>
        <w:t>… t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i …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Đ</w:t>
      </w:r>
      <w:r w:rsidRPr="00345760">
        <w:rPr>
          <w:rFonts w:ascii="Times New Roman" w:hAnsi="Times New Roman" w:cs="Times New Roman"/>
          <w:sz w:val="28"/>
          <w:szCs w:val="28"/>
        </w:rPr>
        <w:t>ị</w:t>
      </w:r>
      <w:r w:rsidRPr="00345760">
        <w:rPr>
          <w:rFonts w:ascii="Times New Roman" w:hAnsi="Times New Roman" w:cs="Times New Roman"/>
          <w:sz w:val="28"/>
          <w:szCs w:val="28"/>
        </w:rPr>
        <w:t>a ch</w:t>
      </w:r>
      <w:r w:rsidRPr="00345760">
        <w:rPr>
          <w:rFonts w:ascii="Times New Roman" w:hAnsi="Times New Roman" w:cs="Times New Roman"/>
          <w:sz w:val="28"/>
          <w:szCs w:val="28"/>
        </w:rPr>
        <w:t>ỉ</w:t>
      </w:r>
      <w:r w:rsidRPr="00345760">
        <w:rPr>
          <w:rFonts w:ascii="Times New Roman" w:hAnsi="Times New Roman" w:cs="Times New Roman"/>
          <w:sz w:val="28"/>
          <w:szCs w:val="28"/>
        </w:rPr>
        <w:t>: …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S</w:t>
      </w:r>
      <w:r w:rsidRPr="00345760">
        <w:rPr>
          <w:rFonts w:ascii="Times New Roman" w:hAnsi="Times New Roman" w:cs="Times New Roman"/>
          <w:sz w:val="28"/>
          <w:szCs w:val="28"/>
        </w:rPr>
        <w:t>ố</w:t>
      </w:r>
      <w:r w:rsidRPr="00345760">
        <w:rPr>
          <w:rFonts w:ascii="Times New Roman" w:hAnsi="Times New Roman" w:cs="Times New Roman"/>
          <w:sz w:val="28"/>
          <w:szCs w:val="28"/>
        </w:rPr>
        <w:t xml:space="preserve"> đi</w:t>
      </w:r>
      <w:r w:rsidRPr="00345760">
        <w:rPr>
          <w:rFonts w:ascii="Times New Roman" w:hAnsi="Times New Roman" w:cs="Times New Roman"/>
          <w:sz w:val="28"/>
          <w:szCs w:val="28"/>
        </w:rPr>
        <w:t>ệ</w:t>
      </w:r>
      <w:r w:rsidRPr="00345760">
        <w:rPr>
          <w:rFonts w:ascii="Times New Roman" w:hAnsi="Times New Roman" w:cs="Times New Roman"/>
          <w:sz w:val="28"/>
          <w:szCs w:val="28"/>
        </w:rPr>
        <w:t>n tho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i: …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br/>
        <w:t>BÊN THUÊ (BÊN B):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H</w:t>
      </w:r>
      <w:r w:rsidRPr="00345760">
        <w:rPr>
          <w:rFonts w:ascii="Times New Roman" w:hAnsi="Times New Roman" w:cs="Times New Roman"/>
          <w:sz w:val="28"/>
          <w:szCs w:val="28"/>
        </w:rPr>
        <w:t>ọ</w:t>
      </w:r>
      <w:r w:rsidRPr="00345760">
        <w:rPr>
          <w:rFonts w:ascii="Times New Roman" w:hAnsi="Times New Roman" w:cs="Times New Roman"/>
          <w:sz w:val="28"/>
          <w:szCs w:val="28"/>
        </w:rPr>
        <w:t xml:space="preserve"> và tên/Đơn v</w:t>
      </w:r>
      <w:r w:rsidRPr="00345760">
        <w:rPr>
          <w:rFonts w:ascii="Times New Roman" w:hAnsi="Times New Roman" w:cs="Times New Roman"/>
          <w:sz w:val="28"/>
          <w:szCs w:val="28"/>
        </w:rPr>
        <w:t>ị</w:t>
      </w:r>
      <w:r w:rsidRPr="00345760">
        <w:rPr>
          <w:rFonts w:ascii="Times New Roman" w:hAnsi="Times New Roman" w:cs="Times New Roman"/>
          <w:sz w:val="28"/>
          <w:szCs w:val="28"/>
        </w:rPr>
        <w:t>: …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CMND/CCCD/Mã s</w:t>
      </w:r>
      <w:r w:rsidRPr="00345760">
        <w:rPr>
          <w:rFonts w:ascii="Times New Roman" w:hAnsi="Times New Roman" w:cs="Times New Roman"/>
          <w:sz w:val="28"/>
          <w:szCs w:val="28"/>
        </w:rPr>
        <w:t>ố</w:t>
      </w:r>
      <w:r w:rsidRPr="00345760">
        <w:rPr>
          <w:rFonts w:ascii="Times New Roman" w:hAnsi="Times New Roman" w:cs="Times New Roman"/>
          <w:sz w:val="28"/>
          <w:szCs w:val="28"/>
        </w:rPr>
        <w:t xml:space="preserve"> thu</w:t>
      </w:r>
      <w:r w:rsidRPr="00345760">
        <w:rPr>
          <w:rFonts w:ascii="Times New Roman" w:hAnsi="Times New Roman" w:cs="Times New Roman"/>
          <w:sz w:val="28"/>
          <w:szCs w:val="28"/>
        </w:rPr>
        <w:t>ế</w:t>
      </w:r>
      <w:r w:rsidRPr="00345760">
        <w:rPr>
          <w:rFonts w:ascii="Times New Roman" w:hAnsi="Times New Roman" w:cs="Times New Roman"/>
          <w:sz w:val="28"/>
          <w:szCs w:val="28"/>
        </w:rPr>
        <w:t>: …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Đ</w:t>
      </w:r>
      <w:r w:rsidRPr="00345760">
        <w:rPr>
          <w:rFonts w:ascii="Times New Roman" w:hAnsi="Times New Roman" w:cs="Times New Roman"/>
          <w:sz w:val="28"/>
          <w:szCs w:val="28"/>
        </w:rPr>
        <w:t>ị</w:t>
      </w:r>
      <w:r w:rsidRPr="00345760">
        <w:rPr>
          <w:rFonts w:ascii="Times New Roman" w:hAnsi="Times New Roman" w:cs="Times New Roman"/>
          <w:sz w:val="28"/>
          <w:szCs w:val="28"/>
        </w:rPr>
        <w:t>a ch</w:t>
      </w:r>
      <w:r w:rsidRPr="00345760">
        <w:rPr>
          <w:rFonts w:ascii="Times New Roman" w:hAnsi="Times New Roman" w:cs="Times New Roman"/>
          <w:sz w:val="28"/>
          <w:szCs w:val="28"/>
        </w:rPr>
        <w:t>ỉ</w:t>
      </w:r>
      <w:r w:rsidRPr="00345760">
        <w:rPr>
          <w:rFonts w:ascii="Times New Roman" w:hAnsi="Times New Roman" w:cs="Times New Roman"/>
          <w:sz w:val="28"/>
          <w:szCs w:val="28"/>
        </w:rPr>
        <w:t>: …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S</w:t>
      </w:r>
      <w:r w:rsidRPr="00345760">
        <w:rPr>
          <w:rFonts w:ascii="Times New Roman" w:hAnsi="Times New Roman" w:cs="Times New Roman"/>
          <w:sz w:val="28"/>
          <w:szCs w:val="28"/>
        </w:rPr>
        <w:t>ố</w:t>
      </w:r>
      <w:r w:rsidRPr="00345760">
        <w:rPr>
          <w:rFonts w:ascii="Times New Roman" w:hAnsi="Times New Roman" w:cs="Times New Roman"/>
          <w:sz w:val="28"/>
          <w:szCs w:val="28"/>
        </w:rPr>
        <w:t xml:space="preserve"> đi</w:t>
      </w:r>
      <w:r w:rsidRPr="00345760">
        <w:rPr>
          <w:rFonts w:ascii="Times New Roman" w:hAnsi="Times New Roman" w:cs="Times New Roman"/>
          <w:sz w:val="28"/>
          <w:szCs w:val="28"/>
        </w:rPr>
        <w:t>ệ</w:t>
      </w:r>
      <w:r w:rsidRPr="00345760">
        <w:rPr>
          <w:rFonts w:ascii="Times New Roman" w:hAnsi="Times New Roman" w:cs="Times New Roman"/>
          <w:sz w:val="28"/>
          <w:szCs w:val="28"/>
        </w:rPr>
        <w:t>n tho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i: …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br/>
        <w:t>Sau khi bàn b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c, hai bên th</w:t>
      </w:r>
      <w:r w:rsidRPr="00345760">
        <w:rPr>
          <w:rFonts w:ascii="Times New Roman" w:hAnsi="Times New Roman" w:cs="Times New Roman"/>
          <w:sz w:val="28"/>
          <w:szCs w:val="28"/>
        </w:rPr>
        <w:t>ố</w:t>
      </w:r>
      <w:r w:rsidRPr="00345760">
        <w:rPr>
          <w:rFonts w:ascii="Times New Roman" w:hAnsi="Times New Roman" w:cs="Times New Roman"/>
          <w:sz w:val="28"/>
          <w:szCs w:val="28"/>
        </w:rPr>
        <w:t>ng nh</w:t>
      </w:r>
      <w:r w:rsidRPr="00345760">
        <w:rPr>
          <w:rFonts w:ascii="Times New Roman" w:hAnsi="Times New Roman" w:cs="Times New Roman"/>
          <w:sz w:val="28"/>
          <w:szCs w:val="28"/>
        </w:rPr>
        <w:t>ấ</w:t>
      </w:r>
      <w:r w:rsidRPr="00345760">
        <w:rPr>
          <w:rFonts w:ascii="Times New Roman" w:hAnsi="Times New Roman" w:cs="Times New Roman"/>
          <w:sz w:val="28"/>
          <w:szCs w:val="28"/>
        </w:rPr>
        <w:t>t ký h</w:t>
      </w:r>
      <w:r w:rsidRPr="00345760">
        <w:rPr>
          <w:rFonts w:ascii="Times New Roman" w:hAnsi="Times New Roman" w:cs="Times New Roman"/>
          <w:sz w:val="28"/>
          <w:szCs w:val="28"/>
        </w:rPr>
        <w:t>ợ</w:t>
      </w:r>
      <w:r w:rsidRPr="00345760">
        <w:rPr>
          <w:rFonts w:ascii="Times New Roman" w:hAnsi="Times New Roman" w:cs="Times New Roman"/>
          <w:sz w:val="28"/>
          <w:szCs w:val="28"/>
        </w:rPr>
        <w:t>p đ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>ng cho thuê m</w:t>
      </w:r>
      <w:r w:rsidRPr="00345760">
        <w:rPr>
          <w:rFonts w:ascii="Times New Roman" w:hAnsi="Times New Roman" w:cs="Times New Roman"/>
          <w:sz w:val="28"/>
          <w:szCs w:val="28"/>
        </w:rPr>
        <w:t>ặ</w:t>
      </w:r>
      <w:r w:rsidRPr="00345760">
        <w:rPr>
          <w:rFonts w:ascii="Times New Roman" w:hAnsi="Times New Roman" w:cs="Times New Roman"/>
          <w:sz w:val="28"/>
          <w:szCs w:val="28"/>
        </w:rPr>
        <w:t>t b</w:t>
      </w:r>
      <w:r w:rsidRPr="00345760">
        <w:rPr>
          <w:rFonts w:ascii="Times New Roman" w:hAnsi="Times New Roman" w:cs="Times New Roman"/>
          <w:sz w:val="28"/>
          <w:szCs w:val="28"/>
        </w:rPr>
        <w:t>ằ</w:t>
      </w:r>
      <w:r w:rsidRPr="00345760">
        <w:rPr>
          <w:rFonts w:ascii="Times New Roman" w:hAnsi="Times New Roman" w:cs="Times New Roman"/>
          <w:sz w:val="28"/>
          <w:szCs w:val="28"/>
        </w:rPr>
        <w:t>ng v</w:t>
      </w:r>
      <w:r w:rsidRPr="00345760">
        <w:rPr>
          <w:rFonts w:ascii="Times New Roman" w:hAnsi="Times New Roman" w:cs="Times New Roman"/>
          <w:sz w:val="28"/>
          <w:szCs w:val="28"/>
        </w:rPr>
        <w:t>ớ</w:t>
      </w:r>
      <w:r w:rsidRPr="00345760">
        <w:rPr>
          <w:rFonts w:ascii="Times New Roman" w:hAnsi="Times New Roman" w:cs="Times New Roman"/>
          <w:sz w:val="28"/>
          <w:szCs w:val="28"/>
        </w:rPr>
        <w:t>i các đi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u kho</w:t>
      </w:r>
      <w:r w:rsidRPr="00345760">
        <w:rPr>
          <w:rFonts w:ascii="Times New Roman" w:hAnsi="Times New Roman" w:cs="Times New Roman"/>
          <w:sz w:val="28"/>
          <w:szCs w:val="28"/>
        </w:rPr>
        <w:t>ả</w:t>
      </w:r>
      <w:r w:rsidRPr="00345760">
        <w:rPr>
          <w:rFonts w:ascii="Times New Roman" w:hAnsi="Times New Roman" w:cs="Times New Roman"/>
          <w:sz w:val="28"/>
          <w:szCs w:val="28"/>
        </w:rPr>
        <w:t>n sau:</w:t>
      </w:r>
      <w:r w:rsidRPr="00345760">
        <w:rPr>
          <w:rFonts w:ascii="Times New Roman" w:hAnsi="Times New Roman" w:cs="Times New Roman"/>
          <w:sz w:val="28"/>
          <w:szCs w:val="28"/>
        </w:rPr>
        <w:br/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Đi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u 1. Đ</w:t>
      </w:r>
      <w:r w:rsidRPr="00345760">
        <w:rPr>
          <w:rFonts w:ascii="Times New Roman" w:hAnsi="Times New Roman" w:cs="Times New Roman"/>
          <w:sz w:val="28"/>
          <w:szCs w:val="28"/>
        </w:rPr>
        <w:t>ố</w:t>
      </w:r>
      <w:r w:rsidRPr="00345760">
        <w:rPr>
          <w:rFonts w:ascii="Times New Roman" w:hAnsi="Times New Roman" w:cs="Times New Roman"/>
          <w:sz w:val="28"/>
          <w:szCs w:val="28"/>
        </w:rPr>
        <w:t>i tư</w:t>
      </w:r>
      <w:r w:rsidRPr="00345760">
        <w:rPr>
          <w:rFonts w:ascii="Times New Roman" w:hAnsi="Times New Roman" w:cs="Times New Roman"/>
          <w:sz w:val="28"/>
          <w:szCs w:val="28"/>
        </w:rPr>
        <w:t>ợ</w:t>
      </w:r>
      <w:r w:rsidRPr="00345760">
        <w:rPr>
          <w:rFonts w:ascii="Times New Roman" w:hAnsi="Times New Roman" w:cs="Times New Roman"/>
          <w:sz w:val="28"/>
          <w:szCs w:val="28"/>
        </w:rPr>
        <w:t>ng h</w:t>
      </w:r>
      <w:r w:rsidRPr="00345760">
        <w:rPr>
          <w:rFonts w:ascii="Times New Roman" w:hAnsi="Times New Roman" w:cs="Times New Roman"/>
          <w:sz w:val="28"/>
          <w:szCs w:val="28"/>
        </w:rPr>
        <w:t>ợ</w:t>
      </w:r>
      <w:r w:rsidRPr="00345760">
        <w:rPr>
          <w:rFonts w:ascii="Times New Roman" w:hAnsi="Times New Roman" w:cs="Times New Roman"/>
          <w:sz w:val="28"/>
          <w:szCs w:val="28"/>
        </w:rPr>
        <w:t>p đ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>n</w:t>
      </w:r>
      <w:r w:rsidRPr="00345760">
        <w:rPr>
          <w:rFonts w:ascii="Times New Roman" w:hAnsi="Times New Roman" w:cs="Times New Roman"/>
          <w:sz w:val="28"/>
          <w:szCs w:val="28"/>
        </w:rPr>
        <w:t>g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Bên A đ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>ng ý cho Bên B thuê m</w:t>
      </w:r>
      <w:r w:rsidRPr="00345760">
        <w:rPr>
          <w:rFonts w:ascii="Times New Roman" w:hAnsi="Times New Roman" w:cs="Times New Roman"/>
          <w:sz w:val="28"/>
          <w:szCs w:val="28"/>
        </w:rPr>
        <w:t>ặ</w:t>
      </w:r>
      <w:r w:rsidRPr="00345760">
        <w:rPr>
          <w:rFonts w:ascii="Times New Roman" w:hAnsi="Times New Roman" w:cs="Times New Roman"/>
          <w:sz w:val="28"/>
          <w:szCs w:val="28"/>
        </w:rPr>
        <w:t>t b</w:t>
      </w:r>
      <w:r w:rsidRPr="00345760">
        <w:rPr>
          <w:rFonts w:ascii="Times New Roman" w:hAnsi="Times New Roman" w:cs="Times New Roman"/>
          <w:sz w:val="28"/>
          <w:szCs w:val="28"/>
        </w:rPr>
        <w:t>ằ</w:t>
      </w:r>
      <w:r w:rsidRPr="00345760">
        <w:rPr>
          <w:rFonts w:ascii="Times New Roman" w:hAnsi="Times New Roman" w:cs="Times New Roman"/>
          <w:sz w:val="28"/>
          <w:szCs w:val="28"/>
        </w:rPr>
        <w:t>ng t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i đ</w:t>
      </w:r>
      <w:r w:rsidRPr="00345760">
        <w:rPr>
          <w:rFonts w:ascii="Times New Roman" w:hAnsi="Times New Roman" w:cs="Times New Roman"/>
          <w:sz w:val="28"/>
          <w:szCs w:val="28"/>
        </w:rPr>
        <w:t>ị</w:t>
      </w:r>
      <w:r w:rsidRPr="00345760">
        <w:rPr>
          <w:rFonts w:ascii="Times New Roman" w:hAnsi="Times New Roman" w:cs="Times New Roman"/>
          <w:sz w:val="28"/>
          <w:szCs w:val="28"/>
        </w:rPr>
        <w:t>a ch</w:t>
      </w:r>
      <w:r w:rsidRPr="00345760">
        <w:rPr>
          <w:rFonts w:ascii="Times New Roman" w:hAnsi="Times New Roman" w:cs="Times New Roman"/>
          <w:sz w:val="28"/>
          <w:szCs w:val="28"/>
        </w:rPr>
        <w:t>ỉ</w:t>
      </w:r>
      <w:r w:rsidRPr="00345760">
        <w:rPr>
          <w:rFonts w:ascii="Times New Roman" w:hAnsi="Times New Roman" w:cs="Times New Roman"/>
          <w:sz w:val="28"/>
          <w:szCs w:val="28"/>
        </w:rPr>
        <w:t xml:space="preserve">: … (là nhà </w:t>
      </w:r>
      <w:r w:rsidRPr="00345760">
        <w:rPr>
          <w:rFonts w:ascii="Times New Roman" w:hAnsi="Times New Roman" w:cs="Times New Roman"/>
          <w:sz w:val="28"/>
          <w:szCs w:val="28"/>
        </w:rPr>
        <w:t>ở</w:t>
      </w:r>
      <w:r w:rsidRPr="00345760">
        <w:rPr>
          <w:rFonts w:ascii="Times New Roman" w:hAnsi="Times New Roman" w:cs="Times New Roman"/>
          <w:sz w:val="28"/>
          <w:szCs w:val="28"/>
        </w:rPr>
        <w:t xml:space="preserve"> thu</w:t>
      </w:r>
      <w:r w:rsidRPr="00345760">
        <w:rPr>
          <w:rFonts w:ascii="Times New Roman" w:hAnsi="Times New Roman" w:cs="Times New Roman"/>
          <w:sz w:val="28"/>
          <w:szCs w:val="28"/>
        </w:rPr>
        <w:t>ộ</w:t>
      </w:r>
      <w:r w:rsidRPr="00345760">
        <w:rPr>
          <w:rFonts w:ascii="Times New Roman" w:hAnsi="Times New Roman" w:cs="Times New Roman"/>
          <w:sz w:val="28"/>
          <w:szCs w:val="28"/>
        </w:rPr>
        <w:t>c s</w:t>
      </w:r>
      <w:r w:rsidRPr="00345760">
        <w:rPr>
          <w:rFonts w:ascii="Times New Roman" w:hAnsi="Times New Roman" w:cs="Times New Roman"/>
          <w:sz w:val="28"/>
          <w:szCs w:val="28"/>
        </w:rPr>
        <w:t>ở</w:t>
      </w:r>
      <w:r w:rsidRPr="00345760">
        <w:rPr>
          <w:rFonts w:ascii="Times New Roman" w:hAnsi="Times New Roman" w:cs="Times New Roman"/>
          <w:sz w:val="28"/>
          <w:szCs w:val="28"/>
        </w:rPr>
        <w:t xml:space="preserve"> h</w:t>
      </w:r>
      <w:r w:rsidRPr="00345760">
        <w:rPr>
          <w:rFonts w:ascii="Times New Roman" w:hAnsi="Times New Roman" w:cs="Times New Roman"/>
          <w:sz w:val="28"/>
          <w:szCs w:val="28"/>
        </w:rPr>
        <w:t>ữ</w:t>
      </w:r>
      <w:r w:rsidRPr="00345760">
        <w:rPr>
          <w:rFonts w:ascii="Times New Roman" w:hAnsi="Times New Roman" w:cs="Times New Roman"/>
          <w:sz w:val="28"/>
          <w:szCs w:val="28"/>
        </w:rPr>
        <w:t>u h</w:t>
      </w:r>
      <w:r w:rsidRPr="00345760">
        <w:rPr>
          <w:rFonts w:ascii="Times New Roman" w:hAnsi="Times New Roman" w:cs="Times New Roman"/>
          <w:sz w:val="28"/>
          <w:szCs w:val="28"/>
        </w:rPr>
        <w:t>ợ</w:t>
      </w:r>
      <w:r w:rsidRPr="00345760">
        <w:rPr>
          <w:rFonts w:ascii="Times New Roman" w:hAnsi="Times New Roman" w:cs="Times New Roman"/>
          <w:sz w:val="28"/>
          <w:szCs w:val="28"/>
        </w:rPr>
        <w:t>p pháp c</w:t>
      </w:r>
      <w:r w:rsidRPr="00345760">
        <w:rPr>
          <w:rFonts w:ascii="Times New Roman" w:hAnsi="Times New Roman" w:cs="Times New Roman"/>
          <w:sz w:val="28"/>
          <w:szCs w:val="28"/>
        </w:rPr>
        <w:t>ủ</w:t>
      </w:r>
      <w:r w:rsidRPr="00345760">
        <w:rPr>
          <w:rFonts w:ascii="Times New Roman" w:hAnsi="Times New Roman" w:cs="Times New Roman"/>
          <w:sz w:val="28"/>
          <w:szCs w:val="28"/>
        </w:rPr>
        <w:t>a Bên A) đ</w:t>
      </w:r>
      <w:r w:rsidRPr="00345760">
        <w:rPr>
          <w:rFonts w:ascii="Times New Roman" w:hAnsi="Times New Roman" w:cs="Times New Roman"/>
          <w:sz w:val="28"/>
          <w:szCs w:val="28"/>
        </w:rPr>
        <w:t>ể</w:t>
      </w:r>
      <w:r w:rsidRPr="00345760">
        <w:rPr>
          <w:rFonts w:ascii="Times New Roman" w:hAnsi="Times New Roman" w:cs="Times New Roman"/>
          <w:sz w:val="28"/>
          <w:szCs w:val="28"/>
        </w:rPr>
        <w:t xml:space="preserve"> s</w:t>
      </w:r>
      <w:r w:rsidRPr="00345760">
        <w:rPr>
          <w:rFonts w:ascii="Times New Roman" w:hAnsi="Times New Roman" w:cs="Times New Roman"/>
          <w:sz w:val="28"/>
          <w:szCs w:val="28"/>
        </w:rPr>
        <w:t>ử</w:t>
      </w:r>
      <w:r w:rsidRPr="00345760">
        <w:rPr>
          <w:rFonts w:ascii="Times New Roman" w:hAnsi="Times New Roman" w:cs="Times New Roman"/>
          <w:sz w:val="28"/>
          <w:szCs w:val="28"/>
        </w:rPr>
        <w:t xml:space="preserve"> d</w:t>
      </w:r>
      <w:r w:rsidRPr="00345760">
        <w:rPr>
          <w:rFonts w:ascii="Times New Roman" w:hAnsi="Times New Roman" w:cs="Times New Roman"/>
          <w:sz w:val="28"/>
          <w:szCs w:val="28"/>
        </w:rPr>
        <w:t>ụ</w:t>
      </w:r>
      <w:r w:rsidRPr="00345760">
        <w:rPr>
          <w:rFonts w:ascii="Times New Roman" w:hAnsi="Times New Roman" w:cs="Times New Roman"/>
          <w:sz w:val="28"/>
          <w:szCs w:val="28"/>
        </w:rPr>
        <w:t>ng vào m</w:t>
      </w:r>
      <w:r w:rsidRPr="00345760">
        <w:rPr>
          <w:rFonts w:ascii="Times New Roman" w:hAnsi="Times New Roman" w:cs="Times New Roman"/>
          <w:sz w:val="28"/>
          <w:szCs w:val="28"/>
        </w:rPr>
        <w:t>ụ</w:t>
      </w:r>
      <w:r w:rsidRPr="00345760">
        <w:rPr>
          <w:rFonts w:ascii="Times New Roman" w:hAnsi="Times New Roman" w:cs="Times New Roman"/>
          <w:sz w:val="28"/>
          <w:szCs w:val="28"/>
        </w:rPr>
        <w:t>c đích kinh doanh: …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lastRenderedPageBreak/>
        <w:br/>
        <w:t>Đi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u 2. Th</w:t>
      </w:r>
      <w:r w:rsidRPr="00345760">
        <w:rPr>
          <w:rFonts w:ascii="Times New Roman" w:hAnsi="Times New Roman" w:cs="Times New Roman"/>
          <w:sz w:val="28"/>
          <w:szCs w:val="28"/>
        </w:rPr>
        <w:t>ờ</w:t>
      </w:r>
      <w:r w:rsidRPr="00345760">
        <w:rPr>
          <w:rFonts w:ascii="Times New Roman" w:hAnsi="Times New Roman" w:cs="Times New Roman"/>
          <w:sz w:val="28"/>
          <w:szCs w:val="28"/>
        </w:rPr>
        <w:t>i h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n thuê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Th</w:t>
      </w:r>
      <w:r w:rsidRPr="00345760">
        <w:rPr>
          <w:rFonts w:ascii="Times New Roman" w:hAnsi="Times New Roman" w:cs="Times New Roman"/>
          <w:sz w:val="28"/>
          <w:szCs w:val="28"/>
        </w:rPr>
        <w:t>ờ</w:t>
      </w:r>
      <w:r w:rsidRPr="00345760">
        <w:rPr>
          <w:rFonts w:ascii="Times New Roman" w:hAnsi="Times New Roman" w:cs="Times New Roman"/>
          <w:sz w:val="28"/>
          <w:szCs w:val="28"/>
        </w:rPr>
        <w:t>i h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n thuê: … tháng/năm, k</w:t>
      </w:r>
      <w:r w:rsidRPr="00345760">
        <w:rPr>
          <w:rFonts w:ascii="Times New Roman" w:hAnsi="Times New Roman" w:cs="Times New Roman"/>
          <w:sz w:val="28"/>
          <w:szCs w:val="28"/>
        </w:rPr>
        <w:t>ể</w:t>
      </w:r>
      <w:r w:rsidRPr="00345760">
        <w:rPr>
          <w:rFonts w:ascii="Times New Roman" w:hAnsi="Times New Roman" w:cs="Times New Roman"/>
          <w:sz w:val="28"/>
          <w:szCs w:val="28"/>
        </w:rPr>
        <w:t xml:space="preserve"> t</w:t>
      </w:r>
      <w:r w:rsidRPr="00345760">
        <w:rPr>
          <w:rFonts w:ascii="Times New Roman" w:hAnsi="Times New Roman" w:cs="Times New Roman"/>
          <w:sz w:val="28"/>
          <w:szCs w:val="28"/>
        </w:rPr>
        <w:t>ừ</w:t>
      </w:r>
      <w:r w:rsidRPr="00345760">
        <w:rPr>
          <w:rFonts w:ascii="Times New Roman" w:hAnsi="Times New Roman" w:cs="Times New Roman"/>
          <w:sz w:val="28"/>
          <w:szCs w:val="28"/>
        </w:rPr>
        <w:t xml:space="preserve"> ngày … đ</w:t>
      </w:r>
      <w:r w:rsidRPr="00345760">
        <w:rPr>
          <w:rFonts w:ascii="Times New Roman" w:hAnsi="Times New Roman" w:cs="Times New Roman"/>
          <w:sz w:val="28"/>
          <w:szCs w:val="28"/>
        </w:rPr>
        <w:t>ế</w:t>
      </w:r>
      <w:r w:rsidRPr="00345760">
        <w:rPr>
          <w:rFonts w:ascii="Times New Roman" w:hAnsi="Times New Roman" w:cs="Times New Roman"/>
          <w:sz w:val="28"/>
          <w:szCs w:val="28"/>
        </w:rPr>
        <w:t>n ngày …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Sau th</w:t>
      </w:r>
      <w:r w:rsidRPr="00345760">
        <w:rPr>
          <w:rFonts w:ascii="Times New Roman" w:hAnsi="Times New Roman" w:cs="Times New Roman"/>
          <w:sz w:val="28"/>
          <w:szCs w:val="28"/>
        </w:rPr>
        <w:t>ờ</w:t>
      </w:r>
      <w:r w:rsidRPr="00345760">
        <w:rPr>
          <w:rFonts w:ascii="Times New Roman" w:hAnsi="Times New Roman" w:cs="Times New Roman"/>
          <w:sz w:val="28"/>
          <w:szCs w:val="28"/>
        </w:rPr>
        <w:t>i h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n trên, n</w:t>
      </w:r>
      <w:r w:rsidRPr="00345760">
        <w:rPr>
          <w:rFonts w:ascii="Times New Roman" w:hAnsi="Times New Roman" w:cs="Times New Roman"/>
          <w:sz w:val="28"/>
          <w:szCs w:val="28"/>
        </w:rPr>
        <w:t>ế</w:t>
      </w:r>
      <w:r w:rsidRPr="00345760">
        <w:rPr>
          <w:rFonts w:ascii="Times New Roman" w:hAnsi="Times New Roman" w:cs="Times New Roman"/>
          <w:sz w:val="28"/>
          <w:szCs w:val="28"/>
        </w:rPr>
        <w:t>u hai bên có nhu c</w:t>
      </w:r>
      <w:r w:rsidRPr="00345760">
        <w:rPr>
          <w:rFonts w:ascii="Times New Roman" w:hAnsi="Times New Roman" w:cs="Times New Roman"/>
          <w:sz w:val="28"/>
          <w:szCs w:val="28"/>
        </w:rPr>
        <w:t>ầ</w:t>
      </w:r>
      <w:r w:rsidRPr="00345760">
        <w:rPr>
          <w:rFonts w:ascii="Times New Roman" w:hAnsi="Times New Roman" w:cs="Times New Roman"/>
          <w:sz w:val="28"/>
          <w:szCs w:val="28"/>
        </w:rPr>
        <w:t xml:space="preserve">u </w:t>
      </w:r>
      <w:r w:rsidRPr="00345760">
        <w:rPr>
          <w:rFonts w:ascii="Times New Roman" w:hAnsi="Times New Roman" w:cs="Times New Roman"/>
          <w:sz w:val="28"/>
          <w:szCs w:val="28"/>
        </w:rPr>
        <w:t>ti</w:t>
      </w:r>
      <w:r w:rsidRPr="00345760">
        <w:rPr>
          <w:rFonts w:ascii="Times New Roman" w:hAnsi="Times New Roman" w:cs="Times New Roman"/>
          <w:sz w:val="28"/>
          <w:szCs w:val="28"/>
        </w:rPr>
        <w:t>ế</w:t>
      </w:r>
      <w:r w:rsidRPr="00345760">
        <w:rPr>
          <w:rFonts w:ascii="Times New Roman" w:hAnsi="Times New Roman" w:cs="Times New Roman"/>
          <w:sz w:val="28"/>
          <w:szCs w:val="28"/>
        </w:rPr>
        <w:t>p t</w:t>
      </w:r>
      <w:r w:rsidRPr="00345760">
        <w:rPr>
          <w:rFonts w:ascii="Times New Roman" w:hAnsi="Times New Roman" w:cs="Times New Roman"/>
          <w:sz w:val="28"/>
          <w:szCs w:val="28"/>
        </w:rPr>
        <w:t>ụ</w:t>
      </w:r>
      <w:r w:rsidRPr="00345760">
        <w:rPr>
          <w:rFonts w:ascii="Times New Roman" w:hAnsi="Times New Roman" w:cs="Times New Roman"/>
          <w:sz w:val="28"/>
          <w:szCs w:val="28"/>
        </w:rPr>
        <w:t>c thuê, s</w:t>
      </w:r>
      <w:r w:rsidRPr="00345760">
        <w:rPr>
          <w:rFonts w:ascii="Times New Roman" w:hAnsi="Times New Roman" w:cs="Times New Roman"/>
          <w:sz w:val="28"/>
          <w:szCs w:val="28"/>
        </w:rPr>
        <w:t>ẽ</w:t>
      </w:r>
      <w:r w:rsidRPr="00345760">
        <w:rPr>
          <w:rFonts w:ascii="Times New Roman" w:hAnsi="Times New Roman" w:cs="Times New Roman"/>
          <w:sz w:val="28"/>
          <w:szCs w:val="28"/>
        </w:rPr>
        <w:t xml:space="preserve"> ký h</w:t>
      </w:r>
      <w:r w:rsidRPr="00345760">
        <w:rPr>
          <w:rFonts w:ascii="Times New Roman" w:hAnsi="Times New Roman" w:cs="Times New Roman"/>
          <w:sz w:val="28"/>
          <w:szCs w:val="28"/>
        </w:rPr>
        <w:t>ợ</w:t>
      </w:r>
      <w:r w:rsidRPr="00345760">
        <w:rPr>
          <w:rFonts w:ascii="Times New Roman" w:hAnsi="Times New Roman" w:cs="Times New Roman"/>
          <w:sz w:val="28"/>
          <w:szCs w:val="28"/>
        </w:rPr>
        <w:t>p đ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>ng m</w:t>
      </w:r>
      <w:r w:rsidRPr="00345760">
        <w:rPr>
          <w:rFonts w:ascii="Times New Roman" w:hAnsi="Times New Roman" w:cs="Times New Roman"/>
          <w:sz w:val="28"/>
          <w:szCs w:val="28"/>
        </w:rPr>
        <w:t>ớ</w:t>
      </w:r>
      <w:r w:rsidRPr="00345760">
        <w:rPr>
          <w:rFonts w:ascii="Times New Roman" w:hAnsi="Times New Roman" w:cs="Times New Roman"/>
          <w:sz w:val="28"/>
          <w:szCs w:val="28"/>
        </w:rPr>
        <w:t>i.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br/>
        <w:t>Đi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u 3. Giá thuê và phương th</w:t>
      </w:r>
      <w:r w:rsidRPr="00345760">
        <w:rPr>
          <w:rFonts w:ascii="Times New Roman" w:hAnsi="Times New Roman" w:cs="Times New Roman"/>
          <w:sz w:val="28"/>
          <w:szCs w:val="28"/>
        </w:rPr>
        <w:t>ứ</w:t>
      </w:r>
      <w:r w:rsidRPr="00345760">
        <w:rPr>
          <w:rFonts w:ascii="Times New Roman" w:hAnsi="Times New Roman" w:cs="Times New Roman"/>
          <w:sz w:val="28"/>
          <w:szCs w:val="28"/>
        </w:rPr>
        <w:t>c thanh toán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Giá thuê: … đ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>ng/tháng (b</w:t>
      </w:r>
      <w:r w:rsidRPr="00345760">
        <w:rPr>
          <w:rFonts w:ascii="Times New Roman" w:hAnsi="Times New Roman" w:cs="Times New Roman"/>
          <w:sz w:val="28"/>
          <w:szCs w:val="28"/>
        </w:rPr>
        <w:t>ằ</w:t>
      </w:r>
      <w:r w:rsidRPr="00345760">
        <w:rPr>
          <w:rFonts w:ascii="Times New Roman" w:hAnsi="Times New Roman" w:cs="Times New Roman"/>
          <w:sz w:val="28"/>
          <w:szCs w:val="28"/>
        </w:rPr>
        <w:t>ng ch</w:t>
      </w:r>
      <w:r w:rsidRPr="00345760">
        <w:rPr>
          <w:rFonts w:ascii="Times New Roman" w:hAnsi="Times New Roman" w:cs="Times New Roman"/>
          <w:sz w:val="28"/>
          <w:szCs w:val="28"/>
        </w:rPr>
        <w:t>ữ</w:t>
      </w:r>
      <w:r w:rsidRPr="00345760">
        <w:rPr>
          <w:rFonts w:ascii="Times New Roman" w:hAnsi="Times New Roman" w:cs="Times New Roman"/>
          <w:sz w:val="28"/>
          <w:szCs w:val="28"/>
        </w:rPr>
        <w:t>: …)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Thanh toán: b</w:t>
      </w:r>
      <w:r w:rsidRPr="00345760">
        <w:rPr>
          <w:rFonts w:ascii="Times New Roman" w:hAnsi="Times New Roman" w:cs="Times New Roman"/>
          <w:sz w:val="28"/>
          <w:szCs w:val="28"/>
        </w:rPr>
        <w:t>ằ</w:t>
      </w:r>
      <w:r w:rsidRPr="00345760">
        <w:rPr>
          <w:rFonts w:ascii="Times New Roman" w:hAnsi="Times New Roman" w:cs="Times New Roman"/>
          <w:sz w:val="28"/>
          <w:szCs w:val="28"/>
        </w:rPr>
        <w:t>ng ti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n m</w:t>
      </w:r>
      <w:r w:rsidRPr="00345760">
        <w:rPr>
          <w:rFonts w:ascii="Times New Roman" w:hAnsi="Times New Roman" w:cs="Times New Roman"/>
          <w:sz w:val="28"/>
          <w:szCs w:val="28"/>
        </w:rPr>
        <w:t>ặ</w:t>
      </w:r>
      <w:r w:rsidRPr="00345760">
        <w:rPr>
          <w:rFonts w:ascii="Times New Roman" w:hAnsi="Times New Roman" w:cs="Times New Roman"/>
          <w:sz w:val="28"/>
          <w:szCs w:val="28"/>
        </w:rPr>
        <w:t>t/chuy</w:t>
      </w:r>
      <w:r w:rsidRPr="00345760">
        <w:rPr>
          <w:rFonts w:ascii="Times New Roman" w:hAnsi="Times New Roman" w:cs="Times New Roman"/>
          <w:sz w:val="28"/>
          <w:szCs w:val="28"/>
        </w:rPr>
        <w:t>ể</w:t>
      </w:r>
      <w:r w:rsidRPr="00345760">
        <w:rPr>
          <w:rFonts w:ascii="Times New Roman" w:hAnsi="Times New Roman" w:cs="Times New Roman"/>
          <w:sz w:val="28"/>
          <w:szCs w:val="28"/>
        </w:rPr>
        <w:t>n kho</w:t>
      </w:r>
      <w:r w:rsidRPr="00345760">
        <w:rPr>
          <w:rFonts w:ascii="Times New Roman" w:hAnsi="Times New Roman" w:cs="Times New Roman"/>
          <w:sz w:val="28"/>
          <w:szCs w:val="28"/>
        </w:rPr>
        <w:t>ả</w:t>
      </w:r>
      <w:r w:rsidRPr="00345760">
        <w:rPr>
          <w:rFonts w:ascii="Times New Roman" w:hAnsi="Times New Roman" w:cs="Times New Roman"/>
          <w:sz w:val="28"/>
          <w:szCs w:val="28"/>
        </w:rPr>
        <w:t>n vào ngày … hàng tháng.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Ti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n đ</w:t>
      </w:r>
      <w:r w:rsidRPr="00345760">
        <w:rPr>
          <w:rFonts w:ascii="Times New Roman" w:hAnsi="Times New Roman" w:cs="Times New Roman"/>
          <w:sz w:val="28"/>
          <w:szCs w:val="28"/>
        </w:rPr>
        <w:t>ặ</w:t>
      </w:r>
      <w:r w:rsidRPr="00345760">
        <w:rPr>
          <w:rFonts w:ascii="Times New Roman" w:hAnsi="Times New Roman" w:cs="Times New Roman"/>
          <w:sz w:val="28"/>
          <w:szCs w:val="28"/>
        </w:rPr>
        <w:t>t c</w:t>
      </w:r>
      <w:r w:rsidRPr="00345760">
        <w:rPr>
          <w:rFonts w:ascii="Times New Roman" w:hAnsi="Times New Roman" w:cs="Times New Roman"/>
          <w:sz w:val="28"/>
          <w:szCs w:val="28"/>
        </w:rPr>
        <w:t>ọ</w:t>
      </w:r>
      <w:r w:rsidRPr="00345760">
        <w:rPr>
          <w:rFonts w:ascii="Times New Roman" w:hAnsi="Times New Roman" w:cs="Times New Roman"/>
          <w:sz w:val="28"/>
          <w:szCs w:val="28"/>
        </w:rPr>
        <w:t>c: … đ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>ng.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br/>
        <w:t>Đi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u 4. Quy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n và nghĩa v</w:t>
      </w:r>
      <w:r w:rsidRPr="00345760">
        <w:rPr>
          <w:rFonts w:ascii="Times New Roman" w:hAnsi="Times New Roman" w:cs="Times New Roman"/>
          <w:sz w:val="28"/>
          <w:szCs w:val="28"/>
        </w:rPr>
        <w:t>ụ</w:t>
      </w:r>
      <w:r w:rsidRPr="00345760">
        <w:rPr>
          <w:rFonts w:ascii="Times New Roman" w:hAnsi="Times New Roman" w:cs="Times New Roman"/>
          <w:sz w:val="28"/>
          <w:szCs w:val="28"/>
        </w:rPr>
        <w:t xml:space="preserve"> c</w:t>
      </w:r>
      <w:r w:rsidRPr="00345760">
        <w:rPr>
          <w:rFonts w:ascii="Times New Roman" w:hAnsi="Times New Roman" w:cs="Times New Roman"/>
          <w:sz w:val="28"/>
          <w:szCs w:val="28"/>
        </w:rPr>
        <w:t>ủ</w:t>
      </w:r>
      <w:r w:rsidRPr="00345760">
        <w:rPr>
          <w:rFonts w:ascii="Times New Roman" w:hAnsi="Times New Roman" w:cs="Times New Roman"/>
          <w:sz w:val="28"/>
          <w:szCs w:val="28"/>
        </w:rPr>
        <w:t>a Bên A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Bàn giao m</w:t>
      </w:r>
      <w:r w:rsidRPr="00345760">
        <w:rPr>
          <w:rFonts w:ascii="Times New Roman" w:hAnsi="Times New Roman" w:cs="Times New Roman"/>
          <w:sz w:val="28"/>
          <w:szCs w:val="28"/>
        </w:rPr>
        <w:t>ặ</w:t>
      </w:r>
      <w:r w:rsidRPr="00345760">
        <w:rPr>
          <w:rFonts w:ascii="Times New Roman" w:hAnsi="Times New Roman" w:cs="Times New Roman"/>
          <w:sz w:val="28"/>
          <w:szCs w:val="28"/>
        </w:rPr>
        <w:t>t b</w:t>
      </w:r>
      <w:r w:rsidRPr="00345760">
        <w:rPr>
          <w:rFonts w:ascii="Times New Roman" w:hAnsi="Times New Roman" w:cs="Times New Roman"/>
          <w:sz w:val="28"/>
          <w:szCs w:val="28"/>
        </w:rPr>
        <w:t>ằ</w:t>
      </w:r>
      <w:r w:rsidRPr="00345760">
        <w:rPr>
          <w:rFonts w:ascii="Times New Roman" w:hAnsi="Times New Roman" w:cs="Times New Roman"/>
          <w:sz w:val="28"/>
          <w:szCs w:val="28"/>
        </w:rPr>
        <w:t>ng đúng hi</w:t>
      </w:r>
      <w:r w:rsidRPr="00345760">
        <w:rPr>
          <w:rFonts w:ascii="Times New Roman" w:hAnsi="Times New Roman" w:cs="Times New Roman"/>
          <w:sz w:val="28"/>
          <w:szCs w:val="28"/>
        </w:rPr>
        <w:t>ệ</w:t>
      </w:r>
      <w:r w:rsidRPr="00345760">
        <w:rPr>
          <w:rFonts w:ascii="Times New Roman" w:hAnsi="Times New Roman" w:cs="Times New Roman"/>
          <w:sz w:val="28"/>
          <w:szCs w:val="28"/>
        </w:rPr>
        <w:t>n tr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ng cho Bên B.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B</w:t>
      </w:r>
      <w:r w:rsidRPr="00345760">
        <w:rPr>
          <w:rFonts w:ascii="Times New Roman" w:hAnsi="Times New Roman" w:cs="Times New Roman"/>
          <w:sz w:val="28"/>
          <w:szCs w:val="28"/>
        </w:rPr>
        <w:t>ả</w:t>
      </w:r>
      <w:r w:rsidRPr="00345760">
        <w:rPr>
          <w:rFonts w:ascii="Times New Roman" w:hAnsi="Times New Roman" w:cs="Times New Roman"/>
          <w:sz w:val="28"/>
          <w:szCs w:val="28"/>
        </w:rPr>
        <w:t>o đ</w:t>
      </w:r>
      <w:r w:rsidRPr="00345760">
        <w:rPr>
          <w:rFonts w:ascii="Times New Roman" w:hAnsi="Times New Roman" w:cs="Times New Roman"/>
          <w:sz w:val="28"/>
          <w:szCs w:val="28"/>
        </w:rPr>
        <w:t>ả</w:t>
      </w:r>
      <w:r w:rsidRPr="00345760">
        <w:rPr>
          <w:rFonts w:ascii="Times New Roman" w:hAnsi="Times New Roman" w:cs="Times New Roman"/>
          <w:sz w:val="28"/>
          <w:szCs w:val="28"/>
        </w:rPr>
        <w:t>m quy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n s</w:t>
      </w:r>
      <w:r w:rsidRPr="00345760">
        <w:rPr>
          <w:rFonts w:ascii="Times New Roman" w:hAnsi="Times New Roman" w:cs="Times New Roman"/>
          <w:sz w:val="28"/>
          <w:szCs w:val="28"/>
        </w:rPr>
        <w:t>ử</w:t>
      </w:r>
      <w:r w:rsidRPr="00345760">
        <w:rPr>
          <w:rFonts w:ascii="Times New Roman" w:hAnsi="Times New Roman" w:cs="Times New Roman"/>
          <w:sz w:val="28"/>
          <w:szCs w:val="28"/>
        </w:rPr>
        <w:t xml:space="preserve"> d</w:t>
      </w:r>
      <w:r w:rsidRPr="00345760">
        <w:rPr>
          <w:rFonts w:ascii="Times New Roman" w:hAnsi="Times New Roman" w:cs="Times New Roman"/>
          <w:sz w:val="28"/>
          <w:szCs w:val="28"/>
        </w:rPr>
        <w:t>ụ</w:t>
      </w:r>
      <w:r w:rsidRPr="00345760">
        <w:rPr>
          <w:rFonts w:ascii="Times New Roman" w:hAnsi="Times New Roman" w:cs="Times New Roman"/>
          <w:sz w:val="28"/>
          <w:szCs w:val="28"/>
        </w:rPr>
        <w:t>ng h</w:t>
      </w:r>
      <w:r w:rsidRPr="00345760">
        <w:rPr>
          <w:rFonts w:ascii="Times New Roman" w:hAnsi="Times New Roman" w:cs="Times New Roman"/>
          <w:sz w:val="28"/>
          <w:szCs w:val="28"/>
        </w:rPr>
        <w:t>ợ</w:t>
      </w:r>
      <w:r w:rsidRPr="00345760">
        <w:rPr>
          <w:rFonts w:ascii="Times New Roman" w:hAnsi="Times New Roman" w:cs="Times New Roman"/>
          <w:sz w:val="28"/>
          <w:szCs w:val="28"/>
        </w:rPr>
        <w:t>p pháp cho Bên B trong th</w:t>
      </w:r>
      <w:r w:rsidRPr="00345760">
        <w:rPr>
          <w:rFonts w:ascii="Times New Roman" w:hAnsi="Times New Roman" w:cs="Times New Roman"/>
          <w:sz w:val="28"/>
          <w:szCs w:val="28"/>
        </w:rPr>
        <w:t>ờ</w:t>
      </w:r>
      <w:r w:rsidRPr="00345760">
        <w:rPr>
          <w:rFonts w:ascii="Times New Roman" w:hAnsi="Times New Roman" w:cs="Times New Roman"/>
          <w:sz w:val="28"/>
          <w:szCs w:val="28"/>
        </w:rPr>
        <w:t>i h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n thuê.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Có quy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n ch</w:t>
      </w:r>
      <w:r w:rsidRPr="00345760">
        <w:rPr>
          <w:rFonts w:ascii="Times New Roman" w:hAnsi="Times New Roman" w:cs="Times New Roman"/>
          <w:sz w:val="28"/>
          <w:szCs w:val="28"/>
        </w:rPr>
        <w:t>ấ</w:t>
      </w:r>
      <w:r w:rsidRPr="00345760">
        <w:rPr>
          <w:rFonts w:ascii="Times New Roman" w:hAnsi="Times New Roman" w:cs="Times New Roman"/>
          <w:sz w:val="28"/>
          <w:szCs w:val="28"/>
        </w:rPr>
        <w:t>m d</w:t>
      </w:r>
      <w:r w:rsidRPr="00345760">
        <w:rPr>
          <w:rFonts w:ascii="Times New Roman" w:hAnsi="Times New Roman" w:cs="Times New Roman"/>
          <w:sz w:val="28"/>
          <w:szCs w:val="28"/>
        </w:rPr>
        <w:t>ứ</w:t>
      </w:r>
      <w:r w:rsidRPr="00345760">
        <w:rPr>
          <w:rFonts w:ascii="Times New Roman" w:hAnsi="Times New Roman" w:cs="Times New Roman"/>
          <w:sz w:val="28"/>
          <w:szCs w:val="28"/>
        </w:rPr>
        <w:t>t h</w:t>
      </w:r>
      <w:r w:rsidRPr="00345760">
        <w:rPr>
          <w:rFonts w:ascii="Times New Roman" w:hAnsi="Times New Roman" w:cs="Times New Roman"/>
          <w:sz w:val="28"/>
          <w:szCs w:val="28"/>
        </w:rPr>
        <w:t>ợ</w:t>
      </w:r>
      <w:r w:rsidRPr="00345760">
        <w:rPr>
          <w:rFonts w:ascii="Times New Roman" w:hAnsi="Times New Roman" w:cs="Times New Roman"/>
          <w:sz w:val="28"/>
          <w:szCs w:val="28"/>
        </w:rPr>
        <w:t>p đ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>ng n</w:t>
      </w:r>
      <w:r w:rsidRPr="00345760">
        <w:rPr>
          <w:rFonts w:ascii="Times New Roman" w:hAnsi="Times New Roman" w:cs="Times New Roman"/>
          <w:sz w:val="28"/>
          <w:szCs w:val="28"/>
        </w:rPr>
        <w:t>ế</w:t>
      </w:r>
      <w:r w:rsidRPr="00345760">
        <w:rPr>
          <w:rFonts w:ascii="Times New Roman" w:hAnsi="Times New Roman" w:cs="Times New Roman"/>
          <w:sz w:val="28"/>
          <w:szCs w:val="28"/>
        </w:rPr>
        <w:t>u Bên B vi ph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m các đi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u kho</w:t>
      </w:r>
      <w:r w:rsidRPr="00345760">
        <w:rPr>
          <w:rFonts w:ascii="Times New Roman" w:hAnsi="Times New Roman" w:cs="Times New Roman"/>
          <w:sz w:val="28"/>
          <w:szCs w:val="28"/>
        </w:rPr>
        <w:t>ả</w:t>
      </w:r>
      <w:r w:rsidRPr="00345760">
        <w:rPr>
          <w:rFonts w:ascii="Times New Roman" w:hAnsi="Times New Roman" w:cs="Times New Roman"/>
          <w:sz w:val="28"/>
          <w:szCs w:val="28"/>
        </w:rPr>
        <w:t>n đã cam k</w:t>
      </w:r>
      <w:r w:rsidRPr="00345760">
        <w:rPr>
          <w:rFonts w:ascii="Times New Roman" w:hAnsi="Times New Roman" w:cs="Times New Roman"/>
          <w:sz w:val="28"/>
          <w:szCs w:val="28"/>
        </w:rPr>
        <w:t>ế</w:t>
      </w:r>
      <w:r w:rsidRPr="00345760">
        <w:rPr>
          <w:rFonts w:ascii="Times New Roman" w:hAnsi="Times New Roman" w:cs="Times New Roman"/>
          <w:sz w:val="28"/>
          <w:szCs w:val="28"/>
        </w:rPr>
        <w:t>t.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br/>
        <w:t>Đi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u 5. Quy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n và nghĩa v</w:t>
      </w:r>
      <w:r w:rsidRPr="00345760">
        <w:rPr>
          <w:rFonts w:ascii="Times New Roman" w:hAnsi="Times New Roman" w:cs="Times New Roman"/>
          <w:sz w:val="28"/>
          <w:szCs w:val="28"/>
        </w:rPr>
        <w:t>ụ</w:t>
      </w:r>
      <w:r w:rsidRPr="00345760">
        <w:rPr>
          <w:rFonts w:ascii="Times New Roman" w:hAnsi="Times New Roman" w:cs="Times New Roman"/>
          <w:sz w:val="28"/>
          <w:szCs w:val="28"/>
        </w:rPr>
        <w:t xml:space="preserve"> c</w:t>
      </w:r>
      <w:r w:rsidRPr="00345760">
        <w:rPr>
          <w:rFonts w:ascii="Times New Roman" w:hAnsi="Times New Roman" w:cs="Times New Roman"/>
          <w:sz w:val="28"/>
          <w:szCs w:val="28"/>
        </w:rPr>
        <w:t>ủ</w:t>
      </w:r>
      <w:r w:rsidRPr="00345760">
        <w:rPr>
          <w:rFonts w:ascii="Times New Roman" w:hAnsi="Times New Roman" w:cs="Times New Roman"/>
          <w:sz w:val="28"/>
          <w:szCs w:val="28"/>
        </w:rPr>
        <w:t>a Bên B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Thanh toán ti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n thuê đúng h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n và đ</w:t>
      </w:r>
      <w:r w:rsidRPr="00345760">
        <w:rPr>
          <w:rFonts w:ascii="Times New Roman" w:hAnsi="Times New Roman" w:cs="Times New Roman"/>
          <w:sz w:val="28"/>
          <w:szCs w:val="28"/>
        </w:rPr>
        <w:t>ầ</w:t>
      </w:r>
      <w:r w:rsidRPr="00345760">
        <w:rPr>
          <w:rFonts w:ascii="Times New Roman" w:hAnsi="Times New Roman" w:cs="Times New Roman"/>
          <w:sz w:val="28"/>
          <w:szCs w:val="28"/>
        </w:rPr>
        <w:t>y đ</w:t>
      </w:r>
      <w:r w:rsidRPr="00345760">
        <w:rPr>
          <w:rFonts w:ascii="Times New Roman" w:hAnsi="Times New Roman" w:cs="Times New Roman"/>
          <w:sz w:val="28"/>
          <w:szCs w:val="28"/>
        </w:rPr>
        <w:t>ủ</w:t>
      </w:r>
      <w:r w:rsidRPr="00345760">
        <w:rPr>
          <w:rFonts w:ascii="Times New Roman" w:hAnsi="Times New Roman" w:cs="Times New Roman"/>
          <w:sz w:val="28"/>
          <w:szCs w:val="28"/>
        </w:rPr>
        <w:t>.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S</w:t>
      </w:r>
      <w:r w:rsidRPr="00345760">
        <w:rPr>
          <w:rFonts w:ascii="Times New Roman" w:hAnsi="Times New Roman" w:cs="Times New Roman"/>
          <w:sz w:val="28"/>
          <w:szCs w:val="28"/>
        </w:rPr>
        <w:t>ử</w:t>
      </w:r>
      <w:r w:rsidRPr="00345760">
        <w:rPr>
          <w:rFonts w:ascii="Times New Roman" w:hAnsi="Times New Roman" w:cs="Times New Roman"/>
          <w:sz w:val="28"/>
          <w:szCs w:val="28"/>
        </w:rPr>
        <w:t xml:space="preserve"> d</w:t>
      </w:r>
      <w:r w:rsidRPr="00345760">
        <w:rPr>
          <w:rFonts w:ascii="Times New Roman" w:hAnsi="Times New Roman" w:cs="Times New Roman"/>
          <w:sz w:val="28"/>
          <w:szCs w:val="28"/>
        </w:rPr>
        <w:t>ụ</w:t>
      </w:r>
      <w:r w:rsidRPr="00345760">
        <w:rPr>
          <w:rFonts w:ascii="Times New Roman" w:hAnsi="Times New Roman" w:cs="Times New Roman"/>
          <w:sz w:val="28"/>
          <w:szCs w:val="28"/>
        </w:rPr>
        <w:t>ng m</w:t>
      </w:r>
      <w:r w:rsidRPr="00345760">
        <w:rPr>
          <w:rFonts w:ascii="Times New Roman" w:hAnsi="Times New Roman" w:cs="Times New Roman"/>
          <w:sz w:val="28"/>
          <w:szCs w:val="28"/>
        </w:rPr>
        <w:t>ặ</w:t>
      </w:r>
      <w:r w:rsidRPr="00345760">
        <w:rPr>
          <w:rFonts w:ascii="Times New Roman" w:hAnsi="Times New Roman" w:cs="Times New Roman"/>
          <w:sz w:val="28"/>
          <w:szCs w:val="28"/>
        </w:rPr>
        <w:t>t b</w:t>
      </w:r>
      <w:r w:rsidRPr="00345760">
        <w:rPr>
          <w:rFonts w:ascii="Times New Roman" w:hAnsi="Times New Roman" w:cs="Times New Roman"/>
          <w:sz w:val="28"/>
          <w:szCs w:val="28"/>
        </w:rPr>
        <w:t>ằ</w:t>
      </w:r>
      <w:r w:rsidRPr="00345760">
        <w:rPr>
          <w:rFonts w:ascii="Times New Roman" w:hAnsi="Times New Roman" w:cs="Times New Roman"/>
          <w:sz w:val="28"/>
          <w:szCs w:val="28"/>
        </w:rPr>
        <w:t>ng đúng m</w:t>
      </w:r>
      <w:r w:rsidRPr="00345760">
        <w:rPr>
          <w:rFonts w:ascii="Times New Roman" w:hAnsi="Times New Roman" w:cs="Times New Roman"/>
          <w:sz w:val="28"/>
          <w:szCs w:val="28"/>
        </w:rPr>
        <w:t>ụ</w:t>
      </w:r>
      <w:r w:rsidRPr="00345760">
        <w:rPr>
          <w:rFonts w:ascii="Times New Roman" w:hAnsi="Times New Roman" w:cs="Times New Roman"/>
          <w:sz w:val="28"/>
          <w:szCs w:val="28"/>
        </w:rPr>
        <w:t>c đích đã th</w:t>
      </w:r>
      <w:r w:rsidRPr="00345760">
        <w:rPr>
          <w:rFonts w:ascii="Times New Roman" w:hAnsi="Times New Roman" w:cs="Times New Roman"/>
          <w:sz w:val="28"/>
          <w:szCs w:val="28"/>
        </w:rPr>
        <w:t>ỏ</w:t>
      </w:r>
      <w:r w:rsidRPr="00345760">
        <w:rPr>
          <w:rFonts w:ascii="Times New Roman" w:hAnsi="Times New Roman" w:cs="Times New Roman"/>
          <w:sz w:val="28"/>
          <w:szCs w:val="28"/>
        </w:rPr>
        <w:t>a thu</w:t>
      </w:r>
      <w:r w:rsidRPr="00345760">
        <w:rPr>
          <w:rFonts w:ascii="Times New Roman" w:hAnsi="Times New Roman" w:cs="Times New Roman"/>
          <w:sz w:val="28"/>
          <w:szCs w:val="28"/>
        </w:rPr>
        <w:t>ậ</w:t>
      </w:r>
      <w:r w:rsidRPr="00345760">
        <w:rPr>
          <w:rFonts w:ascii="Times New Roman" w:hAnsi="Times New Roman" w:cs="Times New Roman"/>
          <w:sz w:val="28"/>
          <w:szCs w:val="28"/>
        </w:rPr>
        <w:t>n.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Không đư</w:t>
      </w:r>
      <w:r w:rsidRPr="00345760">
        <w:rPr>
          <w:rFonts w:ascii="Times New Roman" w:hAnsi="Times New Roman" w:cs="Times New Roman"/>
          <w:sz w:val="28"/>
          <w:szCs w:val="28"/>
        </w:rPr>
        <w:t>ợ</w:t>
      </w:r>
      <w:r w:rsidRPr="00345760">
        <w:rPr>
          <w:rFonts w:ascii="Times New Roman" w:hAnsi="Times New Roman" w:cs="Times New Roman"/>
          <w:sz w:val="28"/>
          <w:szCs w:val="28"/>
        </w:rPr>
        <w:t>c t</w:t>
      </w:r>
      <w:r w:rsidRPr="00345760">
        <w:rPr>
          <w:rFonts w:ascii="Times New Roman" w:hAnsi="Times New Roman" w:cs="Times New Roman"/>
          <w:sz w:val="28"/>
          <w:szCs w:val="28"/>
        </w:rPr>
        <w:t>ự</w:t>
      </w:r>
      <w:r w:rsidRPr="00345760">
        <w:rPr>
          <w:rFonts w:ascii="Times New Roman" w:hAnsi="Times New Roman" w:cs="Times New Roman"/>
          <w:sz w:val="28"/>
          <w:szCs w:val="28"/>
        </w:rPr>
        <w:t xml:space="preserve"> ý s</w:t>
      </w:r>
      <w:r w:rsidRPr="00345760">
        <w:rPr>
          <w:rFonts w:ascii="Times New Roman" w:hAnsi="Times New Roman" w:cs="Times New Roman"/>
          <w:sz w:val="28"/>
          <w:szCs w:val="28"/>
        </w:rPr>
        <w:t>ử</w:t>
      </w:r>
      <w:r w:rsidRPr="00345760">
        <w:rPr>
          <w:rFonts w:ascii="Times New Roman" w:hAnsi="Times New Roman" w:cs="Times New Roman"/>
          <w:sz w:val="28"/>
          <w:szCs w:val="28"/>
        </w:rPr>
        <w:t>a ch</w:t>
      </w:r>
      <w:r w:rsidRPr="00345760">
        <w:rPr>
          <w:rFonts w:ascii="Times New Roman" w:hAnsi="Times New Roman" w:cs="Times New Roman"/>
          <w:sz w:val="28"/>
          <w:szCs w:val="28"/>
        </w:rPr>
        <w:t>ữ</w:t>
      </w:r>
      <w:r w:rsidRPr="00345760">
        <w:rPr>
          <w:rFonts w:ascii="Times New Roman" w:hAnsi="Times New Roman" w:cs="Times New Roman"/>
          <w:sz w:val="28"/>
          <w:szCs w:val="28"/>
        </w:rPr>
        <w:t>a, cơi n</w:t>
      </w:r>
      <w:r w:rsidRPr="00345760">
        <w:rPr>
          <w:rFonts w:ascii="Times New Roman" w:hAnsi="Times New Roman" w:cs="Times New Roman"/>
          <w:sz w:val="28"/>
          <w:szCs w:val="28"/>
        </w:rPr>
        <w:t>ớ</w:t>
      </w:r>
      <w:r w:rsidRPr="00345760">
        <w:rPr>
          <w:rFonts w:ascii="Times New Roman" w:hAnsi="Times New Roman" w:cs="Times New Roman"/>
          <w:sz w:val="28"/>
          <w:szCs w:val="28"/>
        </w:rPr>
        <w:t>i, cho thuê l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i khi chưa có s</w:t>
      </w:r>
      <w:r w:rsidRPr="00345760">
        <w:rPr>
          <w:rFonts w:ascii="Times New Roman" w:hAnsi="Times New Roman" w:cs="Times New Roman"/>
          <w:sz w:val="28"/>
          <w:szCs w:val="28"/>
        </w:rPr>
        <w:t>ự</w:t>
      </w:r>
      <w:r w:rsidRPr="00345760">
        <w:rPr>
          <w:rFonts w:ascii="Times New Roman" w:hAnsi="Times New Roman" w:cs="Times New Roman"/>
          <w:sz w:val="28"/>
          <w:szCs w:val="28"/>
        </w:rPr>
        <w:t xml:space="preserve"> đ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>ng ý c</w:t>
      </w:r>
      <w:r w:rsidRPr="00345760">
        <w:rPr>
          <w:rFonts w:ascii="Times New Roman" w:hAnsi="Times New Roman" w:cs="Times New Roman"/>
          <w:sz w:val="28"/>
          <w:szCs w:val="28"/>
        </w:rPr>
        <w:t>ủ</w:t>
      </w:r>
      <w:r w:rsidRPr="00345760">
        <w:rPr>
          <w:rFonts w:ascii="Times New Roman" w:hAnsi="Times New Roman" w:cs="Times New Roman"/>
          <w:sz w:val="28"/>
          <w:szCs w:val="28"/>
        </w:rPr>
        <w:t>a Bên A.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Tr</w:t>
      </w:r>
      <w:r w:rsidRPr="00345760">
        <w:rPr>
          <w:rFonts w:ascii="Times New Roman" w:hAnsi="Times New Roman" w:cs="Times New Roman"/>
          <w:sz w:val="28"/>
          <w:szCs w:val="28"/>
        </w:rPr>
        <w:t>ả</w:t>
      </w:r>
      <w:r w:rsidRPr="00345760">
        <w:rPr>
          <w:rFonts w:ascii="Times New Roman" w:hAnsi="Times New Roman" w:cs="Times New Roman"/>
          <w:sz w:val="28"/>
          <w:szCs w:val="28"/>
        </w:rPr>
        <w:t xml:space="preserve"> l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i m</w:t>
      </w:r>
      <w:r w:rsidRPr="00345760">
        <w:rPr>
          <w:rFonts w:ascii="Times New Roman" w:hAnsi="Times New Roman" w:cs="Times New Roman"/>
          <w:sz w:val="28"/>
          <w:szCs w:val="28"/>
        </w:rPr>
        <w:t>ặ</w:t>
      </w:r>
      <w:r w:rsidRPr="00345760">
        <w:rPr>
          <w:rFonts w:ascii="Times New Roman" w:hAnsi="Times New Roman" w:cs="Times New Roman"/>
          <w:sz w:val="28"/>
          <w:szCs w:val="28"/>
        </w:rPr>
        <w:t>t b</w:t>
      </w:r>
      <w:r w:rsidRPr="00345760">
        <w:rPr>
          <w:rFonts w:ascii="Times New Roman" w:hAnsi="Times New Roman" w:cs="Times New Roman"/>
          <w:sz w:val="28"/>
          <w:szCs w:val="28"/>
        </w:rPr>
        <w:t>ằ</w:t>
      </w:r>
      <w:r w:rsidRPr="00345760">
        <w:rPr>
          <w:rFonts w:ascii="Times New Roman" w:hAnsi="Times New Roman" w:cs="Times New Roman"/>
          <w:sz w:val="28"/>
          <w:szCs w:val="28"/>
        </w:rPr>
        <w:t>ng khi k</w:t>
      </w:r>
      <w:r w:rsidRPr="00345760">
        <w:rPr>
          <w:rFonts w:ascii="Times New Roman" w:hAnsi="Times New Roman" w:cs="Times New Roman"/>
          <w:sz w:val="28"/>
          <w:szCs w:val="28"/>
        </w:rPr>
        <w:t>ế</w:t>
      </w:r>
      <w:r w:rsidRPr="00345760">
        <w:rPr>
          <w:rFonts w:ascii="Times New Roman" w:hAnsi="Times New Roman" w:cs="Times New Roman"/>
          <w:sz w:val="28"/>
          <w:szCs w:val="28"/>
        </w:rPr>
        <w:t>t thúc h</w:t>
      </w:r>
      <w:r w:rsidRPr="00345760">
        <w:rPr>
          <w:rFonts w:ascii="Times New Roman" w:hAnsi="Times New Roman" w:cs="Times New Roman"/>
          <w:sz w:val="28"/>
          <w:szCs w:val="28"/>
        </w:rPr>
        <w:t>ợ</w:t>
      </w:r>
      <w:r w:rsidRPr="00345760">
        <w:rPr>
          <w:rFonts w:ascii="Times New Roman" w:hAnsi="Times New Roman" w:cs="Times New Roman"/>
          <w:sz w:val="28"/>
          <w:szCs w:val="28"/>
        </w:rPr>
        <w:t>p đ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>ng.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br/>
        <w:t>Đi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u 6. Ch</w:t>
      </w:r>
      <w:r w:rsidRPr="00345760">
        <w:rPr>
          <w:rFonts w:ascii="Times New Roman" w:hAnsi="Times New Roman" w:cs="Times New Roman"/>
          <w:sz w:val="28"/>
          <w:szCs w:val="28"/>
        </w:rPr>
        <w:t>ấ</w:t>
      </w:r>
      <w:r w:rsidRPr="00345760">
        <w:rPr>
          <w:rFonts w:ascii="Times New Roman" w:hAnsi="Times New Roman" w:cs="Times New Roman"/>
          <w:sz w:val="28"/>
          <w:szCs w:val="28"/>
        </w:rPr>
        <w:t>m d</w:t>
      </w:r>
      <w:r w:rsidRPr="00345760">
        <w:rPr>
          <w:rFonts w:ascii="Times New Roman" w:hAnsi="Times New Roman" w:cs="Times New Roman"/>
          <w:sz w:val="28"/>
          <w:szCs w:val="28"/>
        </w:rPr>
        <w:t>ứ</w:t>
      </w:r>
      <w:r w:rsidRPr="00345760">
        <w:rPr>
          <w:rFonts w:ascii="Times New Roman" w:hAnsi="Times New Roman" w:cs="Times New Roman"/>
          <w:sz w:val="28"/>
          <w:szCs w:val="28"/>
        </w:rPr>
        <w:t>t h</w:t>
      </w:r>
      <w:r w:rsidRPr="00345760">
        <w:rPr>
          <w:rFonts w:ascii="Times New Roman" w:hAnsi="Times New Roman" w:cs="Times New Roman"/>
          <w:sz w:val="28"/>
          <w:szCs w:val="28"/>
        </w:rPr>
        <w:t>ợ</w:t>
      </w:r>
      <w:r w:rsidRPr="00345760">
        <w:rPr>
          <w:rFonts w:ascii="Times New Roman" w:hAnsi="Times New Roman" w:cs="Times New Roman"/>
          <w:sz w:val="28"/>
          <w:szCs w:val="28"/>
        </w:rPr>
        <w:t>p đ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>ng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H</w:t>
      </w:r>
      <w:r w:rsidRPr="00345760">
        <w:rPr>
          <w:rFonts w:ascii="Times New Roman" w:hAnsi="Times New Roman" w:cs="Times New Roman"/>
          <w:sz w:val="28"/>
          <w:szCs w:val="28"/>
        </w:rPr>
        <w:t>ợ</w:t>
      </w:r>
      <w:r w:rsidRPr="00345760">
        <w:rPr>
          <w:rFonts w:ascii="Times New Roman" w:hAnsi="Times New Roman" w:cs="Times New Roman"/>
          <w:sz w:val="28"/>
          <w:szCs w:val="28"/>
        </w:rPr>
        <w:t>p đ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>ng ch</w:t>
      </w:r>
      <w:r w:rsidRPr="00345760">
        <w:rPr>
          <w:rFonts w:ascii="Times New Roman" w:hAnsi="Times New Roman" w:cs="Times New Roman"/>
          <w:sz w:val="28"/>
          <w:szCs w:val="28"/>
        </w:rPr>
        <w:t>ấ</w:t>
      </w:r>
      <w:r w:rsidRPr="00345760">
        <w:rPr>
          <w:rFonts w:ascii="Times New Roman" w:hAnsi="Times New Roman" w:cs="Times New Roman"/>
          <w:sz w:val="28"/>
          <w:szCs w:val="28"/>
        </w:rPr>
        <w:t>m d</w:t>
      </w:r>
      <w:r w:rsidRPr="00345760">
        <w:rPr>
          <w:rFonts w:ascii="Times New Roman" w:hAnsi="Times New Roman" w:cs="Times New Roman"/>
          <w:sz w:val="28"/>
          <w:szCs w:val="28"/>
        </w:rPr>
        <w:t>ứ</w:t>
      </w:r>
      <w:r w:rsidRPr="00345760">
        <w:rPr>
          <w:rFonts w:ascii="Times New Roman" w:hAnsi="Times New Roman" w:cs="Times New Roman"/>
          <w:sz w:val="28"/>
          <w:szCs w:val="28"/>
        </w:rPr>
        <w:t>t khi h</w:t>
      </w:r>
      <w:r w:rsidRPr="00345760">
        <w:rPr>
          <w:rFonts w:ascii="Times New Roman" w:hAnsi="Times New Roman" w:cs="Times New Roman"/>
          <w:sz w:val="28"/>
          <w:szCs w:val="28"/>
        </w:rPr>
        <w:t>ế</w:t>
      </w:r>
      <w:r w:rsidRPr="00345760">
        <w:rPr>
          <w:rFonts w:ascii="Times New Roman" w:hAnsi="Times New Roman" w:cs="Times New Roman"/>
          <w:sz w:val="28"/>
          <w:szCs w:val="28"/>
        </w:rPr>
        <w:t>t th</w:t>
      </w:r>
      <w:r w:rsidRPr="00345760">
        <w:rPr>
          <w:rFonts w:ascii="Times New Roman" w:hAnsi="Times New Roman" w:cs="Times New Roman"/>
          <w:sz w:val="28"/>
          <w:szCs w:val="28"/>
        </w:rPr>
        <w:t>ờ</w:t>
      </w:r>
      <w:r w:rsidRPr="00345760">
        <w:rPr>
          <w:rFonts w:ascii="Times New Roman" w:hAnsi="Times New Roman" w:cs="Times New Roman"/>
          <w:sz w:val="28"/>
          <w:szCs w:val="28"/>
        </w:rPr>
        <w:t>i h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n thuê ho</w:t>
      </w:r>
      <w:r w:rsidRPr="00345760">
        <w:rPr>
          <w:rFonts w:ascii="Times New Roman" w:hAnsi="Times New Roman" w:cs="Times New Roman"/>
          <w:sz w:val="28"/>
          <w:szCs w:val="28"/>
        </w:rPr>
        <w:t>ặ</w:t>
      </w:r>
      <w:r w:rsidRPr="00345760">
        <w:rPr>
          <w:rFonts w:ascii="Times New Roman" w:hAnsi="Times New Roman" w:cs="Times New Roman"/>
          <w:sz w:val="28"/>
          <w:szCs w:val="28"/>
        </w:rPr>
        <w:t>c khi hai bên cùn</w:t>
      </w:r>
      <w:r w:rsidRPr="00345760">
        <w:rPr>
          <w:rFonts w:ascii="Times New Roman" w:hAnsi="Times New Roman" w:cs="Times New Roman"/>
          <w:sz w:val="28"/>
          <w:szCs w:val="28"/>
        </w:rPr>
        <w:t>g th</w:t>
      </w:r>
      <w:r w:rsidRPr="00345760">
        <w:rPr>
          <w:rFonts w:ascii="Times New Roman" w:hAnsi="Times New Roman" w:cs="Times New Roman"/>
          <w:sz w:val="28"/>
          <w:szCs w:val="28"/>
        </w:rPr>
        <w:t>ỏ</w:t>
      </w:r>
      <w:r w:rsidRPr="00345760">
        <w:rPr>
          <w:rFonts w:ascii="Times New Roman" w:hAnsi="Times New Roman" w:cs="Times New Roman"/>
          <w:sz w:val="28"/>
          <w:szCs w:val="28"/>
        </w:rPr>
        <w:t>a thu</w:t>
      </w:r>
      <w:r w:rsidRPr="00345760">
        <w:rPr>
          <w:rFonts w:ascii="Times New Roman" w:hAnsi="Times New Roman" w:cs="Times New Roman"/>
          <w:sz w:val="28"/>
          <w:szCs w:val="28"/>
        </w:rPr>
        <w:t>ậ</w:t>
      </w:r>
      <w:r w:rsidRPr="00345760">
        <w:rPr>
          <w:rFonts w:ascii="Times New Roman" w:hAnsi="Times New Roman" w:cs="Times New Roman"/>
          <w:sz w:val="28"/>
          <w:szCs w:val="28"/>
        </w:rPr>
        <w:t>n ch</w:t>
      </w:r>
      <w:r w:rsidRPr="00345760">
        <w:rPr>
          <w:rFonts w:ascii="Times New Roman" w:hAnsi="Times New Roman" w:cs="Times New Roman"/>
          <w:sz w:val="28"/>
          <w:szCs w:val="28"/>
        </w:rPr>
        <w:t>ấ</w:t>
      </w:r>
      <w:r w:rsidRPr="00345760">
        <w:rPr>
          <w:rFonts w:ascii="Times New Roman" w:hAnsi="Times New Roman" w:cs="Times New Roman"/>
          <w:sz w:val="28"/>
          <w:szCs w:val="28"/>
        </w:rPr>
        <w:t>m d</w:t>
      </w:r>
      <w:r w:rsidRPr="00345760">
        <w:rPr>
          <w:rFonts w:ascii="Times New Roman" w:hAnsi="Times New Roman" w:cs="Times New Roman"/>
          <w:sz w:val="28"/>
          <w:szCs w:val="28"/>
        </w:rPr>
        <w:t>ứ</w:t>
      </w:r>
      <w:r w:rsidRPr="00345760">
        <w:rPr>
          <w:rFonts w:ascii="Times New Roman" w:hAnsi="Times New Roman" w:cs="Times New Roman"/>
          <w:sz w:val="28"/>
          <w:szCs w:val="28"/>
        </w:rPr>
        <w:t>t trư</w:t>
      </w:r>
      <w:r w:rsidRPr="00345760">
        <w:rPr>
          <w:rFonts w:ascii="Times New Roman" w:hAnsi="Times New Roman" w:cs="Times New Roman"/>
          <w:sz w:val="28"/>
          <w:szCs w:val="28"/>
        </w:rPr>
        <w:t>ớ</w:t>
      </w:r>
      <w:r w:rsidRPr="00345760">
        <w:rPr>
          <w:rFonts w:ascii="Times New Roman" w:hAnsi="Times New Roman" w:cs="Times New Roman"/>
          <w:sz w:val="28"/>
          <w:szCs w:val="28"/>
        </w:rPr>
        <w:t>c h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n.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br/>
        <w:t>Đi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u 7. Gi</w:t>
      </w:r>
      <w:r w:rsidRPr="00345760">
        <w:rPr>
          <w:rFonts w:ascii="Times New Roman" w:hAnsi="Times New Roman" w:cs="Times New Roman"/>
          <w:sz w:val="28"/>
          <w:szCs w:val="28"/>
        </w:rPr>
        <w:t>ả</w:t>
      </w:r>
      <w:r w:rsidRPr="00345760">
        <w:rPr>
          <w:rFonts w:ascii="Times New Roman" w:hAnsi="Times New Roman" w:cs="Times New Roman"/>
          <w:sz w:val="28"/>
          <w:szCs w:val="28"/>
        </w:rPr>
        <w:t>i quy</w:t>
      </w:r>
      <w:r w:rsidRPr="00345760">
        <w:rPr>
          <w:rFonts w:ascii="Times New Roman" w:hAnsi="Times New Roman" w:cs="Times New Roman"/>
          <w:sz w:val="28"/>
          <w:szCs w:val="28"/>
        </w:rPr>
        <w:t>ế</w:t>
      </w:r>
      <w:r w:rsidRPr="00345760">
        <w:rPr>
          <w:rFonts w:ascii="Times New Roman" w:hAnsi="Times New Roman" w:cs="Times New Roman"/>
          <w:sz w:val="28"/>
          <w:szCs w:val="28"/>
        </w:rPr>
        <w:t>t tranh ch</w:t>
      </w:r>
      <w:r w:rsidRPr="00345760">
        <w:rPr>
          <w:rFonts w:ascii="Times New Roman" w:hAnsi="Times New Roman" w:cs="Times New Roman"/>
          <w:sz w:val="28"/>
          <w:szCs w:val="28"/>
        </w:rPr>
        <w:t>ấ</w:t>
      </w:r>
      <w:r w:rsidRPr="00345760">
        <w:rPr>
          <w:rFonts w:ascii="Times New Roman" w:hAnsi="Times New Roman" w:cs="Times New Roman"/>
          <w:sz w:val="28"/>
          <w:szCs w:val="28"/>
        </w:rPr>
        <w:t>p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N</w:t>
      </w:r>
      <w:r w:rsidRPr="00345760">
        <w:rPr>
          <w:rFonts w:ascii="Times New Roman" w:hAnsi="Times New Roman" w:cs="Times New Roman"/>
          <w:sz w:val="28"/>
          <w:szCs w:val="28"/>
        </w:rPr>
        <w:t>ế</w:t>
      </w:r>
      <w:r w:rsidRPr="00345760">
        <w:rPr>
          <w:rFonts w:ascii="Times New Roman" w:hAnsi="Times New Roman" w:cs="Times New Roman"/>
          <w:sz w:val="28"/>
          <w:szCs w:val="28"/>
        </w:rPr>
        <w:t>u có tranh ch</w:t>
      </w:r>
      <w:r w:rsidRPr="00345760">
        <w:rPr>
          <w:rFonts w:ascii="Times New Roman" w:hAnsi="Times New Roman" w:cs="Times New Roman"/>
          <w:sz w:val="28"/>
          <w:szCs w:val="28"/>
        </w:rPr>
        <w:t>ấ</w:t>
      </w:r>
      <w:r w:rsidRPr="00345760">
        <w:rPr>
          <w:rFonts w:ascii="Times New Roman" w:hAnsi="Times New Roman" w:cs="Times New Roman"/>
          <w:sz w:val="28"/>
          <w:szCs w:val="28"/>
        </w:rPr>
        <w:t>p, hai bên ưu tiên thương lư</w:t>
      </w:r>
      <w:r w:rsidRPr="00345760">
        <w:rPr>
          <w:rFonts w:ascii="Times New Roman" w:hAnsi="Times New Roman" w:cs="Times New Roman"/>
          <w:sz w:val="28"/>
          <w:szCs w:val="28"/>
        </w:rPr>
        <w:t>ợ</w:t>
      </w:r>
      <w:r w:rsidRPr="00345760">
        <w:rPr>
          <w:rFonts w:ascii="Times New Roman" w:hAnsi="Times New Roman" w:cs="Times New Roman"/>
          <w:sz w:val="28"/>
          <w:szCs w:val="28"/>
        </w:rPr>
        <w:t>ng; n</w:t>
      </w:r>
      <w:r w:rsidRPr="00345760">
        <w:rPr>
          <w:rFonts w:ascii="Times New Roman" w:hAnsi="Times New Roman" w:cs="Times New Roman"/>
          <w:sz w:val="28"/>
          <w:szCs w:val="28"/>
        </w:rPr>
        <w:t>ế</w:t>
      </w:r>
      <w:r w:rsidRPr="00345760">
        <w:rPr>
          <w:rFonts w:ascii="Times New Roman" w:hAnsi="Times New Roman" w:cs="Times New Roman"/>
          <w:sz w:val="28"/>
          <w:szCs w:val="28"/>
        </w:rPr>
        <w:t>u không đ</w:t>
      </w:r>
      <w:r w:rsidRPr="00345760">
        <w:rPr>
          <w:rFonts w:ascii="Times New Roman" w:hAnsi="Times New Roman" w:cs="Times New Roman"/>
          <w:sz w:val="28"/>
          <w:szCs w:val="28"/>
        </w:rPr>
        <w:t>ạ</w:t>
      </w:r>
      <w:r w:rsidRPr="00345760">
        <w:rPr>
          <w:rFonts w:ascii="Times New Roman" w:hAnsi="Times New Roman" w:cs="Times New Roman"/>
          <w:sz w:val="28"/>
          <w:szCs w:val="28"/>
        </w:rPr>
        <w:t>t k</w:t>
      </w:r>
      <w:r w:rsidRPr="00345760">
        <w:rPr>
          <w:rFonts w:ascii="Times New Roman" w:hAnsi="Times New Roman" w:cs="Times New Roman"/>
          <w:sz w:val="28"/>
          <w:szCs w:val="28"/>
        </w:rPr>
        <w:t>ế</w:t>
      </w:r>
      <w:r w:rsidRPr="00345760">
        <w:rPr>
          <w:rFonts w:ascii="Times New Roman" w:hAnsi="Times New Roman" w:cs="Times New Roman"/>
          <w:sz w:val="28"/>
          <w:szCs w:val="28"/>
        </w:rPr>
        <w:t>t qu</w:t>
      </w:r>
      <w:r w:rsidRPr="00345760">
        <w:rPr>
          <w:rFonts w:ascii="Times New Roman" w:hAnsi="Times New Roman" w:cs="Times New Roman"/>
          <w:sz w:val="28"/>
          <w:szCs w:val="28"/>
        </w:rPr>
        <w:t>ả</w:t>
      </w:r>
      <w:r w:rsidRPr="00345760">
        <w:rPr>
          <w:rFonts w:ascii="Times New Roman" w:hAnsi="Times New Roman" w:cs="Times New Roman"/>
          <w:sz w:val="28"/>
          <w:szCs w:val="28"/>
        </w:rPr>
        <w:t xml:space="preserve"> s</w:t>
      </w:r>
      <w:r w:rsidRPr="00345760">
        <w:rPr>
          <w:rFonts w:ascii="Times New Roman" w:hAnsi="Times New Roman" w:cs="Times New Roman"/>
          <w:sz w:val="28"/>
          <w:szCs w:val="28"/>
        </w:rPr>
        <w:t>ẽ</w:t>
      </w:r>
      <w:r w:rsidRPr="00345760">
        <w:rPr>
          <w:rFonts w:ascii="Times New Roman" w:hAnsi="Times New Roman" w:cs="Times New Roman"/>
          <w:sz w:val="28"/>
          <w:szCs w:val="28"/>
        </w:rPr>
        <w:t xml:space="preserve"> đưa ra Tòa án có th</w:t>
      </w:r>
      <w:r w:rsidRPr="00345760">
        <w:rPr>
          <w:rFonts w:ascii="Times New Roman" w:hAnsi="Times New Roman" w:cs="Times New Roman"/>
          <w:sz w:val="28"/>
          <w:szCs w:val="28"/>
        </w:rPr>
        <w:t>ẩ</w:t>
      </w:r>
      <w:r w:rsidRPr="00345760">
        <w:rPr>
          <w:rFonts w:ascii="Times New Roman" w:hAnsi="Times New Roman" w:cs="Times New Roman"/>
          <w:sz w:val="28"/>
          <w:szCs w:val="28"/>
        </w:rPr>
        <w:t>m quy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n gi</w:t>
      </w:r>
      <w:r w:rsidRPr="00345760">
        <w:rPr>
          <w:rFonts w:ascii="Times New Roman" w:hAnsi="Times New Roman" w:cs="Times New Roman"/>
          <w:sz w:val="28"/>
          <w:szCs w:val="28"/>
        </w:rPr>
        <w:t>ả</w:t>
      </w:r>
      <w:r w:rsidRPr="00345760">
        <w:rPr>
          <w:rFonts w:ascii="Times New Roman" w:hAnsi="Times New Roman" w:cs="Times New Roman"/>
          <w:sz w:val="28"/>
          <w:szCs w:val="28"/>
        </w:rPr>
        <w:t>i quy</w:t>
      </w:r>
      <w:r w:rsidRPr="00345760">
        <w:rPr>
          <w:rFonts w:ascii="Times New Roman" w:hAnsi="Times New Roman" w:cs="Times New Roman"/>
          <w:sz w:val="28"/>
          <w:szCs w:val="28"/>
        </w:rPr>
        <w:t>ế</w:t>
      </w:r>
      <w:r w:rsidRPr="00345760">
        <w:rPr>
          <w:rFonts w:ascii="Times New Roman" w:hAnsi="Times New Roman" w:cs="Times New Roman"/>
          <w:sz w:val="28"/>
          <w:szCs w:val="28"/>
        </w:rPr>
        <w:t>t.</w:t>
      </w:r>
      <w:bookmarkStart w:id="0" w:name="_GoBack"/>
      <w:bookmarkEnd w:id="0"/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br/>
        <w:t>Đi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u 8. Đi</w:t>
      </w:r>
      <w:r w:rsidRPr="00345760">
        <w:rPr>
          <w:rFonts w:ascii="Times New Roman" w:hAnsi="Times New Roman" w:cs="Times New Roman"/>
          <w:sz w:val="28"/>
          <w:szCs w:val="28"/>
        </w:rPr>
        <w:t>ề</w:t>
      </w:r>
      <w:r w:rsidRPr="00345760">
        <w:rPr>
          <w:rFonts w:ascii="Times New Roman" w:hAnsi="Times New Roman" w:cs="Times New Roman"/>
          <w:sz w:val="28"/>
          <w:szCs w:val="28"/>
        </w:rPr>
        <w:t>u kho</w:t>
      </w:r>
      <w:r w:rsidRPr="00345760">
        <w:rPr>
          <w:rFonts w:ascii="Times New Roman" w:hAnsi="Times New Roman" w:cs="Times New Roman"/>
          <w:sz w:val="28"/>
          <w:szCs w:val="28"/>
        </w:rPr>
        <w:t>ả</w:t>
      </w:r>
      <w:r w:rsidRPr="00345760">
        <w:rPr>
          <w:rFonts w:ascii="Times New Roman" w:hAnsi="Times New Roman" w:cs="Times New Roman"/>
          <w:sz w:val="28"/>
          <w:szCs w:val="28"/>
        </w:rPr>
        <w:t>n chung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H</w:t>
      </w:r>
      <w:r w:rsidRPr="00345760">
        <w:rPr>
          <w:rFonts w:ascii="Times New Roman" w:hAnsi="Times New Roman" w:cs="Times New Roman"/>
          <w:sz w:val="28"/>
          <w:szCs w:val="28"/>
        </w:rPr>
        <w:t>ợ</w:t>
      </w:r>
      <w:r w:rsidRPr="00345760">
        <w:rPr>
          <w:rFonts w:ascii="Times New Roman" w:hAnsi="Times New Roman" w:cs="Times New Roman"/>
          <w:sz w:val="28"/>
          <w:szCs w:val="28"/>
        </w:rPr>
        <w:t>p đ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>ng có hi</w:t>
      </w:r>
      <w:r w:rsidRPr="00345760">
        <w:rPr>
          <w:rFonts w:ascii="Times New Roman" w:hAnsi="Times New Roman" w:cs="Times New Roman"/>
          <w:sz w:val="28"/>
          <w:szCs w:val="28"/>
        </w:rPr>
        <w:t>ệ</w:t>
      </w:r>
      <w:r w:rsidRPr="00345760">
        <w:rPr>
          <w:rFonts w:ascii="Times New Roman" w:hAnsi="Times New Roman" w:cs="Times New Roman"/>
          <w:sz w:val="28"/>
          <w:szCs w:val="28"/>
        </w:rPr>
        <w:t>u l</w:t>
      </w:r>
      <w:r w:rsidRPr="00345760">
        <w:rPr>
          <w:rFonts w:ascii="Times New Roman" w:hAnsi="Times New Roman" w:cs="Times New Roman"/>
          <w:sz w:val="28"/>
          <w:szCs w:val="28"/>
        </w:rPr>
        <w:t>ự</w:t>
      </w:r>
      <w:r w:rsidRPr="00345760">
        <w:rPr>
          <w:rFonts w:ascii="Times New Roman" w:hAnsi="Times New Roman" w:cs="Times New Roman"/>
          <w:sz w:val="28"/>
          <w:szCs w:val="28"/>
        </w:rPr>
        <w:t>c t</w:t>
      </w:r>
      <w:r w:rsidRPr="00345760">
        <w:rPr>
          <w:rFonts w:ascii="Times New Roman" w:hAnsi="Times New Roman" w:cs="Times New Roman"/>
          <w:sz w:val="28"/>
          <w:szCs w:val="28"/>
        </w:rPr>
        <w:t>ừ</w:t>
      </w:r>
      <w:r w:rsidRPr="00345760">
        <w:rPr>
          <w:rFonts w:ascii="Times New Roman" w:hAnsi="Times New Roman" w:cs="Times New Roman"/>
          <w:sz w:val="28"/>
          <w:szCs w:val="28"/>
        </w:rPr>
        <w:t xml:space="preserve"> ngày ký.</w:t>
      </w:r>
    </w:p>
    <w:p w:rsidR="00B76208" w:rsidRPr="00345760" w:rsidRDefault="00345760">
      <w:pPr>
        <w:rPr>
          <w:rFonts w:ascii="Times New Roman" w:hAnsi="Times New Roman" w:cs="Times New Roman"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t>- H</w:t>
      </w:r>
      <w:r w:rsidRPr="00345760">
        <w:rPr>
          <w:rFonts w:ascii="Times New Roman" w:hAnsi="Times New Roman" w:cs="Times New Roman"/>
          <w:sz w:val="28"/>
          <w:szCs w:val="28"/>
        </w:rPr>
        <w:t>ợ</w:t>
      </w:r>
      <w:r w:rsidRPr="00345760">
        <w:rPr>
          <w:rFonts w:ascii="Times New Roman" w:hAnsi="Times New Roman" w:cs="Times New Roman"/>
          <w:sz w:val="28"/>
          <w:szCs w:val="28"/>
        </w:rPr>
        <w:t>p đ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>ng g</w:t>
      </w:r>
      <w:r w:rsidRPr="00345760">
        <w:rPr>
          <w:rFonts w:ascii="Times New Roman" w:hAnsi="Times New Roman" w:cs="Times New Roman"/>
          <w:sz w:val="28"/>
          <w:szCs w:val="28"/>
        </w:rPr>
        <w:t>ồ</w:t>
      </w:r>
      <w:r w:rsidRPr="00345760">
        <w:rPr>
          <w:rFonts w:ascii="Times New Roman" w:hAnsi="Times New Roman" w:cs="Times New Roman"/>
          <w:sz w:val="28"/>
          <w:szCs w:val="28"/>
        </w:rPr>
        <w:t xml:space="preserve">m … </w:t>
      </w:r>
      <w:r w:rsidRPr="00345760">
        <w:rPr>
          <w:rFonts w:ascii="Times New Roman" w:hAnsi="Times New Roman" w:cs="Times New Roman"/>
          <w:sz w:val="28"/>
          <w:szCs w:val="28"/>
        </w:rPr>
        <w:t>b</w:t>
      </w:r>
      <w:r w:rsidRPr="00345760">
        <w:rPr>
          <w:rFonts w:ascii="Times New Roman" w:hAnsi="Times New Roman" w:cs="Times New Roman"/>
          <w:sz w:val="28"/>
          <w:szCs w:val="28"/>
        </w:rPr>
        <w:t>ả</w:t>
      </w:r>
      <w:r w:rsidRPr="00345760">
        <w:rPr>
          <w:rFonts w:ascii="Times New Roman" w:hAnsi="Times New Roman" w:cs="Times New Roman"/>
          <w:sz w:val="28"/>
          <w:szCs w:val="28"/>
        </w:rPr>
        <w:t>n, m</w:t>
      </w:r>
      <w:r w:rsidRPr="00345760">
        <w:rPr>
          <w:rFonts w:ascii="Times New Roman" w:hAnsi="Times New Roman" w:cs="Times New Roman"/>
          <w:sz w:val="28"/>
          <w:szCs w:val="28"/>
        </w:rPr>
        <w:t>ỗ</w:t>
      </w:r>
      <w:r w:rsidRPr="00345760">
        <w:rPr>
          <w:rFonts w:ascii="Times New Roman" w:hAnsi="Times New Roman" w:cs="Times New Roman"/>
          <w:sz w:val="28"/>
          <w:szCs w:val="28"/>
        </w:rPr>
        <w:t>i bên gi</w:t>
      </w:r>
      <w:r w:rsidRPr="00345760">
        <w:rPr>
          <w:rFonts w:ascii="Times New Roman" w:hAnsi="Times New Roman" w:cs="Times New Roman"/>
          <w:sz w:val="28"/>
          <w:szCs w:val="28"/>
        </w:rPr>
        <w:t>ữ</w:t>
      </w:r>
      <w:r w:rsidRPr="00345760">
        <w:rPr>
          <w:rFonts w:ascii="Times New Roman" w:hAnsi="Times New Roman" w:cs="Times New Roman"/>
          <w:sz w:val="28"/>
          <w:szCs w:val="28"/>
        </w:rPr>
        <w:t xml:space="preserve"> … b</w:t>
      </w:r>
      <w:r w:rsidRPr="00345760">
        <w:rPr>
          <w:rFonts w:ascii="Times New Roman" w:hAnsi="Times New Roman" w:cs="Times New Roman"/>
          <w:sz w:val="28"/>
          <w:szCs w:val="28"/>
        </w:rPr>
        <w:t>ả</w:t>
      </w:r>
      <w:r w:rsidRPr="00345760">
        <w:rPr>
          <w:rFonts w:ascii="Times New Roman" w:hAnsi="Times New Roman" w:cs="Times New Roman"/>
          <w:sz w:val="28"/>
          <w:szCs w:val="28"/>
        </w:rPr>
        <w:t>n, có giá tr</w:t>
      </w:r>
      <w:r w:rsidRPr="00345760">
        <w:rPr>
          <w:rFonts w:ascii="Times New Roman" w:hAnsi="Times New Roman" w:cs="Times New Roman"/>
          <w:sz w:val="28"/>
          <w:szCs w:val="28"/>
        </w:rPr>
        <w:t>ị</w:t>
      </w:r>
      <w:r w:rsidRPr="00345760">
        <w:rPr>
          <w:rFonts w:ascii="Times New Roman" w:hAnsi="Times New Roman" w:cs="Times New Roman"/>
          <w:sz w:val="28"/>
          <w:szCs w:val="28"/>
        </w:rPr>
        <w:t xml:space="preserve"> pháp lý như nhau.</w:t>
      </w:r>
    </w:p>
    <w:p w:rsidR="00B76208" w:rsidRPr="00345760" w:rsidRDefault="00345760">
      <w:pPr>
        <w:rPr>
          <w:rFonts w:ascii="Times New Roman" w:hAnsi="Times New Roman" w:cs="Times New Roman"/>
          <w:b/>
          <w:sz w:val="28"/>
          <w:szCs w:val="28"/>
        </w:rPr>
      </w:pPr>
      <w:r w:rsidRPr="00345760">
        <w:rPr>
          <w:rFonts w:ascii="Times New Roman" w:hAnsi="Times New Roman" w:cs="Times New Roman"/>
          <w:sz w:val="28"/>
          <w:szCs w:val="28"/>
        </w:rPr>
        <w:br/>
      </w:r>
      <w:r w:rsidRPr="00345760">
        <w:rPr>
          <w:rFonts w:ascii="Times New Roman" w:hAnsi="Times New Roman" w:cs="Times New Roman"/>
          <w:b/>
          <w:sz w:val="28"/>
          <w:szCs w:val="28"/>
        </w:rPr>
        <w:br/>
        <w:t>Đ</w:t>
      </w:r>
      <w:r w:rsidRPr="00345760">
        <w:rPr>
          <w:rFonts w:ascii="Times New Roman" w:hAnsi="Times New Roman" w:cs="Times New Roman"/>
          <w:b/>
          <w:sz w:val="28"/>
          <w:szCs w:val="28"/>
        </w:rPr>
        <w:t>Ạ</w:t>
      </w:r>
      <w:r w:rsidRPr="00345760">
        <w:rPr>
          <w:rFonts w:ascii="Times New Roman" w:hAnsi="Times New Roman" w:cs="Times New Roman"/>
          <w:b/>
          <w:sz w:val="28"/>
          <w:szCs w:val="28"/>
        </w:rPr>
        <w:t>I DI</w:t>
      </w:r>
      <w:r w:rsidRPr="00345760">
        <w:rPr>
          <w:rFonts w:ascii="Times New Roman" w:hAnsi="Times New Roman" w:cs="Times New Roman"/>
          <w:b/>
          <w:sz w:val="28"/>
          <w:szCs w:val="28"/>
        </w:rPr>
        <w:t>Ệ</w:t>
      </w:r>
      <w:r w:rsidRPr="00345760">
        <w:rPr>
          <w:rFonts w:ascii="Times New Roman" w:hAnsi="Times New Roman" w:cs="Times New Roman"/>
          <w:b/>
          <w:sz w:val="28"/>
          <w:szCs w:val="28"/>
        </w:rPr>
        <w:t>N BÊN A                             Đ</w:t>
      </w:r>
      <w:r w:rsidRPr="00345760">
        <w:rPr>
          <w:rFonts w:ascii="Times New Roman" w:hAnsi="Times New Roman" w:cs="Times New Roman"/>
          <w:b/>
          <w:sz w:val="28"/>
          <w:szCs w:val="28"/>
        </w:rPr>
        <w:t>Ạ</w:t>
      </w:r>
      <w:r w:rsidRPr="00345760">
        <w:rPr>
          <w:rFonts w:ascii="Times New Roman" w:hAnsi="Times New Roman" w:cs="Times New Roman"/>
          <w:b/>
          <w:sz w:val="28"/>
          <w:szCs w:val="28"/>
        </w:rPr>
        <w:t>I DI</w:t>
      </w:r>
      <w:r w:rsidRPr="00345760">
        <w:rPr>
          <w:rFonts w:ascii="Times New Roman" w:hAnsi="Times New Roman" w:cs="Times New Roman"/>
          <w:b/>
          <w:sz w:val="28"/>
          <w:szCs w:val="28"/>
        </w:rPr>
        <w:t>Ệ</w:t>
      </w:r>
      <w:r w:rsidRPr="00345760">
        <w:rPr>
          <w:rFonts w:ascii="Times New Roman" w:hAnsi="Times New Roman" w:cs="Times New Roman"/>
          <w:b/>
          <w:sz w:val="28"/>
          <w:szCs w:val="28"/>
        </w:rPr>
        <w:t>N BÊN B</w:t>
      </w:r>
    </w:p>
    <w:p w:rsidR="00B76208" w:rsidRPr="00345760" w:rsidRDefault="00345760">
      <w:pPr>
        <w:rPr>
          <w:rFonts w:ascii="Times New Roman" w:hAnsi="Times New Roman" w:cs="Times New Roman"/>
          <w:b/>
          <w:sz w:val="28"/>
          <w:szCs w:val="28"/>
        </w:rPr>
      </w:pPr>
      <w:r w:rsidRPr="00345760">
        <w:rPr>
          <w:rFonts w:ascii="Times New Roman" w:hAnsi="Times New Roman" w:cs="Times New Roman"/>
          <w:b/>
          <w:sz w:val="28"/>
          <w:szCs w:val="28"/>
        </w:rPr>
        <w:t>(Ký, ghi rõ h</w:t>
      </w:r>
      <w:r w:rsidRPr="00345760">
        <w:rPr>
          <w:rFonts w:ascii="Times New Roman" w:hAnsi="Times New Roman" w:cs="Times New Roman"/>
          <w:b/>
          <w:sz w:val="28"/>
          <w:szCs w:val="28"/>
        </w:rPr>
        <w:t>ọ</w:t>
      </w:r>
      <w:r w:rsidRPr="00345760">
        <w:rPr>
          <w:rFonts w:ascii="Times New Roman" w:hAnsi="Times New Roman" w:cs="Times New Roman"/>
          <w:b/>
          <w:sz w:val="28"/>
          <w:szCs w:val="28"/>
        </w:rPr>
        <w:t xml:space="preserve"> tên)                         (Ký, ghi rõ h</w:t>
      </w:r>
      <w:r w:rsidRPr="00345760">
        <w:rPr>
          <w:rFonts w:ascii="Times New Roman" w:hAnsi="Times New Roman" w:cs="Times New Roman"/>
          <w:b/>
          <w:sz w:val="28"/>
          <w:szCs w:val="28"/>
        </w:rPr>
        <w:t>ọ</w:t>
      </w:r>
      <w:r w:rsidRPr="00345760">
        <w:rPr>
          <w:rFonts w:ascii="Times New Roman" w:hAnsi="Times New Roman" w:cs="Times New Roman"/>
          <w:b/>
          <w:sz w:val="28"/>
          <w:szCs w:val="28"/>
        </w:rPr>
        <w:t xml:space="preserve"> tên)</w:t>
      </w:r>
    </w:p>
    <w:sectPr w:rsidR="00B76208" w:rsidRPr="0034576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5760"/>
    <w:rsid w:val="00AA1D8D"/>
    <w:rsid w:val="00B47730"/>
    <w:rsid w:val="00B76208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572AA71E-279D-44D5-9B9E-6D115A1C4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3D20D4A-2744-46E5-A17C-58D4B3F83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1933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2025-09-18T03:41:00Z</dcterms:created>
  <dcterms:modified xsi:type="dcterms:W3CDTF">2025-09-18T03:41:00Z</dcterms:modified>
  <cp:category/>
</cp:coreProperties>
</file>