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5"/>
        <w:gridCol w:w="5641"/>
      </w:tblGrid>
      <w:tr w:rsidR="00A46088" w:rsidTr="00A46088">
        <w:tc>
          <w:tcPr>
            <w:tcW w:w="4428" w:type="dxa"/>
          </w:tcPr>
          <w:p w:rsidR="00A46088" w:rsidRDefault="00A46088" w:rsidP="00A46088">
            <w:pPr>
              <w:jc w:val="center"/>
              <w:rPr>
                <w:rFonts w:ascii="Times New Roman" w:hAnsi="Times New Roman" w:cs="Times New Roman"/>
                <w:b/>
                <w:sz w:val="26"/>
                <w:szCs w:val="26"/>
              </w:rPr>
            </w:pPr>
            <w:r>
              <w:rPr>
                <w:rFonts w:ascii="Times New Roman" w:hAnsi="Times New Roman" w:cs="Times New Roman"/>
                <w:b/>
                <w:sz w:val="26"/>
                <w:szCs w:val="26"/>
              </w:rPr>
              <w:t>TRƯỜNG……..</w:t>
            </w:r>
          </w:p>
        </w:tc>
        <w:tc>
          <w:tcPr>
            <w:tcW w:w="4428" w:type="dxa"/>
          </w:tcPr>
          <w:p w:rsidR="00A46088" w:rsidRPr="00A46088" w:rsidRDefault="00A46088" w:rsidP="00A46088">
            <w:pPr>
              <w:jc w:val="center"/>
              <w:rPr>
                <w:rFonts w:ascii="Times New Roman" w:hAnsi="Times New Roman" w:cs="Times New Roman"/>
                <w:b/>
                <w:sz w:val="26"/>
                <w:szCs w:val="26"/>
              </w:rPr>
            </w:pPr>
            <w:r w:rsidRPr="00A46088">
              <w:rPr>
                <w:rFonts w:ascii="Times New Roman" w:hAnsi="Times New Roman" w:cs="Times New Roman"/>
                <w:b/>
                <w:sz w:val="26"/>
                <w:szCs w:val="26"/>
              </w:rPr>
              <w:t>CỘNG‍ HÒA‍ XÃ‍ HỘI‍ CHỦ‍ NGHĨA‍ VIỆT‍ NAM</w:t>
            </w:r>
          </w:p>
          <w:p w:rsidR="00A46088" w:rsidRPr="00A46088" w:rsidRDefault="00A46088" w:rsidP="00A46088">
            <w:pPr>
              <w:jc w:val="center"/>
              <w:rPr>
                <w:rFonts w:ascii="Times New Roman" w:hAnsi="Times New Roman" w:cs="Times New Roman"/>
                <w:b/>
                <w:sz w:val="26"/>
                <w:szCs w:val="26"/>
              </w:rPr>
            </w:pPr>
            <w:r w:rsidRPr="00A46088">
              <w:rPr>
                <w:rFonts w:ascii="Times New Roman" w:hAnsi="Times New Roman" w:cs="Times New Roman"/>
                <w:b/>
                <w:sz w:val="26"/>
                <w:szCs w:val="26"/>
              </w:rPr>
              <w:t>Độc‍ lập‍ -‍ Tự‍ do‍ -‍ Hạnh‍ phúc</w:t>
            </w:r>
          </w:p>
          <w:p w:rsidR="00A46088" w:rsidRDefault="00A46088" w:rsidP="00A46088">
            <w:pPr>
              <w:jc w:val="center"/>
              <w:rPr>
                <w:rFonts w:ascii="Times New Roman" w:hAnsi="Times New Roman" w:cs="Times New Roman"/>
                <w:b/>
                <w:sz w:val="26"/>
                <w:szCs w:val="26"/>
              </w:rPr>
            </w:pPr>
          </w:p>
        </w:tc>
      </w:tr>
    </w:tbl>
    <w:p w:rsidR="00780CC2" w:rsidRPr="00A46088" w:rsidRDefault="00780CC2" w:rsidP="00A46088">
      <w:pPr>
        <w:rPr>
          <w:rFonts w:ascii="Times New Roman" w:hAnsi="Times New Roman" w:cs="Times New Roman"/>
          <w:b/>
          <w:sz w:val="26"/>
          <w:szCs w:val="26"/>
        </w:rPr>
      </w:pPr>
    </w:p>
    <w:p w:rsidR="00A46088" w:rsidRPr="00A46088" w:rsidRDefault="00A46088" w:rsidP="00A46088">
      <w:pPr>
        <w:jc w:val="center"/>
        <w:rPr>
          <w:rFonts w:ascii="Times New Roman" w:hAnsi="Times New Roman" w:cs="Times New Roman"/>
          <w:b/>
          <w:sz w:val="26"/>
          <w:szCs w:val="26"/>
        </w:rPr>
      </w:pPr>
      <w:r w:rsidRPr="00A46088">
        <w:rPr>
          <w:rFonts w:ascii="Times New Roman" w:hAnsi="Times New Roman" w:cs="Times New Roman"/>
          <w:b/>
          <w:sz w:val="26"/>
          <w:szCs w:val="26"/>
        </w:rPr>
        <w:t>KẾ‍ HOẠ</w:t>
      </w:r>
      <w:r w:rsidRPr="00A46088">
        <w:rPr>
          <w:rFonts w:ascii="Times New Roman" w:hAnsi="Times New Roman" w:cs="Times New Roman"/>
          <w:b/>
          <w:sz w:val="26"/>
          <w:szCs w:val="26"/>
        </w:rPr>
        <w:t>CH‍</w:t>
      </w:r>
    </w:p>
    <w:p w:rsidR="00A46088" w:rsidRPr="00A46088" w:rsidRDefault="00A46088" w:rsidP="00A46088">
      <w:pPr>
        <w:jc w:val="center"/>
        <w:rPr>
          <w:rFonts w:ascii="Times New Roman" w:hAnsi="Times New Roman" w:cs="Times New Roman"/>
          <w:b/>
          <w:sz w:val="26"/>
          <w:szCs w:val="26"/>
        </w:rPr>
      </w:pPr>
      <w:r w:rsidRPr="00A46088">
        <w:rPr>
          <w:rFonts w:ascii="Times New Roman" w:hAnsi="Times New Roman" w:cs="Times New Roman"/>
          <w:b/>
          <w:sz w:val="26"/>
          <w:szCs w:val="26"/>
        </w:rPr>
        <w:t>T</w:t>
      </w:r>
      <w:r w:rsidRPr="00A46088">
        <w:rPr>
          <w:rFonts w:ascii="Times New Roman" w:hAnsi="Times New Roman" w:cs="Times New Roman"/>
          <w:b/>
          <w:sz w:val="26"/>
          <w:szCs w:val="26"/>
        </w:rPr>
        <w:t>ổ‍ chức‍ giải‍ thể‍ thao‍ chào‍ mừng‍ Ngày‍ Nhà‍ giáo‍ Việ</w:t>
      </w:r>
      <w:r>
        <w:rPr>
          <w:rFonts w:ascii="Times New Roman" w:hAnsi="Times New Roman" w:cs="Times New Roman"/>
          <w:b/>
          <w:sz w:val="26"/>
          <w:szCs w:val="26"/>
        </w:rPr>
        <w:t>t‍ Nam‍ 20‍/‍11‍</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1‍.‍ Mục‍ đích‍,‍ yêu‍ cầu‍.‍</w:t>
      </w:r>
    </w:p>
    <w:p w:rsid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Tạo sân chơi rèn luyện sức khỏe, tăng cường tinh thần đoàn kết giữa giáo viên trong toàn trường. Đẩy mạnh phong trào thể dục thể thao, xây dựng môi trường giáo dục năng động, tích cự</w:t>
      </w:r>
      <w:r>
        <w:rPr>
          <w:rFonts w:ascii="Times New Roman" w:hAnsi="Times New Roman" w:cs="Times New Roman"/>
          <w:sz w:val="26"/>
          <w:szCs w:val="26"/>
        </w:rPr>
        <w:t xml:space="preserve">c. </w:t>
      </w:r>
      <w:r w:rsidRPr="00A46088">
        <w:rPr>
          <w:rFonts w:ascii="Times New Roman" w:hAnsi="Times New Roman" w:cs="Times New Roman"/>
          <w:sz w:val="26"/>
          <w:szCs w:val="26"/>
        </w:rPr>
        <w:t>Thi đấu bảo đảm an toàn, trung thực, lành mạnh.</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2‍.‍ Thời‍ gian‍,‍ địa‍ điểm‍.‍</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Thời‍ gian‍:‍ Từ‍ ngày‍ 15‍/‍11‍ đến‍ 20‍/‍11‍.‍</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Địa‍ điểm‍:‍ Sân‍ vận‍ động‍,‍ nhà‍ đa‍ năng‍ hoặc‍ khu‍ vực‍ chuyên‍ môn‍ của‍ trườ</w:t>
      </w:r>
      <w:r w:rsidRPr="00A46088">
        <w:rPr>
          <w:rFonts w:ascii="Times New Roman" w:hAnsi="Times New Roman" w:cs="Times New Roman"/>
          <w:sz w:val="26"/>
          <w:szCs w:val="26"/>
        </w:rPr>
        <w:t>ng‍.‍</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3‍.‍ Đối‍ tượng‍ tham‍ gia‍.‍</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Tất‍ cả‍ giáo‍ viên‍,‍ cán‍ bộ‍,‍ nhân‍ viên‍ đang‍ công‍ tác‍ tại‍ trường‍.‍</w:t>
      </w:r>
      <w:bookmarkStart w:id="0" w:name="_GoBack"/>
      <w:bookmarkEnd w:id="0"/>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Tham‍ gia‍ theo‍ tổ‍,‍ khối‍,‍ bộ</w:t>
      </w:r>
      <w:r w:rsidRPr="00A46088">
        <w:rPr>
          <w:rFonts w:ascii="Times New Roman" w:hAnsi="Times New Roman" w:cs="Times New Roman"/>
          <w:sz w:val="26"/>
          <w:szCs w:val="26"/>
        </w:rPr>
        <w:t>‍ môn‍.‍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4‍.‍ Nội‍ dung‍ thi‍ đấu‍.‍</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Bóng‍ chuyền‍.‍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Bóng‍ rổ‍,‍ bóng‍ đá‍ mini‍.‍</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Cầu‍ lông‍,‍ bóng‍ bàn‍.‍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Chạy‍ ngắn‍,‍ kéo‍ co‍,‍ các‍ nội‍ dung‍ tập‍ thể‍ khác‍ (nế</w:t>
      </w:r>
      <w:r w:rsidRPr="00A46088">
        <w:rPr>
          <w:rFonts w:ascii="Times New Roman" w:hAnsi="Times New Roman" w:cs="Times New Roman"/>
          <w:sz w:val="26"/>
          <w:szCs w:val="26"/>
        </w:rPr>
        <w:t>u‍ có)‍.‍</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5‍.‍ Thể‍ lệ‍,‍ cách‍ thức‍ tổ‍ chức‍.‍</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Mỗi‍ đội‍ đăng‍ ký‍ theo‍ biểu‍ mẫu‍ của‍ Ban‍ Tổ‍ chức‍.‍</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Thi‍ đấu‍ theo‍ luật‍ hiện‍ hành‍ của‍ từng‍ môn‍.‍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Xếp‍ hạng‍ dựa‍ trên‍ kết‍ quả‍ thi‍ đấu‍ và‍ tinh‍ thần‍ tham‍ gia‍.‍</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Ban‍ Giám‍ khảo‍ và‍ Tổ‍ trọng‍ tài‍ do‍ trường‍ quyết‍ đị</w:t>
      </w:r>
      <w:r w:rsidRPr="00A46088">
        <w:rPr>
          <w:rFonts w:ascii="Times New Roman" w:hAnsi="Times New Roman" w:cs="Times New Roman"/>
          <w:sz w:val="26"/>
          <w:szCs w:val="26"/>
        </w:rPr>
        <w:t>nh‍.‍</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lastRenderedPageBreak/>
        <w:t>6‍.‍ Cơ‍ cấu‍ giải‍ thưởng‍.‍</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Giải‍ Nhất‍,‍ Nhì‍,‍ Ba‍ cho‍ từng‍ môn‍.‍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Giải‍ phong‍ cách‍,‍ giải‍ đồng‍ đội‍,‍ giải‍ cống‍ hiế</w:t>
      </w:r>
      <w:r w:rsidRPr="00A46088">
        <w:rPr>
          <w:rFonts w:ascii="Times New Roman" w:hAnsi="Times New Roman" w:cs="Times New Roman"/>
          <w:sz w:val="26"/>
          <w:szCs w:val="26"/>
        </w:rPr>
        <w:t>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7‍.‍ Tổ‍ chức‍ thực‍ hiện‍.‍</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Ban‍ Giám‍ hiệu‍:‍ Chỉ‍ đạo‍ chung‍.‍</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Tổ‍ Thể‍ dục‍:‍ Xây‍ dựng‍ thể‍ lệ‍,‍ điều‍ hành‍ giải‍,‍ phân‍ công‍ trọng‍ tài‍.‍</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Công‍ đoàn‍:‍ Phối‍ hợp‍ triển‍ khai‍,‍ vận‍ động‍ giáo‍ viên‍ tham‍ gia‍.‍</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Văn‍ phòng‍:‍ Bố‍ trí‍ hậu‍ cần‍,‍ cơ‍ sở‍ vật‍ chấ</w:t>
      </w:r>
      <w:r w:rsidRPr="00A46088">
        <w:rPr>
          <w:rFonts w:ascii="Times New Roman" w:hAnsi="Times New Roman" w:cs="Times New Roman"/>
          <w:sz w:val="26"/>
          <w:szCs w:val="26"/>
        </w:rPr>
        <w:t>t‍.‍</w:t>
      </w:r>
    </w:p>
    <w:p w:rsidR="00A46088" w:rsidRP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8‍.‍ Kinh‍ phí‍.‍</w:t>
      </w:r>
    </w:p>
    <w:p w:rsidR="00A46088" w:rsidRDefault="00A46088" w:rsidP="00A46088">
      <w:pPr>
        <w:rPr>
          <w:rFonts w:ascii="Times New Roman" w:hAnsi="Times New Roman" w:cs="Times New Roman"/>
          <w:sz w:val="26"/>
          <w:szCs w:val="26"/>
        </w:rPr>
      </w:pPr>
      <w:r w:rsidRPr="00A46088">
        <w:rPr>
          <w:rFonts w:ascii="Times New Roman" w:hAnsi="Times New Roman" w:cs="Times New Roman"/>
          <w:sz w:val="26"/>
          <w:szCs w:val="26"/>
        </w:rPr>
        <w:t>-‍ Trích‍ từ‍ quỹ‍ Công‍ đoàn‍,‍ nhà‍ trường‍ và‍ nguồn‍ hỗ‍ trợ‍ khác‍ (nếu‍ có)‍.‍</w:t>
      </w:r>
    </w:p>
    <w:p w:rsidR="00A46088" w:rsidRPr="00A46088" w:rsidRDefault="00A46088" w:rsidP="00A46088">
      <w:pPr>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A46088" w:rsidRPr="00A46088" w:rsidTr="00A46088">
        <w:tc>
          <w:tcPr>
            <w:tcW w:w="4428" w:type="dxa"/>
          </w:tcPr>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Nơi‍ nhận‍:‍</w:t>
            </w:r>
          </w:p>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 Ban‍ Giám‍ hiệu‍;‍</w:t>
            </w:r>
          </w:p>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 Các‍ tổ‍,‍ bộ‍ môn‍;‍</w:t>
            </w:r>
          </w:p>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 Lưu‍:‍ VT‍.‍</w:t>
            </w:r>
          </w:p>
          <w:p w:rsidR="00A46088" w:rsidRPr="00A46088" w:rsidRDefault="00A46088" w:rsidP="00A46088">
            <w:pPr>
              <w:rPr>
                <w:rFonts w:ascii="Times New Roman" w:hAnsi="Times New Roman" w:cs="Times New Roman"/>
                <w:b/>
                <w:sz w:val="26"/>
                <w:szCs w:val="26"/>
              </w:rPr>
            </w:pPr>
          </w:p>
        </w:tc>
        <w:tc>
          <w:tcPr>
            <w:tcW w:w="4428" w:type="dxa"/>
          </w:tcPr>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TM‍.‍ BAN‍ TỔ‍ CHỨC‍</w:t>
            </w:r>
          </w:p>
          <w:p w:rsidR="00A46088" w:rsidRPr="00A46088" w:rsidRDefault="00A46088" w:rsidP="00A46088">
            <w:pPr>
              <w:rPr>
                <w:rFonts w:ascii="Times New Roman" w:hAnsi="Times New Roman" w:cs="Times New Roman"/>
                <w:b/>
                <w:sz w:val="26"/>
                <w:szCs w:val="26"/>
              </w:rPr>
            </w:pPr>
            <w:r w:rsidRPr="00A46088">
              <w:rPr>
                <w:rFonts w:ascii="Times New Roman" w:hAnsi="Times New Roman" w:cs="Times New Roman"/>
                <w:b/>
                <w:sz w:val="26"/>
                <w:szCs w:val="26"/>
              </w:rPr>
              <w:t>(‍Ký‍,‍ ghi‍ rõ‍ họ‍ tên)</w:t>
            </w:r>
          </w:p>
          <w:p w:rsidR="00A46088" w:rsidRPr="00A46088" w:rsidRDefault="00A46088" w:rsidP="00A46088">
            <w:pPr>
              <w:rPr>
                <w:rFonts w:ascii="Times New Roman" w:hAnsi="Times New Roman" w:cs="Times New Roman"/>
                <w:b/>
                <w:sz w:val="26"/>
                <w:szCs w:val="26"/>
              </w:rPr>
            </w:pPr>
          </w:p>
        </w:tc>
      </w:tr>
    </w:tbl>
    <w:p w:rsidR="00A46088" w:rsidRPr="00A46088" w:rsidRDefault="00A46088" w:rsidP="00A46088">
      <w:pPr>
        <w:rPr>
          <w:rFonts w:ascii="Times New Roman" w:hAnsi="Times New Roman" w:cs="Times New Roman"/>
          <w:sz w:val="26"/>
          <w:szCs w:val="26"/>
        </w:rPr>
      </w:pPr>
    </w:p>
    <w:p w:rsidR="00A46088" w:rsidRPr="00A46088" w:rsidRDefault="00A46088" w:rsidP="00A46088">
      <w:pPr>
        <w:rPr>
          <w:rFonts w:ascii="Times New Roman" w:hAnsi="Times New Roman" w:cs="Times New Roman"/>
          <w:sz w:val="26"/>
          <w:szCs w:val="26"/>
        </w:rPr>
      </w:pPr>
    </w:p>
    <w:p w:rsidR="00780CC2" w:rsidRPr="00A46088" w:rsidRDefault="00780CC2" w:rsidP="00A46088">
      <w:pPr>
        <w:rPr>
          <w:rFonts w:ascii="Times New Roman" w:hAnsi="Times New Roman" w:cs="Times New Roman"/>
          <w:sz w:val="26"/>
          <w:szCs w:val="26"/>
        </w:rPr>
      </w:pPr>
    </w:p>
    <w:sectPr w:rsidR="00780CC2" w:rsidRPr="00A4608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780CC2"/>
    <w:rsid w:val="00A460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A1500FF4-9EC2-4D72-ACBA-D723F058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C1270-431D-4A38-B8CA-301CB4B6C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2025-11-17T01:43:00Z</dcterms:created>
  <dcterms:modified xsi:type="dcterms:W3CDTF">2025-11-17T01:43:00Z</dcterms:modified>
  <cp:category/>
</cp:coreProperties>
</file>