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5641"/>
      </w:tblGrid>
      <w:tr w:rsidR="00A46088" w:rsidTr="002F06A5">
        <w:tc>
          <w:tcPr>
            <w:tcW w:w="2999" w:type="dxa"/>
          </w:tcPr>
          <w:p w:rsidR="00A46088" w:rsidRDefault="00A46088" w:rsidP="00A460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TRƯỜNG……..</w:t>
            </w:r>
          </w:p>
        </w:tc>
        <w:tc>
          <w:tcPr>
            <w:tcW w:w="5641" w:type="dxa"/>
          </w:tcPr>
          <w:p w:rsidR="00A46088" w:rsidRPr="00A46088" w:rsidRDefault="00A46088" w:rsidP="00A460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088">
              <w:rPr>
                <w:rFonts w:ascii="Times New Roman" w:hAnsi="Times New Roman" w:cs="Times New Roman"/>
                <w:b/>
                <w:sz w:val="26"/>
                <w:szCs w:val="26"/>
              </w:rPr>
              <w:t>CỘNG‍ HÒA‍ XÃ‍ HỘI‍ CHỦ‍ NGHĨA‍ VIỆT‍ NAM</w:t>
            </w:r>
          </w:p>
          <w:p w:rsidR="00A46088" w:rsidRPr="00A46088" w:rsidRDefault="00A46088" w:rsidP="00A460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6088">
              <w:rPr>
                <w:rFonts w:ascii="Times New Roman" w:hAnsi="Times New Roman" w:cs="Times New Roman"/>
                <w:b/>
                <w:sz w:val="26"/>
                <w:szCs w:val="26"/>
              </w:rPr>
              <w:t>Độc‍ lập‍ -‍ Tự‍ do‍ -‍ Hạnh‍ phúc</w:t>
            </w:r>
          </w:p>
          <w:p w:rsidR="00A46088" w:rsidRDefault="00A46088" w:rsidP="00A460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F06A5" w:rsidTr="002F06A5">
        <w:tc>
          <w:tcPr>
            <w:tcW w:w="2999" w:type="dxa"/>
          </w:tcPr>
          <w:p w:rsidR="002F06A5" w:rsidRDefault="002F06A5" w:rsidP="002F06A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41" w:type="dxa"/>
          </w:tcPr>
          <w:p w:rsidR="002F06A5" w:rsidRPr="00A46088" w:rsidRDefault="002F06A5" w:rsidP="002F06A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F06A5" w:rsidRPr="002F06A5" w:rsidRDefault="002F06A5" w:rsidP="002F06A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06A5">
        <w:rPr>
          <w:rFonts w:ascii="Times New Roman" w:hAnsi="Times New Roman" w:cs="Times New Roman"/>
          <w:b/>
          <w:sz w:val="26"/>
          <w:szCs w:val="26"/>
        </w:rPr>
        <w:t>GIẤY MỜ</w:t>
      </w:r>
      <w:r>
        <w:rPr>
          <w:rFonts w:ascii="Times New Roman" w:hAnsi="Times New Roman" w:cs="Times New Roman"/>
          <w:b/>
          <w:sz w:val="26"/>
          <w:szCs w:val="26"/>
        </w:rPr>
        <w:t>I</w:t>
      </w:r>
      <w:bookmarkStart w:id="0" w:name="_GoBack"/>
      <w:bookmarkEnd w:id="0"/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Trân trọng kính mời: ..............................................................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(Cựu học sinh/sinh viên tiêu biể</w:t>
      </w:r>
      <w:r w:rsidRPr="002F06A5">
        <w:rPr>
          <w:rFonts w:ascii="Times New Roman" w:hAnsi="Times New Roman" w:cs="Times New Roman"/>
          <w:sz w:val="26"/>
          <w:szCs w:val="26"/>
        </w:rPr>
        <w:t>u)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Đến dự: Lễ kỷ niệm Ngày Nhà giáo Việ</w:t>
      </w:r>
      <w:r w:rsidRPr="002F06A5">
        <w:rPr>
          <w:rFonts w:ascii="Times New Roman" w:hAnsi="Times New Roman" w:cs="Times New Roman"/>
          <w:sz w:val="26"/>
          <w:szCs w:val="26"/>
        </w:rPr>
        <w:t>t Nam 20/11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Thời gian: ...............................</w:t>
      </w:r>
      <w:r w:rsidRPr="002F06A5"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Địa điểm: ................................................................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..................................................</w:t>
      </w:r>
      <w:r w:rsidRPr="002F06A5">
        <w:rPr>
          <w:rFonts w:ascii="Times New Roman" w:hAnsi="Times New Roman" w:cs="Times New Roman"/>
          <w:sz w:val="26"/>
          <w:szCs w:val="26"/>
        </w:rPr>
        <w:t>...............................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Nộ</w:t>
      </w:r>
      <w:r w:rsidRPr="002F06A5">
        <w:rPr>
          <w:rFonts w:ascii="Times New Roman" w:hAnsi="Times New Roman" w:cs="Times New Roman"/>
          <w:sz w:val="26"/>
          <w:szCs w:val="26"/>
        </w:rPr>
        <w:t>i dung chương trình: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Ổn định tổ chức, đón tiếp đại biể</w:t>
      </w:r>
      <w:r w:rsidRPr="002F06A5">
        <w:rPr>
          <w:rFonts w:ascii="Times New Roman" w:hAnsi="Times New Roman" w:cs="Times New Roman"/>
          <w:sz w:val="26"/>
          <w:szCs w:val="26"/>
        </w:rPr>
        <w:t>u.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Tuyên bố lý do, giới thiệu đại biể</w:t>
      </w:r>
      <w:r w:rsidRPr="002F06A5">
        <w:rPr>
          <w:rFonts w:ascii="Times New Roman" w:hAnsi="Times New Roman" w:cs="Times New Roman"/>
          <w:sz w:val="26"/>
          <w:szCs w:val="26"/>
        </w:rPr>
        <w:t>u.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Diễn văn kỷ niệm Ngày Nhà giáo Việ</w:t>
      </w:r>
      <w:r w:rsidRPr="002F06A5">
        <w:rPr>
          <w:rFonts w:ascii="Times New Roman" w:hAnsi="Times New Roman" w:cs="Times New Roman"/>
          <w:sz w:val="26"/>
          <w:szCs w:val="26"/>
        </w:rPr>
        <w:t>t Nam 20/11.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Gặp gỡ, tri ân thầy cô giáo qua các thời kỳ</w:t>
      </w:r>
      <w:r w:rsidRPr="002F06A5">
        <w:rPr>
          <w:rFonts w:ascii="Times New Roman" w:hAnsi="Times New Roman" w:cs="Times New Roman"/>
          <w:sz w:val="26"/>
          <w:szCs w:val="26"/>
        </w:rPr>
        <w:t>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Tọa đàm, giao lưu với cựu học sinh/sinh viên tiêu biể</w:t>
      </w:r>
      <w:r w:rsidRPr="002F06A5">
        <w:rPr>
          <w:rFonts w:ascii="Times New Roman" w:hAnsi="Times New Roman" w:cs="Times New Roman"/>
          <w:sz w:val="26"/>
          <w:szCs w:val="26"/>
        </w:rPr>
        <w:t>u.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Bế mạ</w:t>
      </w:r>
      <w:r w:rsidRPr="002F06A5">
        <w:rPr>
          <w:rFonts w:ascii="Times New Roman" w:hAnsi="Times New Roman" w:cs="Times New Roman"/>
          <w:sz w:val="26"/>
          <w:szCs w:val="26"/>
        </w:rPr>
        <w:t>c.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Kính mong sự hiện diện của quý vị để buổi lễ thêm phần trang trọ</w:t>
      </w:r>
      <w:r w:rsidRPr="002F06A5">
        <w:rPr>
          <w:rFonts w:ascii="Times New Roman" w:hAnsi="Times New Roman" w:cs="Times New Roman"/>
          <w:sz w:val="26"/>
          <w:szCs w:val="26"/>
        </w:rPr>
        <w:t>ng và ý nghĩa.</w:t>
      </w:r>
    </w:p>
    <w:p w:rsidR="002F06A5" w:rsidRPr="002F06A5" w:rsidRDefault="002F06A5" w:rsidP="002F06A5">
      <w:pPr>
        <w:rPr>
          <w:rFonts w:ascii="Times New Roman" w:hAnsi="Times New Roman" w:cs="Times New Roman"/>
          <w:sz w:val="26"/>
          <w:szCs w:val="26"/>
        </w:rPr>
      </w:pPr>
      <w:r w:rsidRPr="002F06A5">
        <w:rPr>
          <w:rFonts w:ascii="Times New Roman" w:hAnsi="Times New Roman" w:cs="Times New Roman"/>
          <w:sz w:val="26"/>
          <w:szCs w:val="26"/>
        </w:rPr>
        <w:t>Trân trọng!</w:t>
      </w:r>
    </w:p>
    <w:p w:rsidR="002F06A5" w:rsidRPr="002F06A5" w:rsidRDefault="002F06A5" w:rsidP="002F06A5">
      <w:pPr>
        <w:rPr>
          <w:rFonts w:ascii="Times New Roman" w:hAnsi="Times New Roman" w:cs="Times New Roman"/>
          <w:b/>
          <w:sz w:val="26"/>
          <w:szCs w:val="26"/>
        </w:rPr>
      </w:pPr>
    </w:p>
    <w:p w:rsidR="002F06A5" w:rsidRPr="002F06A5" w:rsidRDefault="002F06A5" w:rsidP="002F06A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2F06A5">
        <w:rPr>
          <w:rFonts w:ascii="Times New Roman" w:hAnsi="Times New Roman" w:cs="Times New Roman"/>
          <w:b/>
          <w:sz w:val="26"/>
          <w:szCs w:val="26"/>
        </w:rPr>
        <w:t>ĐẠI DIỆN NHÀ TRƯỜNG</w:t>
      </w:r>
    </w:p>
    <w:p w:rsidR="002F06A5" w:rsidRPr="002F06A5" w:rsidRDefault="002F06A5" w:rsidP="002F06A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2F06A5">
        <w:rPr>
          <w:rFonts w:ascii="Times New Roman" w:hAnsi="Times New Roman" w:cs="Times New Roman"/>
          <w:b/>
          <w:sz w:val="26"/>
          <w:szCs w:val="26"/>
        </w:rPr>
        <w:t>(Ký tên, đóng dấu)</w:t>
      </w:r>
    </w:p>
    <w:p w:rsidR="002F06A5" w:rsidRPr="002F06A5" w:rsidRDefault="002F06A5" w:rsidP="002F06A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780CC2" w:rsidRPr="00A46088" w:rsidRDefault="002F06A5" w:rsidP="002F06A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2F06A5">
        <w:rPr>
          <w:rFonts w:ascii="Times New Roman" w:hAnsi="Times New Roman" w:cs="Times New Roman"/>
          <w:b/>
          <w:sz w:val="26"/>
          <w:szCs w:val="26"/>
        </w:rPr>
        <w:t>....................................................</w:t>
      </w:r>
    </w:p>
    <w:sectPr w:rsidR="00780CC2" w:rsidRPr="00A4608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F06A5"/>
    <w:rsid w:val="00326F90"/>
    <w:rsid w:val="00780CC2"/>
    <w:rsid w:val="00A4608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1500FF4-9EC2-4D72-ACBA-D723F058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8D4E00-AADD-4792-9015-6D9AAE66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2025-11-17T02:08:00Z</dcterms:created>
  <dcterms:modified xsi:type="dcterms:W3CDTF">2025-11-17T02:08:00Z</dcterms:modified>
  <cp:category/>
</cp:coreProperties>
</file>