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A01" w:rsidRPr="00463A01" w:rsidRDefault="00463A01" w:rsidP="00463A0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3A01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463A01" w:rsidRPr="00463A01" w:rsidRDefault="00463A01" w:rsidP="00463A0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3A01">
        <w:rPr>
          <w:rFonts w:ascii="Times New Roman" w:hAnsi="Times New Roman" w:cs="Times New Roman"/>
          <w:b/>
          <w:sz w:val="26"/>
          <w:szCs w:val="26"/>
        </w:rPr>
        <w:t>Độc lập - Tự do - Hạnh phúc</w:t>
      </w:r>
    </w:p>
    <w:p w:rsidR="00463A01" w:rsidRPr="00463A01" w:rsidRDefault="00463A01" w:rsidP="00463A01">
      <w:pPr>
        <w:rPr>
          <w:rFonts w:ascii="Times New Roman" w:hAnsi="Times New Roman" w:cs="Times New Roman"/>
          <w:b/>
          <w:sz w:val="26"/>
          <w:szCs w:val="26"/>
        </w:rPr>
      </w:pPr>
    </w:p>
    <w:p w:rsidR="00463A01" w:rsidRPr="00463A01" w:rsidRDefault="00463A01" w:rsidP="00463A0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3A01">
        <w:rPr>
          <w:rFonts w:ascii="Times New Roman" w:hAnsi="Times New Roman" w:cs="Times New Roman"/>
          <w:b/>
          <w:sz w:val="26"/>
          <w:szCs w:val="26"/>
        </w:rPr>
        <w:t>THƯ MỜ</w:t>
      </w:r>
      <w:r w:rsidRPr="00463A01">
        <w:rPr>
          <w:rFonts w:ascii="Times New Roman" w:hAnsi="Times New Roman" w:cs="Times New Roman"/>
          <w:b/>
          <w:sz w:val="26"/>
          <w:szCs w:val="26"/>
        </w:rPr>
        <w:t>I</w:t>
      </w:r>
    </w:p>
    <w:p w:rsidR="00463A01" w:rsidRPr="00463A01" w:rsidRDefault="00463A01" w:rsidP="00463A0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3A01">
        <w:rPr>
          <w:rFonts w:ascii="Times New Roman" w:hAnsi="Times New Roman" w:cs="Times New Roman"/>
          <w:b/>
          <w:sz w:val="26"/>
          <w:szCs w:val="26"/>
        </w:rPr>
        <w:t>V/v: Mời tham dự Lễ kỷ niệm Ngày Nhà giáo Việt Nam 20/11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Kính gửi: Ban đại diện Cha mẹ học sinh trường [Tên trườ</w:t>
      </w:r>
      <w:r>
        <w:rPr>
          <w:rFonts w:ascii="Times New Roman" w:hAnsi="Times New Roman" w:cs="Times New Roman"/>
          <w:sz w:val="26"/>
          <w:szCs w:val="26"/>
        </w:rPr>
        <w:t>ng]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Nhà trường trân trọng kính mời Ban đại diện Cha mẹ học sinh đến tham dự Lễ kỷ niệm Ngày Nhà giáo Việt Nam 20/11 được tổ chức tại trường. Thông tin chi tiết về</w:t>
      </w:r>
      <w:r>
        <w:rPr>
          <w:rFonts w:ascii="Times New Roman" w:hAnsi="Times New Roman" w:cs="Times New Roman"/>
          <w:sz w:val="26"/>
          <w:szCs w:val="26"/>
        </w:rPr>
        <w:t xml:space="preserve"> chương trình như sau: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Thờ</w:t>
      </w:r>
      <w:r>
        <w:rPr>
          <w:rFonts w:ascii="Times New Roman" w:hAnsi="Times New Roman" w:cs="Times New Roman"/>
          <w:sz w:val="26"/>
          <w:szCs w:val="26"/>
        </w:rPr>
        <w:t>i gian: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Thời gian tậ</w:t>
      </w:r>
      <w:r>
        <w:rPr>
          <w:rFonts w:ascii="Times New Roman" w:hAnsi="Times New Roman" w:cs="Times New Roman"/>
          <w:sz w:val="26"/>
          <w:szCs w:val="26"/>
        </w:rPr>
        <w:t>p tr</w:t>
      </w:r>
      <w:r w:rsidRPr="00463A01">
        <w:rPr>
          <w:rFonts w:ascii="Times New Roman" w:hAnsi="Times New Roman" w:cs="Times New Roman"/>
          <w:sz w:val="26"/>
          <w:szCs w:val="26"/>
        </w:rPr>
        <w:t>ung: 07:30, thứ Năm, ngày 20 tháng 11 năm 20xx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Chương trình chính thứ</w:t>
      </w:r>
      <w:r>
        <w:rPr>
          <w:rFonts w:ascii="Times New Roman" w:hAnsi="Times New Roman" w:cs="Times New Roman"/>
          <w:sz w:val="26"/>
          <w:szCs w:val="26"/>
        </w:rPr>
        <w:t>c: 08:00 – 11:00 cùng ngày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Địa điểm: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Hội trường lớn, Trường [Tên trường] (Địa chỉ: [điền địa chỉ</w:t>
      </w:r>
      <w:r>
        <w:rPr>
          <w:rFonts w:ascii="Times New Roman" w:hAnsi="Times New Roman" w:cs="Times New Roman"/>
          <w:sz w:val="26"/>
          <w:szCs w:val="26"/>
        </w:rPr>
        <w:t>])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Nộ</w:t>
      </w:r>
      <w:r>
        <w:rPr>
          <w:rFonts w:ascii="Times New Roman" w:hAnsi="Times New Roman" w:cs="Times New Roman"/>
          <w:sz w:val="26"/>
          <w:szCs w:val="26"/>
        </w:rPr>
        <w:t>i dung chương trình: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Khai mạc, báo cáo ngắn gọn về phong trào dạy và họ</w:t>
      </w:r>
      <w:r>
        <w:rPr>
          <w:rFonts w:ascii="Times New Roman" w:hAnsi="Times New Roman" w:cs="Times New Roman"/>
          <w:sz w:val="26"/>
          <w:szCs w:val="26"/>
        </w:rPr>
        <w:t>c;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Phát biểu chào mừng của Ban Giám hiệ</w:t>
      </w:r>
      <w:r>
        <w:rPr>
          <w:rFonts w:ascii="Times New Roman" w:hAnsi="Times New Roman" w:cs="Times New Roman"/>
          <w:sz w:val="26"/>
          <w:szCs w:val="26"/>
        </w:rPr>
        <w:t>u;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Đại diện Ban đại diện Cha mẹ học sinh phát biể</w:t>
      </w:r>
      <w:r>
        <w:rPr>
          <w:rFonts w:ascii="Times New Roman" w:hAnsi="Times New Roman" w:cs="Times New Roman"/>
          <w:sz w:val="26"/>
          <w:szCs w:val="26"/>
        </w:rPr>
        <w:t>u;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Tuyên dương và trao danh hiệu/khen thưởng cho tập thể</w:t>
      </w:r>
      <w:r>
        <w:rPr>
          <w:rFonts w:ascii="Times New Roman" w:hAnsi="Times New Roman" w:cs="Times New Roman"/>
          <w:sz w:val="26"/>
          <w:szCs w:val="26"/>
        </w:rPr>
        <w:t>/gia đình có đóng góp;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Chương trình văn nghệ do giáo viên và học sinh biểu diễ</w:t>
      </w:r>
      <w:r>
        <w:rPr>
          <w:rFonts w:ascii="Times New Roman" w:hAnsi="Times New Roman" w:cs="Times New Roman"/>
          <w:sz w:val="26"/>
          <w:szCs w:val="26"/>
        </w:rPr>
        <w:t>n;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Giao lưu, thăm quan lớp học/triển lãm thành tích (nế</w:t>
      </w:r>
      <w:r>
        <w:rPr>
          <w:rFonts w:ascii="Times New Roman" w:hAnsi="Times New Roman" w:cs="Times New Roman"/>
          <w:sz w:val="26"/>
          <w:szCs w:val="26"/>
        </w:rPr>
        <w:t>u có);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Bế mạ</w:t>
      </w:r>
      <w:r>
        <w:rPr>
          <w:rFonts w:ascii="Times New Roman" w:hAnsi="Times New Roman" w:cs="Times New Roman"/>
          <w:sz w:val="26"/>
          <w:szCs w:val="26"/>
        </w:rPr>
        <w:t>c.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Đề nghị: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lastRenderedPageBreak/>
        <w:t>Ban đại diện Cha mẹ học sinh vui lòng cử đại diện (tối đa … người) tham dự và phát biểu ý kiế</w:t>
      </w:r>
      <w:r>
        <w:rPr>
          <w:rFonts w:ascii="Times New Roman" w:hAnsi="Times New Roman" w:cs="Times New Roman"/>
          <w:sz w:val="26"/>
          <w:szCs w:val="26"/>
        </w:rPr>
        <w:t>n;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Đề nghị xác nhận tham dự trước ngày: [ngày/tháng/năm] bằng cách liên hệ với: [tên người liên hệ] – [chức vụ], SĐT: [số điện thoại], email: [email nế</w:t>
      </w:r>
      <w:r>
        <w:rPr>
          <w:rFonts w:ascii="Times New Roman" w:hAnsi="Times New Roman" w:cs="Times New Roman"/>
          <w:sz w:val="26"/>
          <w:szCs w:val="26"/>
        </w:rPr>
        <w:t>u có];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Trang phục: lịch sự; đến đúng giờ để chương trình diễn ra trang trọng, hiệu quả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Công tác hậu cầ</w:t>
      </w:r>
      <w:r>
        <w:rPr>
          <w:rFonts w:ascii="Times New Roman" w:hAnsi="Times New Roman" w:cs="Times New Roman"/>
          <w:sz w:val="26"/>
          <w:szCs w:val="26"/>
        </w:rPr>
        <w:t>n: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Nhà trường sẽ bố trí chỗ ngồi, tiệc trà nhẹ (nếu có) và khu vực đón tiế</w:t>
      </w:r>
      <w:r>
        <w:rPr>
          <w:rFonts w:ascii="Times New Roman" w:hAnsi="Times New Roman" w:cs="Times New Roman"/>
          <w:sz w:val="26"/>
          <w:szCs w:val="26"/>
        </w:rPr>
        <w:t>p;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Nếu Ban đại diện có đề xuất hỗ trợ hoặc muốn kết hợp hoạt động (tặng quà, trao học bổng…), xin vui lòng thông báo trước để phối hợ</w:t>
      </w:r>
      <w:r>
        <w:rPr>
          <w:rFonts w:ascii="Times New Roman" w:hAnsi="Times New Roman" w:cs="Times New Roman"/>
          <w:sz w:val="26"/>
          <w:szCs w:val="26"/>
        </w:rPr>
        <w:t>p.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Mục đích của buổi lễ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Tôn vinh truyền thống “Tôn sư trọng đạo”, bày tỏ lòng biết ơn đối với độ</w:t>
      </w:r>
      <w:r>
        <w:rPr>
          <w:rFonts w:ascii="Times New Roman" w:hAnsi="Times New Roman" w:cs="Times New Roman"/>
          <w:sz w:val="26"/>
          <w:szCs w:val="26"/>
        </w:rPr>
        <w:t>i ngũ nhà giáo;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Tăng cường mối quan hệ hợp tác giữa nhà trường và phụ</w:t>
      </w:r>
      <w:r>
        <w:rPr>
          <w:rFonts w:ascii="Times New Roman" w:hAnsi="Times New Roman" w:cs="Times New Roman"/>
          <w:sz w:val="26"/>
          <w:szCs w:val="26"/>
        </w:rPr>
        <w:t xml:space="preserve"> huynh;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r w:rsidRPr="00463A01">
        <w:rPr>
          <w:rFonts w:ascii="Times New Roman" w:hAnsi="Times New Roman" w:cs="Times New Roman"/>
          <w:sz w:val="26"/>
          <w:szCs w:val="26"/>
        </w:rPr>
        <w:t>Khuyến khích phong trào giáo dục, biểu dương những đóng góp tích cực của giáo viên và họ</w:t>
      </w:r>
      <w:r>
        <w:rPr>
          <w:rFonts w:ascii="Times New Roman" w:hAnsi="Times New Roman" w:cs="Times New Roman"/>
          <w:sz w:val="26"/>
          <w:szCs w:val="26"/>
        </w:rPr>
        <w:t>c sinh.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63A01">
        <w:rPr>
          <w:rFonts w:ascii="Times New Roman" w:hAnsi="Times New Roman" w:cs="Times New Roman"/>
          <w:sz w:val="26"/>
          <w:szCs w:val="26"/>
        </w:rPr>
        <w:t>Trân trọng kính mời và mong nhận được sự hiện diện của Quý Ban đại diệ</w:t>
      </w:r>
      <w:r>
        <w:rPr>
          <w:rFonts w:ascii="Times New Roman" w:hAnsi="Times New Roman" w:cs="Times New Roman"/>
          <w:sz w:val="26"/>
          <w:szCs w:val="26"/>
        </w:rPr>
        <w:t>n.</w:t>
      </w:r>
    </w:p>
    <w:p w:rsidR="00463A01" w:rsidRPr="00463A01" w:rsidRDefault="00463A01" w:rsidP="00463A01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463A01">
        <w:rPr>
          <w:rFonts w:ascii="Times New Roman" w:hAnsi="Times New Roman" w:cs="Times New Roman"/>
          <w:i/>
          <w:sz w:val="26"/>
          <w:szCs w:val="26"/>
        </w:rPr>
        <w:t>Ngày … tháng … năm …</w:t>
      </w:r>
    </w:p>
    <w:p w:rsidR="00463A01" w:rsidRPr="00463A01" w:rsidRDefault="00463A01" w:rsidP="00463A01">
      <w:pPr>
        <w:rPr>
          <w:rFonts w:ascii="Times New Roman" w:hAnsi="Times New Roman" w:cs="Times New Roman"/>
          <w:sz w:val="26"/>
          <w:szCs w:val="26"/>
        </w:rPr>
      </w:pPr>
    </w:p>
    <w:p w:rsidR="00463A01" w:rsidRPr="00463A01" w:rsidRDefault="00463A01" w:rsidP="00463A01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463A01">
        <w:rPr>
          <w:rFonts w:ascii="Times New Roman" w:hAnsi="Times New Roman" w:cs="Times New Roman"/>
          <w:b/>
          <w:sz w:val="26"/>
          <w:szCs w:val="26"/>
        </w:rPr>
        <w:t>TM. BAN GIÁM HIỆU</w:t>
      </w:r>
    </w:p>
    <w:p w:rsidR="00463A01" w:rsidRPr="00463A01" w:rsidRDefault="00463A01" w:rsidP="00463A01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463A01">
        <w:rPr>
          <w:rFonts w:ascii="Times New Roman" w:hAnsi="Times New Roman" w:cs="Times New Roman"/>
          <w:b/>
          <w:sz w:val="26"/>
          <w:szCs w:val="26"/>
        </w:rPr>
        <w:t>Hiệu trưởng</w:t>
      </w:r>
    </w:p>
    <w:p w:rsidR="00463A01" w:rsidRPr="00463A01" w:rsidRDefault="00463A01" w:rsidP="00463A01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463A01">
        <w:rPr>
          <w:rFonts w:ascii="Times New Roman" w:hAnsi="Times New Roman" w:cs="Times New Roman"/>
          <w:b/>
          <w:sz w:val="26"/>
          <w:szCs w:val="26"/>
        </w:rPr>
        <w:t xml:space="preserve"> (ký, ghi rõ họ tên và đóng dấ</w:t>
      </w:r>
      <w:r w:rsidRPr="00463A01">
        <w:rPr>
          <w:rFonts w:ascii="Times New Roman" w:hAnsi="Times New Roman" w:cs="Times New Roman"/>
          <w:b/>
          <w:sz w:val="26"/>
          <w:szCs w:val="26"/>
        </w:rPr>
        <w:t>u)</w:t>
      </w:r>
    </w:p>
    <w:p w:rsidR="00463A01" w:rsidRPr="00463A01" w:rsidRDefault="00463A01">
      <w:pPr>
        <w:rPr>
          <w:rFonts w:ascii="Times New Roman" w:hAnsi="Times New Roman" w:cs="Times New Roman"/>
          <w:sz w:val="26"/>
          <w:szCs w:val="26"/>
        </w:rPr>
      </w:pPr>
    </w:p>
    <w:sectPr w:rsidR="00463A01" w:rsidRPr="00463A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E0F72"/>
    <w:rsid w:val="00326F90"/>
    <w:rsid w:val="00463A0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8F3B80EA-4965-464B-B5A0-C7E2A9C2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276A9C-5B03-4DBE-9927-07303D37F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2025-11-17T01:28:00Z</dcterms:created>
  <dcterms:modified xsi:type="dcterms:W3CDTF">2025-11-17T01:28:00Z</dcterms:modified>
  <cp:category/>
</cp:coreProperties>
</file>