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8CD" w:rsidRPr="008E58CD" w:rsidRDefault="008E58CD" w:rsidP="008E58C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E58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CÔNG TY:………………………</w:t>
      </w:r>
    </w:p>
    <w:p w:rsidR="008D74AC" w:rsidRPr="008E58CD" w:rsidRDefault="008E58CD" w:rsidP="008E58C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E58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</w:t>
      </w:r>
      <w:r w:rsidRPr="008E58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ị</w:t>
      </w:r>
      <w:r w:rsidRPr="008E58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 ch</w:t>
      </w:r>
      <w:r w:rsidRPr="008E58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ỉ</w:t>
      </w:r>
      <w:r w:rsidRPr="008E58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 …………………………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8D74AC" w:rsidRPr="008E58CD" w:rsidRDefault="008E58CD" w:rsidP="008E58C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E58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</w:t>
      </w:r>
      <w:r w:rsidRPr="008E58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ệ</w:t>
      </w:r>
      <w:r w:rsidRPr="008E58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 tho</w:t>
      </w:r>
      <w:r w:rsidRPr="008E58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ạ</w:t>
      </w:r>
      <w:r w:rsidRPr="008E58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i: ………………………</w:t>
      </w:r>
      <w:r w:rsidRPr="008E58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Email: ……………………………</w:t>
      </w:r>
    </w:p>
    <w:p w:rsidR="008E58CD" w:rsidRPr="008E58CD" w:rsidRDefault="008E58CD" w:rsidP="008E58CD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74AC" w:rsidRPr="008E58CD" w:rsidRDefault="008E58CD" w:rsidP="008E58CD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58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THÔNG BÁO CHƯƠNG TRÌNH KHUY</w:t>
      </w:r>
      <w:r w:rsidRPr="008E58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Ế</w:t>
      </w:r>
      <w:r w:rsidRPr="008E58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 MÃI</w:t>
      </w:r>
    </w:p>
    <w:p w:rsidR="008D74AC" w:rsidRPr="008E58CD" w:rsidRDefault="008E58CD" w:rsidP="008E58CD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58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Chào m</w:t>
      </w:r>
      <w:r w:rsidRPr="008E58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ừ</w:t>
      </w:r>
      <w:r w:rsidRPr="008E58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ng Đ</w:t>
      </w:r>
      <w:r w:rsidRPr="008E58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ạ</w:t>
      </w:r>
      <w:r w:rsidRPr="008E58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 l</w:t>
      </w:r>
      <w:r w:rsidRPr="008E58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ễ</w:t>
      </w:r>
      <w:r w:rsidRPr="008E58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Qu</w:t>
      </w:r>
      <w:r w:rsidRPr="008E58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ố</w:t>
      </w:r>
      <w:r w:rsidRPr="008E58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 khánh 2/9</w:t>
      </w:r>
    </w:p>
    <w:p w:rsidR="008D74AC" w:rsidRPr="008E58CD" w:rsidRDefault="008E58CD" w:rsidP="008E58C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Kính g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i: Quý Khách hàng,</w:t>
      </w:r>
    </w:p>
    <w:p w:rsidR="008E58CD" w:rsidRDefault="008E58CD" w:rsidP="008E58C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Nhân d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p k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ỷ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ni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m Qu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c khánh nư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c CHXHCN Vi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 Nam (2/9/1945 – 2/9/2025), Công ty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…… 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xin trân tr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ng g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i l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i c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m ơn chân thành đ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n Quý khách hàng đã đ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ng hành và 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ng h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chúng tôi trong su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t th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i gian qua.</w:t>
      </w:r>
    </w:p>
    <w:p w:rsidR="008D74AC" w:rsidRPr="008E58CD" w:rsidRDefault="008E58CD" w:rsidP="008E58C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Đ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tri ân s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tin tư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ở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ng c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a Quý khách, chúng tôi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xin trân tr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ng thông báo Chương trình khuy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n mãi đ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c bi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t như sau:</w:t>
      </w:r>
    </w:p>
    <w:p w:rsidR="008D74AC" w:rsidRPr="008E58CD" w:rsidRDefault="008E58CD" w:rsidP="008E58CD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58CD">
        <w:rPr>
          <w:rFonts w:ascii="Segoe UI Symbol" w:hAnsi="Segoe UI Symbol" w:cs="Segoe UI Symbol"/>
          <w:color w:val="000000" w:themeColor="text1"/>
          <w:sz w:val="28"/>
          <w:szCs w:val="28"/>
        </w:rPr>
        <w:t>🔹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i gian áp d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ng: T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ngày …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/08/2025 đ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n h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t ngày …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/09/2025</w:t>
      </w:r>
    </w:p>
    <w:p w:rsidR="008D74AC" w:rsidRPr="008E58CD" w:rsidRDefault="008E58CD" w:rsidP="008E58CD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58CD">
        <w:rPr>
          <w:rFonts w:ascii="Segoe UI Symbol" w:hAnsi="Segoe UI Symbol" w:cs="Segoe UI Symbol"/>
          <w:color w:val="000000" w:themeColor="text1"/>
          <w:sz w:val="28"/>
          <w:szCs w:val="28"/>
        </w:rPr>
        <w:t>🔹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Ph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m vi áp d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ng: Toàn qu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c và trên h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ng bán hàng online</w:t>
      </w:r>
    </w:p>
    <w:p w:rsidR="008D74AC" w:rsidRPr="008E58CD" w:rsidRDefault="008E58CD" w:rsidP="008E58CD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58CD">
        <w:rPr>
          <w:rFonts w:ascii="Segoe UI Symbol" w:hAnsi="Segoe UI Symbol" w:cs="Segoe UI Symbol"/>
          <w:color w:val="000000" w:themeColor="text1"/>
          <w:sz w:val="28"/>
          <w:szCs w:val="28"/>
        </w:rPr>
        <w:t>🔹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i dung khuy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n mãi:</w:t>
      </w:r>
      <w:bookmarkStart w:id="0" w:name="_GoBack"/>
      <w:bookmarkEnd w:id="0"/>
    </w:p>
    <w:p w:rsidR="008D74AC" w:rsidRPr="008E58CD" w:rsidRDefault="008E58CD" w:rsidP="008E58CD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- Gi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 giá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% t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t c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n ph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m</w:t>
      </w:r>
    </w:p>
    <w:p w:rsidR="008E58CD" w:rsidRDefault="008E58CD" w:rsidP="008E58CD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- Mu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a …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ng … 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đ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i v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i s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n ph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</w:p>
    <w:p w:rsidR="008D74AC" w:rsidRPr="008E58CD" w:rsidRDefault="008E58CD" w:rsidP="008E58CD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- T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ng quà tri ân cho đơn hàng t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….. 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đ tr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ở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lên</w:t>
      </w:r>
    </w:p>
    <w:p w:rsidR="008D74AC" w:rsidRPr="008E58CD" w:rsidRDefault="008E58CD" w:rsidP="008E58CD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- Freeship toàn qu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c đơn t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…… 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đ</w:t>
      </w:r>
    </w:p>
    <w:p w:rsidR="008D74AC" w:rsidRPr="008E58CD" w:rsidRDefault="008E58CD" w:rsidP="008E58C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58CD">
        <w:rPr>
          <w:rFonts w:ascii="Segoe UI Symbol" w:hAnsi="Segoe UI Symbol" w:cs="Segoe UI Symbol"/>
          <w:color w:val="000000" w:themeColor="text1"/>
          <w:sz w:val="28"/>
          <w:szCs w:val="28"/>
        </w:rPr>
        <w:lastRenderedPageBreak/>
        <w:t>🔹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Đi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u ki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n áp d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ng: Không áp d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ng đ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ng th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i v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i các chương trình khuy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n mãi khác.</w:t>
      </w:r>
    </w:p>
    <w:p w:rsidR="008D74AC" w:rsidRPr="008E58CD" w:rsidRDefault="008E58CD" w:rsidP="008E58C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Đây là d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Quý khách hàng tr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i nghi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m cá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c s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n ph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m/d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ch v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t lư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ng v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i ưu đãi h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p d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ẫ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n nh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t trong năm. Đ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ng b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ỏ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ỡ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cơ h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i này!</w:t>
      </w:r>
    </w:p>
    <w:p w:rsidR="008D74AC" w:rsidRPr="008E58CD" w:rsidRDefault="008E58CD" w:rsidP="008E58CD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M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i thông tin chi ti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t vui lòng liên h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8D74AC" w:rsidRPr="008E58CD" w:rsidRDefault="008E58CD" w:rsidP="008E58CD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58CD">
        <w:rPr>
          <w:rFonts w:ascii="Segoe UI Symbol" w:hAnsi="Segoe UI Symbol" w:cs="Segoe UI Symbol"/>
          <w:color w:val="000000" w:themeColor="text1"/>
          <w:sz w:val="28"/>
          <w:szCs w:val="28"/>
        </w:rPr>
        <w:t>📞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Hotline: ……………………..</w:t>
      </w:r>
    </w:p>
    <w:p w:rsidR="008D74AC" w:rsidRPr="008E58CD" w:rsidRDefault="008E58CD" w:rsidP="008E58CD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58CD">
        <w:rPr>
          <w:rFonts w:ascii="Segoe UI Symbol" w:hAnsi="Segoe UI Symbol" w:cs="Segoe UI Symbol"/>
          <w:color w:val="000000" w:themeColor="text1"/>
          <w:sz w:val="28"/>
          <w:szCs w:val="28"/>
        </w:rPr>
        <w:t>🌐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Website: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 ……………………</w:t>
      </w:r>
    </w:p>
    <w:p w:rsidR="008E58CD" w:rsidRDefault="008E58CD" w:rsidP="008E58C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58CD">
        <w:rPr>
          <w:rFonts w:ascii="Segoe UI Symbol" w:hAnsi="Segoe UI Symbol" w:cs="Segoe UI Symbol"/>
          <w:color w:val="000000" w:themeColor="text1"/>
          <w:sz w:val="28"/>
          <w:szCs w:val="28"/>
        </w:rPr>
        <w:t>📩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Email: : ……………………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</w:p>
    <w:p w:rsidR="008D74AC" w:rsidRPr="008E58CD" w:rsidRDefault="008E58CD" w:rsidP="008E58C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M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t l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n n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ữ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a, chúng tôi xin chân thành c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 ơn Quý 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khách hàng và kính chúc Quý v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cùng gia đình m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t k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ỳ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ngh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ễ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2/9 vui v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ẻ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h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nh phúc – an toàn!</w:t>
      </w:r>
    </w:p>
    <w:p w:rsidR="008D74AC" w:rsidRPr="008E58CD" w:rsidRDefault="008D74AC" w:rsidP="008E58CD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74AC" w:rsidRPr="008E58CD" w:rsidRDefault="008E58CD" w:rsidP="008E58C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Trân tr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8E58CD">
        <w:rPr>
          <w:rFonts w:ascii="Times New Roman" w:hAnsi="Times New Roman" w:cs="Times New Roman"/>
          <w:color w:val="000000" w:themeColor="text1"/>
          <w:sz w:val="28"/>
          <w:szCs w:val="28"/>
        </w:rPr>
        <w:t>ng,</w:t>
      </w:r>
    </w:p>
    <w:p w:rsidR="008D74AC" w:rsidRPr="008E58CD" w:rsidRDefault="008E58CD" w:rsidP="008E58CD">
      <w:pPr>
        <w:spacing w:line="36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E58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</w:t>
      </w:r>
      <w:r w:rsidRPr="008E58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ạ</w:t>
      </w:r>
      <w:r w:rsidRPr="008E58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 di</w:t>
      </w:r>
      <w:r w:rsidRPr="008E58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ệ</w:t>
      </w:r>
      <w:r w:rsidRPr="008E58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 Công ty ……</w:t>
      </w:r>
    </w:p>
    <w:p w:rsidR="008D74AC" w:rsidRPr="008E58CD" w:rsidRDefault="008E58CD" w:rsidP="008E58CD">
      <w:pPr>
        <w:spacing w:line="36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E58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…………………………</w:t>
      </w:r>
    </w:p>
    <w:sectPr w:rsidR="008D74AC" w:rsidRPr="008E58C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D74AC"/>
    <w:rsid w:val="008E58C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04C660D4-089E-4263-AA19-904FF78F5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9887114-FD30-4314-A487-DE95E7BCE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2025-08-04T09:26:00Z</dcterms:created>
  <dcterms:modified xsi:type="dcterms:W3CDTF">2025-08-04T09:26:00Z</dcterms:modified>
  <cp:category/>
</cp:coreProperties>
</file>