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528" w:rsidRPr="00DC4B95" w:rsidRDefault="00DC4B95" w:rsidP="00DC4B9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HÒA XÃ H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CH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NGHĨA VI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NAM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Đ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l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- T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do - H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 phúc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F35528" w:rsidRPr="00DC4B95" w:rsidRDefault="00DC4B95" w:rsidP="00DC4B9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QUYẾT ĐỊNH</w:t>
      </w:r>
    </w:p>
    <w:p w:rsidR="00F35528" w:rsidRPr="00DC4B95" w:rsidRDefault="00DC4B95" w:rsidP="00DC4B9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V/v: Phân công tr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d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ngh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ỉ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l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ễ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Qu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khánh 2/9/2025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GIÁM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CÔNG TY …………………………………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 năm 2019;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Căn 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vào k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ch ngh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khánh 2/9/2025;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Căn 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tình hình ho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t, kinh doanh 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a công ty;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Xét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a Trư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 phòng Hành chính – Nhân s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5528" w:rsidRPr="00DC4B95" w:rsidRDefault="00DC4B95" w:rsidP="00DC4B95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DC4B95">
        <w:rPr>
          <w:rFonts w:ascii="Times New Roman" w:hAnsi="Times New Roman" w:cs="Times New Roman"/>
          <w:color w:val="000000" w:themeColor="text1"/>
        </w:rPr>
        <w:br/>
        <w:t>QUY</w:t>
      </w:r>
      <w:r w:rsidRPr="00DC4B95">
        <w:rPr>
          <w:rFonts w:ascii="Times New Roman" w:hAnsi="Times New Roman" w:cs="Times New Roman"/>
          <w:color w:val="000000" w:themeColor="text1"/>
        </w:rPr>
        <w:t>Ế</w:t>
      </w:r>
      <w:r w:rsidRPr="00DC4B95">
        <w:rPr>
          <w:rFonts w:ascii="Times New Roman" w:hAnsi="Times New Roman" w:cs="Times New Roman"/>
          <w:color w:val="000000" w:themeColor="text1"/>
        </w:rPr>
        <w:t>T Đ</w:t>
      </w:r>
      <w:r w:rsidRPr="00DC4B95">
        <w:rPr>
          <w:rFonts w:ascii="Times New Roman" w:hAnsi="Times New Roman" w:cs="Times New Roman"/>
          <w:color w:val="000000" w:themeColor="text1"/>
        </w:rPr>
        <w:t>Ị</w:t>
      </w:r>
      <w:r w:rsidRPr="00DC4B95">
        <w:rPr>
          <w:rFonts w:ascii="Times New Roman" w:hAnsi="Times New Roman" w:cs="Times New Roman"/>
          <w:color w:val="000000" w:themeColor="text1"/>
        </w:rPr>
        <w:t>NH:</w:t>
      </w:r>
      <w:r w:rsidRPr="00DC4B95">
        <w:rPr>
          <w:rFonts w:ascii="Times New Roman" w:hAnsi="Times New Roman" w:cs="Times New Roman"/>
          <w:color w:val="000000" w:themeColor="text1"/>
        </w:rPr>
        <w:br/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1. Phân công cán b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, nhân viên tr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trong d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p ngh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khánh 2/9/2025 như sau: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i gian tr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c: T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30/8/2025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 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ngày 02/9/2025.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- Danh sách phân công tr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đư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đính kèm theo Quy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nh này.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2. Yêu c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các cá nhân có tên trong danh sách phân công tr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 nghiêm túc nhi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m v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giao,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o công vi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không b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gián đo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n, k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i x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lý các tình hu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 phá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sinh.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3. Trư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ng các b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 liên quan và các cá nhân có tên trong danh sách ch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trách nhi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m thi hành Quy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nh này.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Quy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nh có hi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F35528" w:rsidRPr="00DC4B95" w:rsidRDefault="00DC4B95" w:rsidP="00DC4B95">
      <w:pPr>
        <w:pStyle w:val="Title"/>
      </w:pPr>
      <w:r w:rsidRPr="00DC4B95">
        <w:lastRenderedPageBreak/>
        <w:br/>
        <w:t>Nơi nh</w:t>
      </w:r>
      <w:r w:rsidRPr="00DC4B95">
        <w:t>ậ</w:t>
      </w:r>
      <w:r w:rsidRPr="00DC4B95">
        <w:t>n:</w:t>
      </w:r>
      <w:bookmarkStart w:id="0" w:name="_GoBack"/>
      <w:bookmarkEnd w:id="0"/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- Như Đi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u 3;</w:t>
      </w:r>
    </w:p>
    <w:p w:rsidR="00F35528" w:rsidRPr="00DC4B95" w:rsidRDefault="00DC4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color w:val="000000" w:themeColor="text1"/>
          <w:sz w:val="28"/>
          <w:szCs w:val="28"/>
        </w:rPr>
        <w:t>- Lưu VP.</w:t>
      </w:r>
    </w:p>
    <w:p w:rsidR="00F35528" w:rsidRPr="00DC4B95" w:rsidRDefault="00DC4B95" w:rsidP="00DC4B95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C4B9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……..</w:t>
      </w:r>
      <w:r w:rsidRPr="00DC4B9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ngày … tháng … năm 2025</w:t>
      </w:r>
    </w:p>
    <w:p w:rsidR="00F35528" w:rsidRPr="00DC4B95" w:rsidRDefault="00DC4B95" w:rsidP="00DC4B9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GIÁM Đ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</w:p>
    <w:p w:rsidR="00F35528" w:rsidRPr="00DC4B95" w:rsidRDefault="00DC4B95" w:rsidP="00DC4B9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(Đã ký, đóng d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DC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F35528" w:rsidRPr="00DC4B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C4B95"/>
    <w:rsid w:val="00F355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73E2148-2FF7-481B-B237-0FA9AF55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02622B-1511-41AB-9649-D80E16A1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QUYẾT ĐỊNH: </vt:lpstr>
    </vt:vector>
  </TitlesOfParts>
  <Manager/>
  <Company/>
  <LinksUpToDate>false</LinksUpToDate>
  <CharactersWithSpaces>1020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2025-08-04T03:35:00Z</dcterms:created>
  <dcterms:modified xsi:type="dcterms:W3CDTF">2025-08-04T03:35:00Z</dcterms:modified>
  <cp:category/>
</cp:coreProperties>
</file>