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685" w:rsidRPr="00B83EA4" w:rsidRDefault="00B83EA4">
      <w:pPr>
        <w:jc w:val="center"/>
        <w:rPr>
          <w:b/>
          <w:sz w:val="28"/>
          <w:szCs w:val="28"/>
        </w:rPr>
      </w:pPr>
      <w:r w:rsidRPr="00B83EA4">
        <w:rPr>
          <w:b/>
          <w:sz w:val="28"/>
          <w:szCs w:val="28"/>
        </w:rPr>
        <w:t>C</w:t>
      </w:r>
      <w:r w:rsidRPr="00B83EA4">
        <w:rPr>
          <w:b/>
          <w:sz w:val="28"/>
          <w:szCs w:val="28"/>
        </w:rPr>
        <w:t>Ộ</w:t>
      </w:r>
      <w:r w:rsidRPr="00B83EA4">
        <w:rPr>
          <w:b/>
          <w:sz w:val="28"/>
          <w:szCs w:val="28"/>
        </w:rPr>
        <w:t>NG HÒA XÃ H</w:t>
      </w:r>
      <w:r w:rsidRPr="00B83EA4">
        <w:rPr>
          <w:b/>
          <w:sz w:val="28"/>
          <w:szCs w:val="28"/>
        </w:rPr>
        <w:t>Ộ</w:t>
      </w:r>
      <w:r w:rsidRPr="00B83EA4">
        <w:rPr>
          <w:b/>
          <w:sz w:val="28"/>
          <w:szCs w:val="28"/>
        </w:rPr>
        <w:t>I CH</w:t>
      </w:r>
      <w:r w:rsidRPr="00B83EA4">
        <w:rPr>
          <w:b/>
          <w:sz w:val="28"/>
          <w:szCs w:val="28"/>
        </w:rPr>
        <w:t>Ủ</w:t>
      </w:r>
      <w:r w:rsidRPr="00B83EA4">
        <w:rPr>
          <w:b/>
          <w:sz w:val="28"/>
          <w:szCs w:val="28"/>
        </w:rPr>
        <w:t xml:space="preserve"> NGHĨA VI</w:t>
      </w:r>
      <w:r w:rsidRPr="00B83EA4">
        <w:rPr>
          <w:b/>
          <w:sz w:val="28"/>
          <w:szCs w:val="28"/>
        </w:rPr>
        <w:t>Ệ</w:t>
      </w:r>
      <w:r w:rsidRPr="00B83EA4">
        <w:rPr>
          <w:b/>
          <w:sz w:val="28"/>
          <w:szCs w:val="28"/>
        </w:rPr>
        <w:t>T NAM</w:t>
      </w:r>
    </w:p>
    <w:p w:rsidR="00B42685" w:rsidRPr="00B83EA4" w:rsidRDefault="00B83EA4" w:rsidP="00B83EA4">
      <w:pPr>
        <w:jc w:val="center"/>
        <w:rPr>
          <w:b/>
          <w:sz w:val="28"/>
          <w:szCs w:val="28"/>
        </w:rPr>
      </w:pPr>
      <w:r w:rsidRPr="00B83EA4">
        <w:rPr>
          <w:b/>
          <w:sz w:val="28"/>
          <w:szCs w:val="28"/>
        </w:rPr>
        <w:t>Đ</w:t>
      </w:r>
      <w:r w:rsidRPr="00B83EA4">
        <w:rPr>
          <w:b/>
          <w:sz w:val="28"/>
          <w:szCs w:val="28"/>
        </w:rPr>
        <w:t>ộ</w:t>
      </w:r>
      <w:r w:rsidRPr="00B83EA4">
        <w:rPr>
          <w:b/>
          <w:sz w:val="28"/>
          <w:szCs w:val="28"/>
        </w:rPr>
        <w:t>c l</w:t>
      </w:r>
      <w:r w:rsidRPr="00B83EA4">
        <w:rPr>
          <w:b/>
          <w:sz w:val="28"/>
          <w:szCs w:val="28"/>
        </w:rPr>
        <w:t>ậ</w:t>
      </w:r>
      <w:r w:rsidRPr="00B83EA4">
        <w:rPr>
          <w:b/>
          <w:sz w:val="28"/>
          <w:szCs w:val="28"/>
        </w:rPr>
        <w:t>p - T</w:t>
      </w:r>
      <w:r w:rsidRPr="00B83EA4">
        <w:rPr>
          <w:b/>
          <w:sz w:val="28"/>
          <w:szCs w:val="28"/>
        </w:rPr>
        <w:t>ự</w:t>
      </w:r>
      <w:r w:rsidRPr="00B83EA4">
        <w:rPr>
          <w:b/>
          <w:sz w:val="28"/>
          <w:szCs w:val="28"/>
        </w:rPr>
        <w:t xml:space="preserve"> do - H</w:t>
      </w:r>
      <w:r w:rsidRPr="00B83EA4">
        <w:rPr>
          <w:b/>
          <w:sz w:val="28"/>
          <w:szCs w:val="28"/>
        </w:rPr>
        <w:t>ạ</w:t>
      </w:r>
      <w:r w:rsidRPr="00B83EA4">
        <w:rPr>
          <w:b/>
          <w:sz w:val="28"/>
          <w:szCs w:val="28"/>
        </w:rPr>
        <w:t>nh phúc</w:t>
      </w:r>
    </w:p>
    <w:p w:rsidR="00B42685" w:rsidRPr="00B83EA4" w:rsidRDefault="00B83EA4">
      <w:pPr>
        <w:jc w:val="center"/>
        <w:rPr>
          <w:b/>
          <w:sz w:val="28"/>
          <w:szCs w:val="28"/>
        </w:rPr>
      </w:pPr>
      <w:r w:rsidRPr="00B83EA4">
        <w:rPr>
          <w:b/>
          <w:sz w:val="28"/>
          <w:szCs w:val="28"/>
        </w:rPr>
        <w:t>ĐƠN XIN THAM GIA NGHĨA V</w:t>
      </w:r>
      <w:r w:rsidRPr="00B83EA4">
        <w:rPr>
          <w:b/>
          <w:sz w:val="28"/>
          <w:szCs w:val="28"/>
        </w:rPr>
        <w:t>Ụ</w:t>
      </w:r>
      <w:r w:rsidRPr="00B83EA4">
        <w:rPr>
          <w:b/>
          <w:sz w:val="28"/>
          <w:szCs w:val="28"/>
        </w:rPr>
        <w:t xml:space="preserve"> CÔNG AN NHÂN DÂN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Kính g</w:t>
      </w:r>
      <w:r w:rsidRPr="00B83EA4">
        <w:rPr>
          <w:sz w:val="28"/>
          <w:szCs w:val="28"/>
        </w:rPr>
        <w:t>ử</w:t>
      </w:r>
      <w:r w:rsidRPr="00B83EA4">
        <w:rPr>
          <w:sz w:val="28"/>
          <w:szCs w:val="28"/>
        </w:rPr>
        <w:t>i: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- Ban Ch</w:t>
      </w:r>
      <w:r w:rsidRPr="00B83EA4">
        <w:rPr>
          <w:sz w:val="28"/>
          <w:szCs w:val="28"/>
        </w:rPr>
        <w:t>ỉ</w:t>
      </w:r>
      <w:r w:rsidRPr="00B83EA4">
        <w:rPr>
          <w:sz w:val="28"/>
          <w:szCs w:val="28"/>
        </w:rPr>
        <w:t xml:space="preserve"> huy Quân s</w:t>
      </w:r>
      <w:r w:rsidRPr="00B83EA4">
        <w:rPr>
          <w:sz w:val="28"/>
          <w:szCs w:val="28"/>
        </w:rPr>
        <w:t>ự</w:t>
      </w:r>
      <w:r w:rsidRPr="00B83EA4">
        <w:rPr>
          <w:sz w:val="28"/>
          <w:szCs w:val="28"/>
        </w:rPr>
        <w:t xml:space="preserve"> xã/phư</w:t>
      </w:r>
      <w:r w:rsidRPr="00B83EA4">
        <w:rPr>
          <w:sz w:val="28"/>
          <w:szCs w:val="28"/>
        </w:rPr>
        <w:t>ờng/</w:t>
      </w:r>
      <w:r w:rsidRPr="00B83EA4">
        <w:rPr>
          <w:sz w:val="28"/>
          <w:szCs w:val="28"/>
        </w:rPr>
        <w:t>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- Công an huy</w:t>
      </w:r>
      <w:r w:rsidRPr="00B83EA4">
        <w:rPr>
          <w:sz w:val="28"/>
          <w:szCs w:val="28"/>
        </w:rPr>
        <w:t>ệ</w:t>
      </w:r>
      <w:r w:rsidRPr="00B83EA4">
        <w:rPr>
          <w:sz w:val="28"/>
          <w:szCs w:val="28"/>
        </w:rPr>
        <w:t>n/qu</w:t>
      </w:r>
      <w:r w:rsidRPr="00B83EA4">
        <w:rPr>
          <w:sz w:val="28"/>
          <w:szCs w:val="28"/>
        </w:rPr>
        <w:t>ậ</w:t>
      </w:r>
      <w:r w:rsidRPr="00B83EA4">
        <w:rPr>
          <w:sz w:val="28"/>
          <w:szCs w:val="28"/>
        </w:rPr>
        <w:t>n/th</w:t>
      </w:r>
      <w:r w:rsidRPr="00B83EA4">
        <w:rPr>
          <w:sz w:val="28"/>
          <w:szCs w:val="28"/>
        </w:rPr>
        <w:t>ị</w:t>
      </w:r>
      <w:r w:rsidRPr="00B83EA4">
        <w:rPr>
          <w:sz w:val="28"/>
          <w:szCs w:val="28"/>
        </w:rPr>
        <w:t xml:space="preserve"> </w:t>
      </w:r>
      <w:r w:rsidRPr="00B83EA4">
        <w:rPr>
          <w:sz w:val="28"/>
          <w:szCs w:val="28"/>
        </w:rPr>
        <w:t>xã/thành ph</w:t>
      </w:r>
      <w:r w:rsidRPr="00B83EA4">
        <w:rPr>
          <w:sz w:val="28"/>
          <w:szCs w:val="28"/>
        </w:rPr>
        <w:t>ố</w:t>
      </w:r>
      <w:r w:rsidRPr="00B83EA4">
        <w:rPr>
          <w:sz w:val="28"/>
          <w:szCs w:val="28"/>
        </w:rPr>
        <w:t>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Tôi tên là: .................................................................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Sinh ngày: .......... tháng: .......... năm: 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Nơi đăng ký h</w:t>
      </w:r>
      <w:r w:rsidRPr="00B83EA4">
        <w:rPr>
          <w:sz w:val="28"/>
          <w:szCs w:val="28"/>
        </w:rPr>
        <w:t>ộ</w:t>
      </w:r>
      <w:r w:rsidRPr="00B83EA4">
        <w:rPr>
          <w:sz w:val="28"/>
          <w:szCs w:val="28"/>
        </w:rPr>
        <w:t xml:space="preserve"> kh</w:t>
      </w:r>
      <w:r w:rsidRPr="00B83EA4">
        <w:rPr>
          <w:sz w:val="28"/>
          <w:szCs w:val="28"/>
        </w:rPr>
        <w:t>ẩ</w:t>
      </w:r>
      <w:r w:rsidRPr="00B83EA4">
        <w:rPr>
          <w:sz w:val="28"/>
          <w:szCs w:val="28"/>
        </w:rPr>
        <w:t>u thư</w:t>
      </w:r>
      <w:r w:rsidRPr="00B83EA4">
        <w:rPr>
          <w:sz w:val="28"/>
          <w:szCs w:val="28"/>
        </w:rPr>
        <w:t>ờ</w:t>
      </w:r>
      <w:r w:rsidRPr="00B83EA4">
        <w:rPr>
          <w:sz w:val="28"/>
          <w:szCs w:val="28"/>
        </w:rPr>
        <w:t>ng trú: ...............................................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Ch</w:t>
      </w:r>
      <w:r w:rsidRPr="00B83EA4">
        <w:rPr>
          <w:sz w:val="28"/>
          <w:szCs w:val="28"/>
        </w:rPr>
        <w:t>ỗ</w:t>
      </w:r>
      <w:r w:rsidRPr="00B83EA4">
        <w:rPr>
          <w:sz w:val="28"/>
          <w:szCs w:val="28"/>
        </w:rPr>
        <w:t xml:space="preserve"> </w:t>
      </w:r>
      <w:r w:rsidRPr="00B83EA4">
        <w:rPr>
          <w:sz w:val="28"/>
          <w:szCs w:val="28"/>
        </w:rPr>
        <w:t>ở</w:t>
      </w:r>
      <w:r w:rsidRPr="00B83EA4">
        <w:rPr>
          <w:sz w:val="28"/>
          <w:szCs w:val="28"/>
        </w:rPr>
        <w:t xml:space="preserve"> hi</w:t>
      </w:r>
      <w:r w:rsidRPr="00B83EA4">
        <w:rPr>
          <w:sz w:val="28"/>
          <w:szCs w:val="28"/>
        </w:rPr>
        <w:t>ệ</w:t>
      </w:r>
      <w:r w:rsidRPr="00B83EA4">
        <w:rPr>
          <w:sz w:val="28"/>
          <w:szCs w:val="28"/>
        </w:rPr>
        <w:t xml:space="preserve">n nay: </w:t>
      </w:r>
      <w:r w:rsidRPr="00B83EA4">
        <w:rPr>
          <w:sz w:val="28"/>
          <w:szCs w:val="28"/>
        </w:rPr>
        <w:t>.....................................................................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Trình đ</w:t>
      </w:r>
      <w:r w:rsidRPr="00B83EA4">
        <w:rPr>
          <w:sz w:val="28"/>
          <w:szCs w:val="28"/>
        </w:rPr>
        <w:t>ộ</w:t>
      </w:r>
      <w:r w:rsidRPr="00B83EA4">
        <w:rPr>
          <w:sz w:val="28"/>
          <w:szCs w:val="28"/>
        </w:rPr>
        <w:t xml:space="preserve"> văn hóa: ..............................................................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Trình đ</w:t>
      </w:r>
      <w:r w:rsidRPr="00B83EA4">
        <w:rPr>
          <w:sz w:val="28"/>
          <w:szCs w:val="28"/>
        </w:rPr>
        <w:t>ộ</w:t>
      </w:r>
      <w:r w:rsidRPr="00B83EA4">
        <w:rPr>
          <w:sz w:val="28"/>
          <w:szCs w:val="28"/>
        </w:rPr>
        <w:t xml:space="preserve"> chuyên môn (n</w:t>
      </w:r>
      <w:r w:rsidRPr="00B83EA4">
        <w:rPr>
          <w:sz w:val="28"/>
          <w:szCs w:val="28"/>
        </w:rPr>
        <w:t>ế</w:t>
      </w:r>
      <w:r w:rsidRPr="00B83EA4">
        <w:rPr>
          <w:sz w:val="28"/>
          <w:szCs w:val="28"/>
        </w:rPr>
        <w:t>u có): ................................................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Dân t</w:t>
      </w:r>
      <w:r w:rsidRPr="00B83EA4">
        <w:rPr>
          <w:sz w:val="28"/>
          <w:szCs w:val="28"/>
        </w:rPr>
        <w:t>ộ</w:t>
      </w:r>
      <w:r w:rsidRPr="00B83EA4">
        <w:rPr>
          <w:sz w:val="28"/>
          <w:szCs w:val="28"/>
        </w:rPr>
        <w:t>c: .................</w:t>
      </w:r>
      <w:r w:rsidRPr="00B83EA4">
        <w:rPr>
          <w:sz w:val="28"/>
          <w:szCs w:val="28"/>
        </w:rPr>
        <w:t>...........     Tôn giáo: .................................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S</w:t>
      </w:r>
      <w:r w:rsidRPr="00B83EA4">
        <w:rPr>
          <w:sz w:val="28"/>
          <w:szCs w:val="28"/>
        </w:rPr>
        <w:t>ố</w:t>
      </w:r>
      <w:r w:rsidRPr="00B83EA4">
        <w:rPr>
          <w:sz w:val="28"/>
          <w:szCs w:val="28"/>
        </w:rPr>
        <w:t xml:space="preserve"> CCCD: .......................................   Ngày c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p: ...................   Nơi c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p: ....................</w:t>
      </w: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S</w:t>
      </w:r>
      <w:r w:rsidRPr="00B83EA4">
        <w:rPr>
          <w:sz w:val="28"/>
          <w:szCs w:val="28"/>
        </w:rPr>
        <w:t>ố</w:t>
      </w:r>
      <w:r w:rsidRPr="00B83EA4">
        <w:rPr>
          <w:sz w:val="28"/>
          <w:szCs w:val="28"/>
        </w:rPr>
        <w:t xml:space="preserve"> đi</w:t>
      </w:r>
      <w:r w:rsidRPr="00B83EA4">
        <w:rPr>
          <w:sz w:val="28"/>
          <w:szCs w:val="28"/>
        </w:rPr>
        <w:t>ệ</w:t>
      </w:r>
      <w:r w:rsidRPr="00B83EA4">
        <w:rPr>
          <w:sz w:val="28"/>
          <w:szCs w:val="28"/>
        </w:rPr>
        <w:t>n tho</w:t>
      </w:r>
      <w:r w:rsidRPr="00B83EA4">
        <w:rPr>
          <w:sz w:val="28"/>
          <w:szCs w:val="28"/>
        </w:rPr>
        <w:t>ạ</w:t>
      </w:r>
      <w:r w:rsidRPr="00B83EA4">
        <w:rPr>
          <w:sz w:val="28"/>
          <w:szCs w:val="28"/>
        </w:rPr>
        <w:t>i liên h</w:t>
      </w:r>
      <w:r w:rsidRPr="00B83EA4">
        <w:rPr>
          <w:sz w:val="28"/>
          <w:szCs w:val="28"/>
        </w:rPr>
        <w:t>ệ</w:t>
      </w:r>
      <w:r w:rsidRPr="00B83EA4">
        <w:rPr>
          <w:sz w:val="28"/>
          <w:szCs w:val="28"/>
        </w:rPr>
        <w:t>: ............................................................</w:t>
      </w:r>
    </w:p>
    <w:p w:rsidR="00B42685" w:rsidRPr="00B83EA4" w:rsidRDefault="00B42685">
      <w:pPr>
        <w:rPr>
          <w:sz w:val="28"/>
          <w:szCs w:val="28"/>
        </w:rPr>
      </w:pP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Tôi làm đơn này xin đư</w:t>
      </w:r>
      <w:r w:rsidRPr="00B83EA4">
        <w:rPr>
          <w:sz w:val="28"/>
          <w:szCs w:val="28"/>
        </w:rPr>
        <w:t>ợ</w:t>
      </w:r>
      <w:r w:rsidRPr="00B83EA4">
        <w:rPr>
          <w:sz w:val="28"/>
          <w:szCs w:val="28"/>
        </w:rPr>
        <w:t>c tham gia nghĩa v</w:t>
      </w:r>
      <w:r w:rsidRPr="00B83EA4">
        <w:rPr>
          <w:sz w:val="28"/>
          <w:szCs w:val="28"/>
        </w:rPr>
        <w:t>ụ</w:t>
      </w:r>
      <w:r w:rsidRPr="00B83EA4">
        <w:rPr>
          <w:sz w:val="28"/>
          <w:szCs w:val="28"/>
        </w:rPr>
        <w:t xml:space="preserve"> trong Công an nhân dân năm 20... theo ch</w:t>
      </w:r>
      <w:r w:rsidRPr="00B83EA4">
        <w:rPr>
          <w:sz w:val="28"/>
          <w:szCs w:val="28"/>
        </w:rPr>
        <w:t>ủ</w:t>
      </w:r>
      <w:r w:rsidRPr="00B83EA4">
        <w:rPr>
          <w:sz w:val="28"/>
          <w:szCs w:val="28"/>
        </w:rPr>
        <w:t xml:space="preserve"> trương, k</w:t>
      </w:r>
      <w:r w:rsidRPr="00B83EA4">
        <w:rPr>
          <w:sz w:val="28"/>
          <w:szCs w:val="28"/>
        </w:rPr>
        <w:t>ế</w:t>
      </w:r>
      <w:r w:rsidRPr="00B83EA4">
        <w:rPr>
          <w:sz w:val="28"/>
          <w:szCs w:val="28"/>
        </w:rPr>
        <w:t xml:space="preserve"> ho</w:t>
      </w:r>
      <w:r w:rsidRPr="00B83EA4">
        <w:rPr>
          <w:sz w:val="28"/>
          <w:szCs w:val="28"/>
        </w:rPr>
        <w:t>ạ</w:t>
      </w:r>
      <w:r w:rsidRPr="00B83EA4">
        <w:rPr>
          <w:sz w:val="28"/>
          <w:szCs w:val="28"/>
        </w:rPr>
        <w:t>ch tuy</w:t>
      </w:r>
      <w:r w:rsidRPr="00B83EA4">
        <w:rPr>
          <w:sz w:val="28"/>
          <w:szCs w:val="28"/>
        </w:rPr>
        <w:t>ể</w:t>
      </w:r>
      <w:r w:rsidRPr="00B83EA4">
        <w:rPr>
          <w:sz w:val="28"/>
          <w:szCs w:val="28"/>
        </w:rPr>
        <w:t>n ch</w:t>
      </w:r>
      <w:r w:rsidRPr="00B83EA4">
        <w:rPr>
          <w:sz w:val="28"/>
          <w:szCs w:val="28"/>
        </w:rPr>
        <w:t>ọ</w:t>
      </w:r>
      <w:r w:rsidRPr="00B83EA4">
        <w:rPr>
          <w:sz w:val="28"/>
          <w:szCs w:val="28"/>
        </w:rPr>
        <w:t>n c</w:t>
      </w:r>
      <w:r w:rsidRPr="00B83EA4">
        <w:rPr>
          <w:sz w:val="28"/>
          <w:szCs w:val="28"/>
        </w:rPr>
        <w:t>ủ</w:t>
      </w:r>
      <w:r w:rsidRPr="00B83EA4">
        <w:rPr>
          <w:sz w:val="28"/>
          <w:szCs w:val="28"/>
        </w:rPr>
        <w:t>a c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p trên. Tôi cam k</w:t>
      </w:r>
      <w:r w:rsidRPr="00B83EA4">
        <w:rPr>
          <w:sz w:val="28"/>
          <w:szCs w:val="28"/>
        </w:rPr>
        <w:t>ế</w:t>
      </w:r>
      <w:r w:rsidRPr="00B83EA4">
        <w:rPr>
          <w:sz w:val="28"/>
          <w:szCs w:val="28"/>
        </w:rPr>
        <w:t>t ch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p hành nghiêm ch</w:t>
      </w:r>
      <w:r w:rsidRPr="00B83EA4">
        <w:rPr>
          <w:sz w:val="28"/>
          <w:szCs w:val="28"/>
        </w:rPr>
        <w:t>ỉ</w:t>
      </w:r>
      <w:r w:rsidRPr="00B83EA4">
        <w:rPr>
          <w:sz w:val="28"/>
          <w:szCs w:val="28"/>
        </w:rPr>
        <w:t>nh m</w:t>
      </w:r>
      <w:r w:rsidRPr="00B83EA4">
        <w:rPr>
          <w:sz w:val="28"/>
          <w:szCs w:val="28"/>
        </w:rPr>
        <w:t>ọ</w:t>
      </w:r>
      <w:r w:rsidRPr="00B83EA4">
        <w:rPr>
          <w:sz w:val="28"/>
          <w:szCs w:val="28"/>
        </w:rPr>
        <w:t>i n</w:t>
      </w:r>
      <w:r w:rsidRPr="00B83EA4">
        <w:rPr>
          <w:sz w:val="28"/>
          <w:szCs w:val="28"/>
        </w:rPr>
        <w:t>ộ</w:t>
      </w:r>
      <w:r w:rsidRPr="00B83EA4">
        <w:rPr>
          <w:sz w:val="28"/>
          <w:szCs w:val="28"/>
        </w:rPr>
        <w:t>i quy, quy đ</w:t>
      </w:r>
      <w:r w:rsidRPr="00B83EA4">
        <w:rPr>
          <w:sz w:val="28"/>
          <w:szCs w:val="28"/>
        </w:rPr>
        <w:t>ị</w:t>
      </w:r>
      <w:r w:rsidRPr="00B83EA4">
        <w:rPr>
          <w:sz w:val="28"/>
          <w:szCs w:val="28"/>
        </w:rPr>
        <w:t>nh c</w:t>
      </w:r>
      <w:r w:rsidRPr="00B83EA4">
        <w:rPr>
          <w:sz w:val="28"/>
          <w:szCs w:val="28"/>
        </w:rPr>
        <w:t>ủ</w:t>
      </w:r>
      <w:r w:rsidRPr="00B83EA4">
        <w:rPr>
          <w:sz w:val="28"/>
          <w:szCs w:val="28"/>
        </w:rPr>
        <w:t>a ngành Công an nhân dân, ph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n đ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u hoàn thành t</w:t>
      </w:r>
      <w:r w:rsidRPr="00B83EA4">
        <w:rPr>
          <w:sz w:val="28"/>
          <w:szCs w:val="28"/>
        </w:rPr>
        <w:t>ố</w:t>
      </w:r>
      <w:r w:rsidRPr="00B83EA4">
        <w:rPr>
          <w:sz w:val="28"/>
          <w:szCs w:val="28"/>
        </w:rPr>
        <w:t>t m</w:t>
      </w:r>
      <w:r w:rsidRPr="00B83EA4">
        <w:rPr>
          <w:sz w:val="28"/>
          <w:szCs w:val="28"/>
        </w:rPr>
        <w:t>ọ</w:t>
      </w:r>
      <w:r w:rsidRPr="00B83EA4">
        <w:rPr>
          <w:sz w:val="28"/>
          <w:szCs w:val="28"/>
        </w:rPr>
        <w:t>i nhi</w:t>
      </w:r>
      <w:r w:rsidRPr="00B83EA4">
        <w:rPr>
          <w:sz w:val="28"/>
          <w:szCs w:val="28"/>
        </w:rPr>
        <w:t>ệ</w:t>
      </w:r>
      <w:r w:rsidRPr="00B83EA4">
        <w:rPr>
          <w:sz w:val="28"/>
          <w:szCs w:val="28"/>
        </w:rPr>
        <w:t>m v</w:t>
      </w:r>
      <w:r w:rsidRPr="00B83EA4">
        <w:rPr>
          <w:sz w:val="28"/>
          <w:szCs w:val="28"/>
        </w:rPr>
        <w:t>ụ</w:t>
      </w:r>
      <w:r w:rsidRPr="00B83EA4">
        <w:rPr>
          <w:sz w:val="28"/>
          <w:szCs w:val="28"/>
        </w:rPr>
        <w:t xml:space="preserve"> đư</w:t>
      </w:r>
      <w:r w:rsidRPr="00B83EA4">
        <w:rPr>
          <w:sz w:val="28"/>
          <w:szCs w:val="28"/>
        </w:rPr>
        <w:t>ợ</w:t>
      </w:r>
      <w:r w:rsidRPr="00B83EA4">
        <w:rPr>
          <w:sz w:val="28"/>
          <w:szCs w:val="28"/>
        </w:rPr>
        <w:t xml:space="preserve">c </w:t>
      </w:r>
      <w:r w:rsidRPr="00B83EA4">
        <w:rPr>
          <w:sz w:val="28"/>
          <w:szCs w:val="28"/>
        </w:rPr>
        <w:t>giao.</w:t>
      </w:r>
    </w:p>
    <w:p w:rsidR="00B42685" w:rsidRPr="00B83EA4" w:rsidRDefault="00B42685">
      <w:pPr>
        <w:rPr>
          <w:sz w:val="28"/>
          <w:szCs w:val="28"/>
        </w:rPr>
      </w:pP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Kính mong quý cơ quan xem xét, t</w:t>
      </w:r>
      <w:r w:rsidRPr="00B83EA4">
        <w:rPr>
          <w:sz w:val="28"/>
          <w:szCs w:val="28"/>
        </w:rPr>
        <w:t>ạ</w:t>
      </w:r>
      <w:r w:rsidRPr="00B83EA4">
        <w:rPr>
          <w:sz w:val="28"/>
          <w:szCs w:val="28"/>
        </w:rPr>
        <w:t>o đi</w:t>
      </w:r>
      <w:r w:rsidRPr="00B83EA4">
        <w:rPr>
          <w:sz w:val="28"/>
          <w:szCs w:val="28"/>
        </w:rPr>
        <w:t>ề</w:t>
      </w:r>
      <w:r w:rsidRPr="00B83EA4">
        <w:rPr>
          <w:sz w:val="28"/>
          <w:szCs w:val="28"/>
        </w:rPr>
        <w:t>u ki</w:t>
      </w:r>
      <w:r w:rsidRPr="00B83EA4">
        <w:rPr>
          <w:sz w:val="28"/>
          <w:szCs w:val="28"/>
        </w:rPr>
        <w:t>ệ</w:t>
      </w:r>
      <w:r w:rsidRPr="00B83EA4">
        <w:rPr>
          <w:sz w:val="28"/>
          <w:szCs w:val="28"/>
        </w:rPr>
        <w:t>n cho tôi đư</w:t>
      </w:r>
      <w:r w:rsidRPr="00B83EA4">
        <w:rPr>
          <w:sz w:val="28"/>
          <w:szCs w:val="28"/>
        </w:rPr>
        <w:t>ợ</w:t>
      </w:r>
      <w:r w:rsidRPr="00B83EA4">
        <w:rPr>
          <w:sz w:val="28"/>
          <w:szCs w:val="28"/>
        </w:rPr>
        <w:t>c tham gia nghĩa v</w:t>
      </w:r>
      <w:r w:rsidRPr="00B83EA4">
        <w:rPr>
          <w:sz w:val="28"/>
          <w:szCs w:val="28"/>
        </w:rPr>
        <w:t>ụ</w:t>
      </w:r>
      <w:r w:rsidRPr="00B83EA4">
        <w:rPr>
          <w:sz w:val="28"/>
          <w:szCs w:val="28"/>
        </w:rPr>
        <w:t xml:space="preserve"> Công an nhân dân.</w:t>
      </w:r>
      <w:bookmarkStart w:id="0" w:name="_GoBack"/>
      <w:bookmarkEnd w:id="0"/>
    </w:p>
    <w:p w:rsidR="00B42685" w:rsidRPr="00B83EA4" w:rsidRDefault="00B42685">
      <w:pPr>
        <w:rPr>
          <w:sz w:val="28"/>
          <w:szCs w:val="28"/>
        </w:rPr>
      </w:pP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Tôi xin chân thành c</w:t>
      </w:r>
      <w:r w:rsidRPr="00B83EA4">
        <w:rPr>
          <w:sz w:val="28"/>
          <w:szCs w:val="28"/>
        </w:rPr>
        <w:t>ả</w:t>
      </w:r>
      <w:r w:rsidRPr="00B83EA4">
        <w:rPr>
          <w:sz w:val="28"/>
          <w:szCs w:val="28"/>
        </w:rPr>
        <w:t>m ơn!</w:t>
      </w:r>
    </w:p>
    <w:p w:rsidR="00B42685" w:rsidRPr="00B83EA4" w:rsidRDefault="00B42685">
      <w:pPr>
        <w:rPr>
          <w:sz w:val="28"/>
          <w:szCs w:val="28"/>
        </w:rPr>
      </w:pPr>
    </w:p>
    <w:p w:rsidR="00B42685" w:rsidRPr="00B83EA4" w:rsidRDefault="00B83EA4" w:rsidP="00B83EA4">
      <w:pPr>
        <w:jc w:val="right"/>
        <w:rPr>
          <w:i/>
          <w:sz w:val="28"/>
          <w:szCs w:val="28"/>
        </w:rPr>
      </w:pPr>
      <w:r w:rsidRPr="00B83EA4">
        <w:rPr>
          <w:i/>
          <w:sz w:val="28"/>
          <w:szCs w:val="28"/>
        </w:rPr>
        <w:t>………, ngày …… tháng …… năm ……</w:t>
      </w:r>
    </w:p>
    <w:p w:rsidR="00B42685" w:rsidRPr="00B83EA4" w:rsidRDefault="00B83EA4" w:rsidP="00B83EA4">
      <w:pPr>
        <w:jc w:val="right"/>
        <w:rPr>
          <w:b/>
          <w:sz w:val="28"/>
          <w:szCs w:val="28"/>
        </w:rPr>
      </w:pPr>
      <w:r w:rsidRPr="00B83EA4">
        <w:rPr>
          <w:b/>
          <w:sz w:val="28"/>
          <w:szCs w:val="28"/>
        </w:rPr>
        <w:t>Ngư</w:t>
      </w:r>
      <w:r w:rsidRPr="00B83EA4">
        <w:rPr>
          <w:b/>
          <w:sz w:val="28"/>
          <w:szCs w:val="28"/>
        </w:rPr>
        <w:t>ờ</w:t>
      </w:r>
      <w:r w:rsidRPr="00B83EA4">
        <w:rPr>
          <w:b/>
          <w:sz w:val="28"/>
          <w:szCs w:val="28"/>
        </w:rPr>
        <w:t>i làm đơn</w:t>
      </w:r>
    </w:p>
    <w:p w:rsidR="00B42685" w:rsidRPr="00B83EA4" w:rsidRDefault="00B83EA4" w:rsidP="00B83EA4">
      <w:pPr>
        <w:jc w:val="right"/>
        <w:rPr>
          <w:b/>
          <w:sz w:val="28"/>
          <w:szCs w:val="28"/>
        </w:rPr>
      </w:pPr>
      <w:r w:rsidRPr="00B83EA4">
        <w:rPr>
          <w:b/>
          <w:sz w:val="28"/>
          <w:szCs w:val="28"/>
        </w:rPr>
        <w:t>(Ký và ghi rõ h</w:t>
      </w:r>
      <w:r w:rsidRPr="00B83EA4">
        <w:rPr>
          <w:b/>
          <w:sz w:val="28"/>
          <w:szCs w:val="28"/>
        </w:rPr>
        <w:t>ọ</w:t>
      </w:r>
      <w:r w:rsidRPr="00B83EA4">
        <w:rPr>
          <w:b/>
          <w:sz w:val="28"/>
          <w:szCs w:val="28"/>
        </w:rPr>
        <w:t xml:space="preserve"> tên)</w:t>
      </w:r>
    </w:p>
    <w:p w:rsidR="00B42685" w:rsidRPr="00B83EA4" w:rsidRDefault="00B42685">
      <w:pPr>
        <w:rPr>
          <w:sz w:val="28"/>
          <w:szCs w:val="28"/>
        </w:rPr>
      </w:pPr>
    </w:p>
    <w:p w:rsidR="00B42685" w:rsidRPr="00B83EA4" w:rsidRDefault="00B83EA4">
      <w:pPr>
        <w:rPr>
          <w:sz w:val="28"/>
          <w:szCs w:val="28"/>
        </w:rPr>
      </w:pPr>
      <w:r w:rsidRPr="00B83EA4">
        <w:rPr>
          <w:sz w:val="28"/>
          <w:szCs w:val="28"/>
        </w:rPr>
        <w:t>(Kèm theo: Sơ y</w:t>
      </w:r>
      <w:r w:rsidRPr="00B83EA4">
        <w:rPr>
          <w:sz w:val="28"/>
          <w:szCs w:val="28"/>
        </w:rPr>
        <w:t>ế</w:t>
      </w:r>
      <w:r w:rsidRPr="00B83EA4">
        <w:rPr>
          <w:sz w:val="28"/>
          <w:szCs w:val="28"/>
        </w:rPr>
        <w:t>u lý l</w:t>
      </w:r>
      <w:r w:rsidRPr="00B83EA4">
        <w:rPr>
          <w:sz w:val="28"/>
          <w:szCs w:val="28"/>
        </w:rPr>
        <w:t>ị</w:t>
      </w:r>
      <w:r w:rsidRPr="00B83EA4">
        <w:rPr>
          <w:sz w:val="28"/>
          <w:szCs w:val="28"/>
        </w:rPr>
        <w:t>ch, b</w:t>
      </w:r>
      <w:r w:rsidRPr="00B83EA4">
        <w:rPr>
          <w:sz w:val="28"/>
          <w:szCs w:val="28"/>
        </w:rPr>
        <w:t>ả</w:t>
      </w:r>
      <w:r w:rsidRPr="00B83EA4">
        <w:rPr>
          <w:sz w:val="28"/>
          <w:szCs w:val="28"/>
        </w:rPr>
        <w:t>n sao h</w:t>
      </w:r>
      <w:r w:rsidRPr="00B83EA4">
        <w:rPr>
          <w:sz w:val="28"/>
          <w:szCs w:val="28"/>
        </w:rPr>
        <w:t>ộ</w:t>
      </w:r>
      <w:r w:rsidRPr="00B83EA4">
        <w:rPr>
          <w:sz w:val="28"/>
          <w:szCs w:val="28"/>
        </w:rPr>
        <w:t xml:space="preserve"> kh</w:t>
      </w:r>
      <w:r w:rsidRPr="00B83EA4">
        <w:rPr>
          <w:sz w:val="28"/>
          <w:szCs w:val="28"/>
        </w:rPr>
        <w:t>ẩ</w:t>
      </w:r>
      <w:r w:rsidRPr="00B83EA4">
        <w:rPr>
          <w:sz w:val="28"/>
          <w:szCs w:val="28"/>
        </w:rPr>
        <w:t>u, CMND/CCCD, gi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 xml:space="preserve">y </w:t>
      </w:r>
      <w:r w:rsidRPr="00B83EA4">
        <w:rPr>
          <w:sz w:val="28"/>
          <w:szCs w:val="28"/>
        </w:rPr>
        <w:t>khám s</w:t>
      </w:r>
      <w:r w:rsidRPr="00B83EA4">
        <w:rPr>
          <w:sz w:val="28"/>
          <w:szCs w:val="28"/>
        </w:rPr>
        <w:t>ứ</w:t>
      </w:r>
      <w:r w:rsidRPr="00B83EA4">
        <w:rPr>
          <w:sz w:val="28"/>
          <w:szCs w:val="28"/>
        </w:rPr>
        <w:t>c kh</w:t>
      </w:r>
      <w:r w:rsidRPr="00B83EA4">
        <w:rPr>
          <w:sz w:val="28"/>
          <w:szCs w:val="28"/>
        </w:rPr>
        <w:t>ỏ</w:t>
      </w:r>
      <w:r w:rsidRPr="00B83EA4">
        <w:rPr>
          <w:sz w:val="28"/>
          <w:szCs w:val="28"/>
        </w:rPr>
        <w:t>e, b</w:t>
      </w:r>
      <w:r w:rsidRPr="00B83EA4">
        <w:rPr>
          <w:sz w:val="28"/>
          <w:szCs w:val="28"/>
        </w:rPr>
        <w:t>ằ</w:t>
      </w:r>
      <w:r w:rsidRPr="00B83EA4">
        <w:rPr>
          <w:sz w:val="28"/>
          <w:szCs w:val="28"/>
        </w:rPr>
        <w:t>ng c</w:t>
      </w:r>
      <w:r w:rsidRPr="00B83EA4">
        <w:rPr>
          <w:sz w:val="28"/>
          <w:szCs w:val="28"/>
        </w:rPr>
        <w:t>ấ</w:t>
      </w:r>
      <w:r w:rsidRPr="00B83EA4">
        <w:rPr>
          <w:sz w:val="28"/>
          <w:szCs w:val="28"/>
        </w:rPr>
        <w:t>p liên quan…)</w:t>
      </w:r>
    </w:p>
    <w:sectPr w:rsidR="00B42685" w:rsidRPr="00B83EA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2685"/>
    <w:rsid w:val="00B47730"/>
    <w:rsid w:val="00B83EA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A60A65B-9E80-4C36-AEE4-372252B2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7C0454-A077-48B1-9BF5-3532A221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2025-08-07T03:07:00Z</dcterms:created>
  <dcterms:modified xsi:type="dcterms:W3CDTF">2025-08-07T03:07:00Z</dcterms:modified>
  <cp:category/>
</cp:coreProperties>
</file>