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01A" w:rsidRPr="00BA701A" w:rsidRDefault="00BA701A" w:rsidP="00BA701A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00BA701A">
        <w:rPr>
          <w:rFonts w:ascii="Times New Roman" w:hAnsi="Times New Roman" w:cs="Times New Roman"/>
          <w:color w:val="auto"/>
        </w:rPr>
        <w:t>CỘNG HÒA XÃ HỘI CHỦ NGHĨA VIỆT NAM</w:t>
      </w:r>
    </w:p>
    <w:p w:rsidR="00BA701A" w:rsidRPr="00BA701A" w:rsidRDefault="00BA701A" w:rsidP="00BA70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01A">
        <w:rPr>
          <w:rFonts w:ascii="Times New Roman" w:hAnsi="Times New Roman" w:cs="Times New Roman"/>
          <w:b/>
          <w:sz w:val="28"/>
          <w:szCs w:val="28"/>
        </w:rPr>
        <w:t>Độc lập-Tự do-Hạnh phúc</w:t>
      </w:r>
    </w:p>
    <w:p w:rsidR="00786F86" w:rsidRPr="00BA701A" w:rsidRDefault="00BA701A">
      <w:pPr>
        <w:pStyle w:val="Heading1"/>
        <w:rPr>
          <w:rFonts w:ascii="Times New Roman" w:hAnsi="Times New Roman" w:cs="Times New Roman"/>
          <w:color w:val="auto"/>
        </w:rPr>
      </w:pPr>
      <w:r w:rsidRPr="00BA701A">
        <w:rPr>
          <w:rFonts w:ascii="Times New Roman" w:hAnsi="Times New Roman" w:cs="Times New Roman"/>
          <w:color w:val="auto"/>
        </w:rPr>
        <w:t>THÔNG BÁO TUY</w:t>
      </w:r>
      <w:r w:rsidRPr="00BA701A">
        <w:rPr>
          <w:rFonts w:ascii="Times New Roman" w:hAnsi="Times New Roman" w:cs="Times New Roman"/>
          <w:color w:val="auto"/>
        </w:rPr>
        <w:t>Ể</w:t>
      </w:r>
      <w:r w:rsidRPr="00BA701A">
        <w:rPr>
          <w:rFonts w:ascii="Times New Roman" w:hAnsi="Times New Roman" w:cs="Times New Roman"/>
          <w:color w:val="auto"/>
        </w:rPr>
        <w:t>N D</w:t>
      </w:r>
      <w:r w:rsidRPr="00BA701A">
        <w:rPr>
          <w:rFonts w:ascii="Times New Roman" w:hAnsi="Times New Roman" w:cs="Times New Roman"/>
          <w:color w:val="auto"/>
        </w:rPr>
        <w:t>Ụ</w:t>
      </w:r>
      <w:r w:rsidRPr="00BA701A">
        <w:rPr>
          <w:rFonts w:ascii="Times New Roman" w:hAnsi="Times New Roman" w:cs="Times New Roman"/>
          <w:color w:val="auto"/>
        </w:rPr>
        <w:t>NG LAO Đ</w:t>
      </w:r>
      <w:r w:rsidRPr="00BA701A">
        <w:rPr>
          <w:rFonts w:ascii="Times New Roman" w:hAnsi="Times New Roman" w:cs="Times New Roman"/>
          <w:color w:val="auto"/>
        </w:rPr>
        <w:t>Ộ</w:t>
      </w:r>
      <w:r w:rsidRPr="00BA701A">
        <w:rPr>
          <w:rFonts w:ascii="Times New Roman" w:hAnsi="Times New Roman" w:cs="Times New Roman"/>
          <w:color w:val="auto"/>
        </w:rPr>
        <w:t>NG PH</w:t>
      </w:r>
      <w:r w:rsidRPr="00BA701A">
        <w:rPr>
          <w:rFonts w:ascii="Times New Roman" w:hAnsi="Times New Roman" w:cs="Times New Roman"/>
          <w:color w:val="auto"/>
        </w:rPr>
        <w:t>Ổ</w:t>
      </w:r>
      <w:r w:rsidRPr="00BA701A">
        <w:rPr>
          <w:rFonts w:ascii="Times New Roman" w:hAnsi="Times New Roman" w:cs="Times New Roman"/>
          <w:color w:val="auto"/>
        </w:rPr>
        <w:t xml:space="preserve"> THÔNG CU</w:t>
      </w:r>
      <w:r w:rsidRPr="00BA701A">
        <w:rPr>
          <w:rFonts w:ascii="Times New Roman" w:hAnsi="Times New Roman" w:cs="Times New Roman"/>
          <w:color w:val="auto"/>
        </w:rPr>
        <w:t>Ố</w:t>
      </w:r>
      <w:r w:rsidRPr="00BA701A">
        <w:rPr>
          <w:rFonts w:ascii="Times New Roman" w:hAnsi="Times New Roman" w:cs="Times New Roman"/>
          <w:color w:val="auto"/>
        </w:rPr>
        <w:t>I NĂM</w:t>
      </w:r>
    </w:p>
    <w:p w:rsidR="00BA701A" w:rsidRPr="00BA701A" w:rsidRDefault="00BA701A" w:rsidP="00BA701A"/>
    <w:p w:rsidR="00786F86" w:rsidRPr="00BA701A" w:rsidRDefault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1. V</w:t>
      </w:r>
      <w:r w:rsidRPr="00BA701A">
        <w:rPr>
          <w:rFonts w:ascii="Times New Roman" w:hAnsi="Times New Roman" w:cs="Times New Roman"/>
          <w:sz w:val="28"/>
          <w:szCs w:val="28"/>
        </w:rPr>
        <w:t>ị</w:t>
      </w:r>
      <w:r w:rsidRPr="00BA701A">
        <w:rPr>
          <w:rFonts w:ascii="Times New Roman" w:hAnsi="Times New Roman" w:cs="Times New Roman"/>
          <w:sz w:val="28"/>
          <w:szCs w:val="28"/>
        </w:rPr>
        <w:t xml:space="preserve"> trí tuy</w:t>
      </w:r>
      <w:r w:rsidRPr="00BA701A">
        <w:rPr>
          <w:rFonts w:ascii="Times New Roman" w:hAnsi="Times New Roman" w:cs="Times New Roman"/>
          <w:sz w:val="28"/>
          <w:szCs w:val="28"/>
        </w:rPr>
        <w:t>ể</w:t>
      </w:r>
      <w:r w:rsidRPr="00BA701A">
        <w:rPr>
          <w:rFonts w:ascii="Times New Roman" w:hAnsi="Times New Roman" w:cs="Times New Roman"/>
          <w:sz w:val="28"/>
          <w:szCs w:val="28"/>
        </w:rPr>
        <w:t>n d</w:t>
      </w:r>
      <w:r w:rsidRPr="00BA701A">
        <w:rPr>
          <w:rFonts w:ascii="Times New Roman" w:hAnsi="Times New Roman" w:cs="Times New Roman"/>
          <w:sz w:val="28"/>
          <w:szCs w:val="28"/>
        </w:rPr>
        <w:t>ụ</w:t>
      </w:r>
      <w:r w:rsidRPr="00BA701A">
        <w:rPr>
          <w:rFonts w:ascii="Times New Roman" w:hAnsi="Times New Roman" w:cs="Times New Roman"/>
          <w:sz w:val="28"/>
          <w:szCs w:val="28"/>
        </w:rPr>
        <w:t>ng:</w:t>
      </w:r>
    </w:p>
    <w:p w:rsidR="00786F86" w:rsidRPr="00BA701A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Lao đ</w:t>
      </w:r>
      <w:r w:rsidRPr="00BA701A">
        <w:rPr>
          <w:rFonts w:ascii="Times New Roman" w:hAnsi="Times New Roman" w:cs="Times New Roman"/>
          <w:sz w:val="28"/>
          <w:szCs w:val="28"/>
        </w:rPr>
        <w:t>ộ</w:t>
      </w:r>
      <w:r w:rsidRPr="00BA701A">
        <w:rPr>
          <w:rFonts w:ascii="Times New Roman" w:hAnsi="Times New Roman" w:cs="Times New Roman"/>
          <w:sz w:val="28"/>
          <w:szCs w:val="28"/>
        </w:rPr>
        <w:t>ng ph</w:t>
      </w:r>
      <w:r w:rsidRPr="00BA701A">
        <w:rPr>
          <w:rFonts w:ascii="Times New Roman" w:hAnsi="Times New Roman" w:cs="Times New Roman"/>
          <w:sz w:val="28"/>
          <w:szCs w:val="28"/>
        </w:rPr>
        <w:t>ổ</w:t>
      </w:r>
      <w:r w:rsidRPr="00BA701A">
        <w:rPr>
          <w:rFonts w:ascii="Times New Roman" w:hAnsi="Times New Roman" w:cs="Times New Roman"/>
          <w:sz w:val="28"/>
          <w:szCs w:val="28"/>
        </w:rPr>
        <w:t xml:space="preserve"> thông (s</w:t>
      </w:r>
      <w:r w:rsidRPr="00BA701A">
        <w:rPr>
          <w:rFonts w:ascii="Times New Roman" w:hAnsi="Times New Roman" w:cs="Times New Roman"/>
          <w:sz w:val="28"/>
          <w:szCs w:val="28"/>
        </w:rPr>
        <w:t>ả</w:t>
      </w:r>
      <w:r w:rsidRPr="00BA701A">
        <w:rPr>
          <w:rFonts w:ascii="Times New Roman" w:hAnsi="Times New Roman" w:cs="Times New Roman"/>
          <w:sz w:val="28"/>
          <w:szCs w:val="28"/>
        </w:rPr>
        <w:t>n xu</w:t>
      </w:r>
      <w:r w:rsidRPr="00BA701A">
        <w:rPr>
          <w:rFonts w:ascii="Times New Roman" w:hAnsi="Times New Roman" w:cs="Times New Roman"/>
          <w:sz w:val="28"/>
          <w:szCs w:val="28"/>
        </w:rPr>
        <w:t>ấ</w:t>
      </w:r>
      <w:r w:rsidRPr="00BA701A">
        <w:rPr>
          <w:rFonts w:ascii="Times New Roman" w:hAnsi="Times New Roman" w:cs="Times New Roman"/>
          <w:sz w:val="28"/>
          <w:szCs w:val="28"/>
        </w:rPr>
        <w:t>t, đóng gói, b</w:t>
      </w:r>
      <w:r w:rsidRPr="00BA701A">
        <w:rPr>
          <w:rFonts w:ascii="Times New Roman" w:hAnsi="Times New Roman" w:cs="Times New Roman"/>
          <w:sz w:val="28"/>
          <w:szCs w:val="28"/>
        </w:rPr>
        <w:t>ố</w:t>
      </w:r>
      <w:r w:rsidRPr="00BA701A">
        <w:rPr>
          <w:rFonts w:ascii="Times New Roman" w:hAnsi="Times New Roman" w:cs="Times New Roman"/>
          <w:sz w:val="28"/>
          <w:szCs w:val="28"/>
        </w:rPr>
        <w:t>c x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p, kho bãi...).</w:t>
      </w:r>
    </w:p>
    <w:p w:rsidR="00786F86" w:rsidRPr="00BA701A" w:rsidRDefault="00BA701A" w:rsidP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2. S</w:t>
      </w:r>
      <w:r w:rsidRPr="00BA701A">
        <w:rPr>
          <w:rFonts w:ascii="Times New Roman" w:hAnsi="Times New Roman" w:cs="Times New Roman"/>
          <w:sz w:val="28"/>
          <w:szCs w:val="28"/>
        </w:rPr>
        <w:t>ố</w:t>
      </w:r>
      <w:r w:rsidRPr="00BA701A">
        <w:rPr>
          <w:rFonts w:ascii="Times New Roman" w:hAnsi="Times New Roman" w:cs="Times New Roman"/>
          <w:sz w:val="28"/>
          <w:szCs w:val="28"/>
        </w:rPr>
        <w:t xml:space="preserve"> lư</w:t>
      </w:r>
      <w:r w:rsidRPr="00BA701A">
        <w:rPr>
          <w:rFonts w:ascii="Times New Roman" w:hAnsi="Times New Roman" w:cs="Times New Roman"/>
          <w:sz w:val="28"/>
          <w:szCs w:val="28"/>
        </w:rPr>
        <w:t>ợ</w:t>
      </w:r>
      <w:r w:rsidRPr="00BA701A">
        <w:rPr>
          <w:rFonts w:ascii="Times New Roman" w:hAnsi="Times New Roman" w:cs="Times New Roman"/>
          <w:sz w:val="28"/>
          <w:szCs w:val="28"/>
        </w:rPr>
        <w:t>ng:</w:t>
      </w:r>
      <w:r w:rsidRPr="00BA701A">
        <w:rPr>
          <w:rFonts w:ascii="Times New Roman" w:hAnsi="Times New Roman" w:cs="Times New Roman"/>
          <w:sz w:val="28"/>
          <w:szCs w:val="28"/>
        </w:rPr>
        <w:t>……… ngư</w:t>
      </w:r>
      <w:r w:rsidRPr="00BA701A">
        <w:rPr>
          <w:rFonts w:ascii="Times New Roman" w:hAnsi="Times New Roman" w:cs="Times New Roman"/>
          <w:sz w:val="28"/>
          <w:szCs w:val="28"/>
        </w:rPr>
        <w:t>ờ</w:t>
      </w:r>
      <w:r w:rsidRPr="00BA701A">
        <w:rPr>
          <w:rFonts w:ascii="Times New Roman" w:hAnsi="Times New Roman" w:cs="Times New Roman"/>
          <w:sz w:val="28"/>
          <w:szCs w:val="28"/>
        </w:rPr>
        <w:t>i.</w:t>
      </w:r>
    </w:p>
    <w:p w:rsidR="00786F86" w:rsidRPr="00BA701A" w:rsidRDefault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3. Th</w:t>
      </w:r>
      <w:r w:rsidRPr="00BA701A">
        <w:rPr>
          <w:rFonts w:ascii="Times New Roman" w:hAnsi="Times New Roman" w:cs="Times New Roman"/>
          <w:sz w:val="28"/>
          <w:szCs w:val="28"/>
        </w:rPr>
        <w:t>ờ</w:t>
      </w:r>
      <w:r w:rsidRPr="00BA701A">
        <w:rPr>
          <w:rFonts w:ascii="Times New Roman" w:hAnsi="Times New Roman" w:cs="Times New Roman"/>
          <w:sz w:val="28"/>
          <w:szCs w:val="28"/>
        </w:rPr>
        <w:t>i gian làm vi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>c:</w:t>
      </w:r>
    </w:p>
    <w:p w:rsidR="00786F86" w:rsidRPr="00BA701A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T</w:t>
      </w:r>
      <w:r w:rsidRPr="00BA701A">
        <w:rPr>
          <w:rFonts w:ascii="Times New Roman" w:hAnsi="Times New Roman" w:cs="Times New Roman"/>
          <w:sz w:val="28"/>
          <w:szCs w:val="28"/>
        </w:rPr>
        <w:t>ừ</w:t>
      </w:r>
      <w:r w:rsidRPr="00BA701A">
        <w:rPr>
          <w:rFonts w:ascii="Times New Roman" w:hAnsi="Times New Roman" w:cs="Times New Roman"/>
          <w:sz w:val="28"/>
          <w:szCs w:val="28"/>
        </w:rPr>
        <w:t xml:space="preserve"> tháng … đ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n h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t tháng … (có th</w:t>
      </w:r>
      <w:r w:rsidRPr="00BA701A">
        <w:rPr>
          <w:rFonts w:ascii="Times New Roman" w:hAnsi="Times New Roman" w:cs="Times New Roman"/>
          <w:sz w:val="28"/>
          <w:szCs w:val="28"/>
        </w:rPr>
        <w:t>ể</w:t>
      </w:r>
      <w:r w:rsidRPr="00BA701A">
        <w:rPr>
          <w:rFonts w:ascii="Times New Roman" w:hAnsi="Times New Roman" w:cs="Times New Roman"/>
          <w:sz w:val="28"/>
          <w:szCs w:val="28"/>
        </w:rPr>
        <w:t xml:space="preserve"> gia h</w:t>
      </w:r>
      <w:r w:rsidRPr="00BA701A">
        <w:rPr>
          <w:rFonts w:ascii="Times New Roman" w:hAnsi="Times New Roman" w:cs="Times New Roman"/>
          <w:sz w:val="28"/>
          <w:szCs w:val="28"/>
        </w:rPr>
        <w:t>ạ</w:t>
      </w:r>
      <w:r w:rsidRPr="00BA701A">
        <w:rPr>
          <w:rFonts w:ascii="Times New Roman" w:hAnsi="Times New Roman" w:cs="Times New Roman"/>
          <w:sz w:val="28"/>
          <w:szCs w:val="28"/>
        </w:rPr>
        <w:t>n n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u đ</w:t>
      </w:r>
      <w:r w:rsidRPr="00BA701A">
        <w:rPr>
          <w:rFonts w:ascii="Times New Roman" w:hAnsi="Times New Roman" w:cs="Times New Roman"/>
          <w:sz w:val="28"/>
          <w:szCs w:val="28"/>
        </w:rPr>
        <w:t>ạ</w:t>
      </w:r>
      <w:r w:rsidRPr="00BA701A">
        <w:rPr>
          <w:rFonts w:ascii="Times New Roman" w:hAnsi="Times New Roman" w:cs="Times New Roman"/>
          <w:sz w:val="28"/>
          <w:szCs w:val="28"/>
        </w:rPr>
        <w:t>t yêu c</w:t>
      </w:r>
      <w:r w:rsidRPr="00BA701A">
        <w:rPr>
          <w:rFonts w:ascii="Times New Roman" w:hAnsi="Times New Roman" w:cs="Times New Roman"/>
          <w:sz w:val="28"/>
          <w:szCs w:val="28"/>
        </w:rPr>
        <w:t>ầ</w:t>
      </w:r>
      <w:r w:rsidRPr="00BA701A">
        <w:rPr>
          <w:rFonts w:ascii="Times New Roman" w:hAnsi="Times New Roman" w:cs="Times New Roman"/>
          <w:sz w:val="28"/>
          <w:szCs w:val="28"/>
        </w:rPr>
        <w:t>u).</w:t>
      </w:r>
      <w:r w:rsidRPr="00BA701A">
        <w:rPr>
          <w:rFonts w:ascii="Times New Roman" w:hAnsi="Times New Roman" w:cs="Times New Roman"/>
          <w:sz w:val="28"/>
          <w:szCs w:val="28"/>
        </w:rPr>
        <w:br/>
        <w:t>Ca làm vi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 xml:space="preserve">c: </w:t>
      </w:r>
      <w:r w:rsidRPr="00BA701A">
        <w:rPr>
          <w:rFonts w:ascii="Times New Roman" w:hAnsi="Times New Roman" w:cs="Times New Roman"/>
          <w:sz w:val="28"/>
          <w:szCs w:val="28"/>
        </w:rPr>
        <w:t>……………………</w:t>
      </w:r>
    </w:p>
    <w:p w:rsidR="00786F86" w:rsidRPr="00BA701A" w:rsidRDefault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4. Yêu c</w:t>
      </w:r>
      <w:r w:rsidRPr="00BA701A">
        <w:rPr>
          <w:rFonts w:ascii="Times New Roman" w:hAnsi="Times New Roman" w:cs="Times New Roman"/>
          <w:sz w:val="28"/>
          <w:szCs w:val="28"/>
        </w:rPr>
        <w:t>ầ</w:t>
      </w:r>
      <w:r w:rsidRPr="00BA701A">
        <w:rPr>
          <w:rFonts w:ascii="Times New Roman" w:hAnsi="Times New Roman" w:cs="Times New Roman"/>
          <w:sz w:val="28"/>
          <w:szCs w:val="28"/>
        </w:rPr>
        <w:t>u:</w:t>
      </w:r>
    </w:p>
    <w:p w:rsidR="00786F86" w:rsidRPr="00BA701A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Nam/N</w:t>
      </w:r>
      <w:r w:rsidRPr="00BA701A">
        <w:rPr>
          <w:rFonts w:ascii="Times New Roman" w:hAnsi="Times New Roman" w:cs="Times New Roman"/>
          <w:sz w:val="28"/>
          <w:szCs w:val="28"/>
        </w:rPr>
        <w:t>ữ</w:t>
      </w:r>
      <w:r w:rsidRPr="00BA701A">
        <w:rPr>
          <w:rFonts w:ascii="Times New Roman" w:hAnsi="Times New Roman" w:cs="Times New Roman"/>
          <w:sz w:val="28"/>
          <w:szCs w:val="28"/>
        </w:rPr>
        <w:t>, tu</w:t>
      </w:r>
      <w:r w:rsidRPr="00BA701A">
        <w:rPr>
          <w:rFonts w:ascii="Times New Roman" w:hAnsi="Times New Roman" w:cs="Times New Roman"/>
          <w:sz w:val="28"/>
          <w:szCs w:val="28"/>
        </w:rPr>
        <w:t>ổ</w:t>
      </w:r>
      <w:r w:rsidRPr="00BA701A">
        <w:rPr>
          <w:rFonts w:ascii="Times New Roman" w:hAnsi="Times New Roman" w:cs="Times New Roman"/>
          <w:sz w:val="28"/>
          <w:szCs w:val="28"/>
        </w:rPr>
        <w:t>i t</w:t>
      </w:r>
      <w:r w:rsidRPr="00BA701A">
        <w:rPr>
          <w:rFonts w:ascii="Times New Roman" w:hAnsi="Times New Roman" w:cs="Times New Roman"/>
          <w:sz w:val="28"/>
          <w:szCs w:val="28"/>
        </w:rPr>
        <w:t>ừ</w:t>
      </w:r>
      <w:r w:rsidRPr="00BA701A">
        <w:rPr>
          <w:rFonts w:ascii="Times New Roman" w:hAnsi="Times New Roman" w:cs="Times New Roman"/>
          <w:sz w:val="28"/>
          <w:szCs w:val="28"/>
        </w:rPr>
        <w:t xml:space="preserve"> … đ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n …</w:t>
      </w:r>
      <w:r w:rsidRPr="00BA701A">
        <w:rPr>
          <w:rFonts w:ascii="Times New Roman" w:hAnsi="Times New Roman" w:cs="Times New Roman"/>
          <w:sz w:val="28"/>
          <w:szCs w:val="28"/>
        </w:rPr>
        <w:br/>
        <w:t>S</w:t>
      </w:r>
      <w:r w:rsidRPr="00BA701A">
        <w:rPr>
          <w:rFonts w:ascii="Times New Roman" w:hAnsi="Times New Roman" w:cs="Times New Roman"/>
          <w:sz w:val="28"/>
          <w:szCs w:val="28"/>
        </w:rPr>
        <w:t>ứ</w:t>
      </w:r>
      <w:r w:rsidRPr="00BA701A">
        <w:rPr>
          <w:rFonts w:ascii="Times New Roman" w:hAnsi="Times New Roman" w:cs="Times New Roman"/>
          <w:sz w:val="28"/>
          <w:szCs w:val="28"/>
        </w:rPr>
        <w:t>c kh</w:t>
      </w:r>
      <w:r w:rsidRPr="00BA701A">
        <w:rPr>
          <w:rFonts w:ascii="Times New Roman" w:hAnsi="Times New Roman" w:cs="Times New Roman"/>
          <w:sz w:val="28"/>
          <w:szCs w:val="28"/>
        </w:rPr>
        <w:t>ỏ</w:t>
      </w:r>
      <w:r w:rsidRPr="00BA701A">
        <w:rPr>
          <w:rFonts w:ascii="Times New Roman" w:hAnsi="Times New Roman" w:cs="Times New Roman"/>
          <w:sz w:val="28"/>
          <w:szCs w:val="28"/>
        </w:rPr>
        <w:t>e t</w:t>
      </w:r>
      <w:r w:rsidRPr="00BA701A">
        <w:rPr>
          <w:rFonts w:ascii="Times New Roman" w:hAnsi="Times New Roman" w:cs="Times New Roman"/>
          <w:sz w:val="28"/>
          <w:szCs w:val="28"/>
        </w:rPr>
        <w:t>ố</w:t>
      </w:r>
      <w:r w:rsidRPr="00BA701A">
        <w:rPr>
          <w:rFonts w:ascii="Times New Roman" w:hAnsi="Times New Roman" w:cs="Times New Roman"/>
          <w:sz w:val="28"/>
          <w:szCs w:val="28"/>
        </w:rPr>
        <w:t>t, chăm ch</w:t>
      </w:r>
      <w:r w:rsidRPr="00BA701A">
        <w:rPr>
          <w:rFonts w:ascii="Times New Roman" w:hAnsi="Times New Roman" w:cs="Times New Roman"/>
          <w:sz w:val="28"/>
          <w:szCs w:val="28"/>
        </w:rPr>
        <w:t>ỉ</w:t>
      </w:r>
      <w:r w:rsidRPr="00BA701A">
        <w:rPr>
          <w:rFonts w:ascii="Times New Roman" w:hAnsi="Times New Roman" w:cs="Times New Roman"/>
          <w:sz w:val="28"/>
          <w:szCs w:val="28"/>
        </w:rPr>
        <w:t>, có tinh th</w:t>
      </w:r>
      <w:r w:rsidRPr="00BA701A">
        <w:rPr>
          <w:rFonts w:ascii="Times New Roman" w:hAnsi="Times New Roman" w:cs="Times New Roman"/>
          <w:sz w:val="28"/>
          <w:szCs w:val="28"/>
        </w:rPr>
        <w:t>ầ</w:t>
      </w:r>
      <w:r w:rsidRPr="00BA701A">
        <w:rPr>
          <w:rFonts w:ascii="Times New Roman" w:hAnsi="Times New Roman" w:cs="Times New Roman"/>
          <w:sz w:val="28"/>
          <w:szCs w:val="28"/>
        </w:rPr>
        <w:t>n trách nhi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>m.</w:t>
      </w:r>
      <w:r w:rsidRPr="00BA701A">
        <w:rPr>
          <w:rFonts w:ascii="Times New Roman" w:hAnsi="Times New Roman" w:cs="Times New Roman"/>
          <w:sz w:val="28"/>
          <w:szCs w:val="28"/>
        </w:rPr>
        <w:br/>
        <w:t>Không yêu c</w:t>
      </w:r>
      <w:r w:rsidRPr="00BA701A">
        <w:rPr>
          <w:rFonts w:ascii="Times New Roman" w:hAnsi="Times New Roman" w:cs="Times New Roman"/>
          <w:sz w:val="28"/>
          <w:szCs w:val="28"/>
        </w:rPr>
        <w:t>ầ</w:t>
      </w:r>
      <w:r w:rsidRPr="00BA701A">
        <w:rPr>
          <w:rFonts w:ascii="Times New Roman" w:hAnsi="Times New Roman" w:cs="Times New Roman"/>
          <w:sz w:val="28"/>
          <w:szCs w:val="28"/>
        </w:rPr>
        <w:t>u kinh nghi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>m, s</w:t>
      </w:r>
      <w:r w:rsidRPr="00BA701A">
        <w:rPr>
          <w:rFonts w:ascii="Times New Roman" w:hAnsi="Times New Roman" w:cs="Times New Roman"/>
          <w:sz w:val="28"/>
          <w:szCs w:val="28"/>
        </w:rPr>
        <w:t>ẽ</w:t>
      </w:r>
      <w:r w:rsidRPr="00BA701A">
        <w:rPr>
          <w:rFonts w:ascii="Times New Roman" w:hAnsi="Times New Roman" w:cs="Times New Roman"/>
          <w:sz w:val="28"/>
          <w:szCs w:val="28"/>
        </w:rPr>
        <w:t xml:space="preserve"> đư</w:t>
      </w:r>
      <w:r w:rsidRPr="00BA701A">
        <w:rPr>
          <w:rFonts w:ascii="Times New Roman" w:hAnsi="Times New Roman" w:cs="Times New Roman"/>
          <w:sz w:val="28"/>
          <w:szCs w:val="28"/>
        </w:rPr>
        <w:t>ợ</w:t>
      </w:r>
      <w:r w:rsidRPr="00BA701A">
        <w:rPr>
          <w:rFonts w:ascii="Times New Roman" w:hAnsi="Times New Roman" w:cs="Times New Roman"/>
          <w:sz w:val="28"/>
          <w:szCs w:val="28"/>
        </w:rPr>
        <w:t>c hư</w:t>
      </w:r>
      <w:r w:rsidRPr="00BA701A">
        <w:rPr>
          <w:rFonts w:ascii="Times New Roman" w:hAnsi="Times New Roman" w:cs="Times New Roman"/>
          <w:sz w:val="28"/>
          <w:szCs w:val="28"/>
        </w:rPr>
        <w:t>ớ</w:t>
      </w:r>
      <w:r w:rsidRPr="00BA701A">
        <w:rPr>
          <w:rFonts w:ascii="Times New Roman" w:hAnsi="Times New Roman" w:cs="Times New Roman"/>
          <w:sz w:val="28"/>
          <w:szCs w:val="28"/>
        </w:rPr>
        <w:t>ng d</w:t>
      </w:r>
      <w:r w:rsidRPr="00BA701A">
        <w:rPr>
          <w:rFonts w:ascii="Times New Roman" w:hAnsi="Times New Roman" w:cs="Times New Roman"/>
          <w:sz w:val="28"/>
          <w:szCs w:val="28"/>
        </w:rPr>
        <w:t>ẫ</w:t>
      </w:r>
      <w:r w:rsidRPr="00BA701A">
        <w:rPr>
          <w:rFonts w:ascii="Times New Roman" w:hAnsi="Times New Roman" w:cs="Times New Roman"/>
          <w:sz w:val="28"/>
          <w:szCs w:val="28"/>
        </w:rPr>
        <w:t>n khi nh</w:t>
      </w:r>
      <w:r w:rsidRPr="00BA701A">
        <w:rPr>
          <w:rFonts w:ascii="Times New Roman" w:hAnsi="Times New Roman" w:cs="Times New Roman"/>
          <w:sz w:val="28"/>
          <w:szCs w:val="28"/>
        </w:rPr>
        <w:t>ậ</w:t>
      </w:r>
      <w:r w:rsidRPr="00BA701A">
        <w:rPr>
          <w:rFonts w:ascii="Times New Roman" w:hAnsi="Times New Roman" w:cs="Times New Roman"/>
          <w:sz w:val="28"/>
          <w:szCs w:val="28"/>
        </w:rPr>
        <w:t>n vi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>c.</w:t>
      </w:r>
    </w:p>
    <w:p w:rsidR="00786F86" w:rsidRPr="00BA701A" w:rsidRDefault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5. Quy</w:t>
      </w:r>
      <w:r w:rsidRPr="00BA701A">
        <w:rPr>
          <w:rFonts w:ascii="Times New Roman" w:hAnsi="Times New Roman" w:cs="Times New Roman"/>
          <w:sz w:val="28"/>
          <w:szCs w:val="28"/>
        </w:rPr>
        <w:t>ề</w:t>
      </w:r>
      <w:r w:rsidRPr="00BA701A">
        <w:rPr>
          <w:rFonts w:ascii="Times New Roman" w:hAnsi="Times New Roman" w:cs="Times New Roman"/>
          <w:sz w:val="28"/>
          <w:szCs w:val="28"/>
        </w:rPr>
        <w:t>n l</w:t>
      </w:r>
      <w:r w:rsidRPr="00BA701A">
        <w:rPr>
          <w:rFonts w:ascii="Times New Roman" w:hAnsi="Times New Roman" w:cs="Times New Roman"/>
          <w:sz w:val="28"/>
          <w:szCs w:val="28"/>
        </w:rPr>
        <w:t>ợ</w:t>
      </w:r>
      <w:r w:rsidRPr="00BA701A">
        <w:rPr>
          <w:rFonts w:ascii="Times New Roman" w:hAnsi="Times New Roman" w:cs="Times New Roman"/>
          <w:sz w:val="28"/>
          <w:szCs w:val="28"/>
        </w:rPr>
        <w:t>i:</w:t>
      </w:r>
    </w:p>
    <w:p w:rsidR="00786F86" w:rsidRPr="00BA701A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M</w:t>
      </w:r>
      <w:r w:rsidRPr="00BA701A">
        <w:rPr>
          <w:rFonts w:ascii="Times New Roman" w:hAnsi="Times New Roman" w:cs="Times New Roman"/>
          <w:sz w:val="28"/>
          <w:szCs w:val="28"/>
        </w:rPr>
        <w:t>ứ</w:t>
      </w:r>
      <w:r w:rsidRPr="00BA701A">
        <w:rPr>
          <w:rFonts w:ascii="Times New Roman" w:hAnsi="Times New Roman" w:cs="Times New Roman"/>
          <w:sz w:val="28"/>
          <w:szCs w:val="28"/>
        </w:rPr>
        <w:t>c lương: …………/tháng + ph</w:t>
      </w:r>
      <w:r w:rsidRPr="00BA701A">
        <w:rPr>
          <w:rFonts w:ascii="Times New Roman" w:hAnsi="Times New Roman" w:cs="Times New Roman"/>
          <w:sz w:val="28"/>
          <w:szCs w:val="28"/>
        </w:rPr>
        <w:t>ụ</w:t>
      </w:r>
      <w:r w:rsidRPr="00BA701A">
        <w:rPr>
          <w:rFonts w:ascii="Times New Roman" w:hAnsi="Times New Roman" w:cs="Times New Roman"/>
          <w:sz w:val="28"/>
          <w:szCs w:val="28"/>
        </w:rPr>
        <w:t xml:space="preserve"> c</w:t>
      </w:r>
      <w:r w:rsidRPr="00BA701A">
        <w:rPr>
          <w:rFonts w:ascii="Times New Roman" w:hAnsi="Times New Roman" w:cs="Times New Roman"/>
          <w:sz w:val="28"/>
          <w:szCs w:val="28"/>
        </w:rPr>
        <w:t>ấ</w:t>
      </w:r>
      <w:r w:rsidRPr="00BA701A">
        <w:rPr>
          <w:rFonts w:ascii="Times New Roman" w:hAnsi="Times New Roman" w:cs="Times New Roman"/>
          <w:sz w:val="28"/>
          <w:szCs w:val="28"/>
        </w:rPr>
        <w:t>p.</w:t>
      </w:r>
      <w:r w:rsidRPr="00BA701A">
        <w:rPr>
          <w:rFonts w:ascii="Times New Roman" w:hAnsi="Times New Roman" w:cs="Times New Roman"/>
          <w:sz w:val="28"/>
          <w:szCs w:val="28"/>
        </w:rPr>
        <w:br/>
        <w:t>Thư</w:t>
      </w:r>
      <w:r w:rsidRPr="00BA701A">
        <w:rPr>
          <w:rFonts w:ascii="Times New Roman" w:hAnsi="Times New Roman" w:cs="Times New Roman"/>
          <w:sz w:val="28"/>
          <w:szCs w:val="28"/>
        </w:rPr>
        <w:t>ở</w:t>
      </w:r>
      <w:r w:rsidRPr="00BA701A">
        <w:rPr>
          <w:rFonts w:ascii="Times New Roman" w:hAnsi="Times New Roman" w:cs="Times New Roman"/>
          <w:sz w:val="28"/>
          <w:szCs w:val="28"/>
        </w:rPr>
        <w:t>ng chuyên c</w:t>
      </w:r>
      <w:r w:rsidRPr="00BA701A">
        <w:rPr>
          <w:rFonts w:ascii="Times New Roman" w:hAnsi="Times New Roman" w:cs="Times New Roman"/>
          <w:sz w:val="28"/>
          <w:szCs w:val="28"/>
        </w:rPr>
        <w:t>ầ</w:t>
      </w:r>
      <w:r w:rsidRPr="00BA701A">
        <w:rPr>
          <w:rFonts w:ascii="Times New Roman" w:hAnsi="Times New Roman" w:cs="Times New Roman"/>
          <w:sz w:val="28"/>
          <w:szCs w:val="28"/>
        </w:rPr>
        <w:t>n, tăng ca, thư</w:t>
      </w:r>
      <w:r w:rsidRPr="00BA701A">
        <w:rPr>
          <w:rFonts w:ascii="Times New Roman" w:hAnsi="Times New Roman" w:cs="Times New Roman"/>
          <w:sz w:val="28"/>
          <w:szCs w:val="28"/>
        </w:rPr>
        <w:t>ở</w:t>
      </w:r>
      <w:r w:rsidRPr="00BA701A">
        <w:rPr>
          <w:rFonts w:ascii="Times New Roman" w:hAnsi="Times New Roman" w:cs="Times New Roman"/>
          <w:sz w:val="28"/>
          <w:szCs w:val="28"/>
        </w:rPr>
        <w:t>ng cu</w:t>
      </w:r>
      <w:r w:rsidRPr="00BA701A">
        <w:rPr>
          <w:rFonts w:ascii="Times New Roman" w:hAnsi="Times New Roman" w:cs="Times New Roman"/>
          <w:sz w:val="28"/>
          <w:szCs w:val="28"/>
        </w:rPr>
        <w:t>ố</w:t>
      </w:r>
      <w:r w:rsidRPr="00BA701A">
        <w:rPr>
          <w:rFonts w:ascii="Times New Roman" w:hAnsi="Times New Roman" w:cs="Times New Roman"/>
          <w:sz w:val="28"/>
          <w:szCs w:val="28"/>
        </w:rPr>
        <w:t>i năm.</w:t>
      </w:r>
      <w:r w:rsidRPr="00BA701A">
        <w:rPr>
          <w:rFonts w:ascii="Times New Roman" w:hAnsi="Times New Roman" w:cs="Times New Roman"/>
          <w:sz w:val="28"/>
          <w:szCs w:val="28"/>
        </w:rPr>
        <w:br/>
        <w:t>Ch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 xml:space="preserve"> đ</w:t>
      </w:r>
      <w:r w:rsidRPr="00BA701A">
        <w:rPr>
          <w:rFonts w:ascii="Times New Roman" w:hAnsi="Times New Roman" w:cs="Times New Roman"/>
          <w:sz w:val="28"/>
          <w:szCs w:val="28"/>
        </w:rPr>
        <w:t>ộ</w:t>
      </w:r>
      <w:r w:rsidRPr="00BA701A">
        <w:rPr>
          <w:rFonts w:ascii="Times New Roman" w:hAnsi="Times New Roman" w:cs="Times New Roman"/>
          <w:sz w:val="28"/>
          <w:szCs w:val="28"/>
        </w:rPr>
        <w:t xml:space="preserve"> ph</w:t>
      </w:r>
      <w:r w:rsidRPr="00BA701A">
        <w:rPr>
          <w:rFonts w:ascii="Times New Roman" w:hAnsi="Times New Roman" w:cs="Times New Roman"/>
          <w:sz w:val="28"/>
          <w:szCs w:val="28"/>
        </w:rPr>
        <w:t>úc l</w:t>
      </w:r>
      <w:r w:rsidRPr="00BA701A">
        <w:rPr>
          <w:rFonts w:ascii="Times New Roman" w:hAnsi="Times New Roman" w:cs="Times New Roman"/>
          <w:sz w:val="28"/>
          <w:szCs w:val="28"/>
        </w:rPr>
        <w:t>ợ</w:t>
      </w:r>
      <w:r w:rsidRPr="00BA701A">
        <w:rPr>
          <w:rFonts w:ascii="Times New Roman" w:hAnsi="Times New Roman" w:cs="Times New Roman"/>
          <w:sz w:val="28"/>
          <w:szCs w:val="28"/>
        </w:rPr>
        <w:t>i theo quy đ</w:t>
      </w:r>
      <w:r w:rsidRPr="00BA701A">
        <w:rPr>
          <w:rFonts w:ascii="Times New Roman" w:hAnsi="Times New Roman" w:cs="Times New Roman"/>
          <w:sz w:val="28"/>
          <w:szCs w:val="28"/>
        </w:rPr>
        <w:t>ị</w:t>
      </w:r>
      <w:r w:rsidRPr="00BA701A">
        <w:rPr>
          <w:rFonts w:ascii="Times New Roman" w:hAnsi="Times New Roman" w:cs="Times New Roman"/>
          <w:sz w:val="28"/>
          <w:szCs w:val="28"/>
        </w:rPr>
        <w:t>nh c</w:t>
      </w:r>
      <w:r w:rsidRPr="00BA701A">
        <w:rPr>
          <w:rFonts w:ascii="Times New Roman" w:hAnsi="Times New Roman" w:cs="Times New Roman"/>
          <w:sz w:val="28"/>
          <w:szCs w:val="28"/>
        </w:rPr>
        <w:t>ủ</w:t>
      </w:r>
      <w:r w:rsidRPr="00BA701A">
        <w:rPr>
          <w:rFonts w:ascii="Times New Roman" w:hAnsi="Times New Roman" w:cs="Times New Roman"/>
          <w:sz w:val="28"/>
          <w:szCs w:val="28"/>
        </w:rPr>
        <w:t>a công ty.</w:t>
      </w:r>
    </w:p>
    <w:p w:rsidR="00786F86" w:rsidRPr="00BA701A" w:rsidRDefault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6. H</w:t>
      </w:r>
      <w:r w:rsidRPr="00BA701A">
        <w:rPr>
          <w:rFonts w:ascii="Times New Roman" w:hAnsi="Times New Roman" w:cs="Times New Roman"/>
          <w:sz w:val="28"/>
          <w:szCs w:val="28"/>
        </w:rPr>
        <w:t>ồ</w:t>
      </w:r>
      <w:r w:rsidRPr="00BA701A">
        <w:rPr>
          <w:rFonts w:ascii="Times New Roman" w:hAnsi="Times New Roman" w:cs="Times New Roman"/>
          <w:sz w:val="28"/>
          <w:szCs w:val="28"/>
        </w:rPr>
        <w:t xml:space="preserve"> sơ bao g</w:t>
      </w:r>
      <w:r w:rsidRPr="00BA701A">
        <w:rPr>
          <w:rFonts w:ascii="Times New Roman" w:hAnsi="Times New Roman" w:cs="Times New Roman"/>
          <w:sz w:val="28"/>
          <w:szCs w:val="28"/>
        </w:rPr>
        <w:t>ồ</w:t>
      </w:r>
      <w:r w:rsidRPr="00BA701A">
        <w:rPr>
          <w:rFonts w:ascii="Times New Roman" w:hAnsi="Times New Roman" w:cs="Times New Roman"/>
          <w:sz w:val="28"/>
          <w:szCs w:val="28"/>
        </w:rPr>
        <w:t>m:</w:t>
      </w:r>
    </w:p>
    <w:p w:rsidR="00786F86" w:rsidRPr="00BA701A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Sơ y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u lý l</w:t>
      </w:r>
      <w:r w:rsidRPr="00BA701A">
        <w:rPr>
          <w:rFonts w:ascii="Times New Roman" w:hAnsi="Times New Roman" w:cs="Times New Roman"/>
          <w:sz w:val="28"/>
          <w:szCs w:val="28"/>
        </w:rPr>
        <w:t>ị</w:t>
      </w:r>
      <w:r w:rsidRPr="00BA701A">
        <w:rPr>
          <w:rFonts w:ascii="Times New Roman" w:hAnsi="Times New Roman" w:cs="Times New Roman"/>
          <w:sz w:val="28"/>
          <w:szCs w:val="28"/>
        </w:rPr>
        <w:t>ch.</w:t>
      </w:r>
      <w:r w:rsidRPr="00BA701A">
        <w:rPr>
          <w:rFonts w:ascii="Times New Roman" w:hAnsi="Times New Roman" w:cs="Times New Roman"/>
          <w:sz w:val="28"/>
          <w:szCs w:val="28"/>
        </w:rPr>
        <w:br/>
        <w:t>CMND/CCCD photo.</w:t>
      </w:r>
      <w:r w:rsidRPr="00BA701A">
        <w:rPr>
          <w:rFonts w:ascii="Times New Roman" w:hAnsi="Times New Roman" w:cs="Times New Roman"/>
          <w:sz w:val="28"/>
          <w:szCs w:val="28"/>
        </w:rPr>
        <w:br/>
        <w:t>Gi</w:t>
      </w:r>
      <w:r w:rsidRPr="00BA701A">
        <w:rPr>
          <w:rFonts w:ascii="Times New Roman" w:hAnsi="Times New Roman" w:cs="Times New Roman"/>
          <w:sz w:val="28"/>
          <w:szCs w:val="28"/>
        </w:rPr>
        <w:t>ấ</w:t>
      </w:r>
      <w:r w:rsidRPr="00BA701A">
        <w:rPr>
          <w:rFonts w:ascii="Times New Roman" w:hAnsi="Times New Roman" w:cs="Times New Roman"/>
          <w:sz w:val="28"/>
          <w:szCs w:val="28"/>
        </w:rPr>
        <w:t>y khám s</w:t>
      </w:r>
      <w:r w:rsidRPr="00BA701A">
        <w:rPr>
          <w:rFonts w:ascii="Times New Roman" w:hAnsi="Times New Roman" w:cs="Times New Roman"/>
          <w:sz w:val="28"/>
          <w:szCs w:val="28"/>
        </w:rPr>
        <w:t>ứ</w:t>
      </w:r>
      <w:r w:rsidRPr="00BA701A">
        <w:rPr>
          <w:rFonts w:ascii="Times New Roman" w:hAnsi="Times New Roman" w:cs="Times New Roman"/>
          <w:sz w:val="28"/>
          <w:szCs w:val="28"/>
        </w:rPr>
        <w:t>c kh</w:t>
      </w:r>
      <w:r w:rsidRPr="00BA701A">
        <w:rPr>
          <w:rFonts w:ascii="Times New Roman" w:hAnsi="Times New Roman" w:cs="Times New Roman"/>
          <w:sz w:val="28"/>
          <w:szCs w:val="28"/>
        </w:rPr>
        <w:t>ỏ</w:t>
      </w:r>
      <w:r w:rsidRPr="00BA701A">
        <w:rPr>
          <w:rFonts w:ascii="Times New Roman" w:hAnsi="Times New Roman" w:cs="Times New Roman"/>
          <w:sz w:val="28"/>
          <w:szCs w:val="28"/>
        </w:rPr>
        <w:t>e (n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u có).</w:t>
      </w:r>
    </w:p>
    <w:p w:rsidR="00786F86" w:rsidRPr="00BA701A" w:rsidRDefault="00BA701A">
      <w:pPr>
        <w:pStyle w:val="ListNumber"/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7. Cách th</w:t>
      </w:r>
      <w:r w:rsidRPr="00BA701A">
        <w:rPr>
          <w:rFonts w:ascii="Times New Roman" w:hAnsi="Times New Roman" w:cs="Times New Roman"/>
          <w:sz w:val="28"/>
          <w:szCs w:val="28"/>
        </w:rPr>
        <w:t>ứ</w:t>
      </w:r>
      <w:r w:rsidRPr="00BA701A">
        <w:rPr>
          <w:rFonts w:ascii="Times New Roman" w:hAnsi="Times New Roman" w:cs="Times New Roman"/>
          <w:sz w:val="28"/>
          <w:szCs w:val="28"/>
        </w:rPr>
        <w:t>c n</w:t>
      </w:r>
      <w:r w:rsidRPr="00BA701A">
        <w:rPr>
          <w:rFonts w:ascii="Times New Roman" w:hAnsi="Times New Roman" w:cs="Times New Roman"/>
          <w:sz w:val="28"/>
          <w:szCs w:val="28"/>
        </w:rPr>
        <w:t>ộ</w:t>
      </w:r>
      <w:r w:rsidRPr="00BA701A">
        <w:rPr>
          <w:rFonts w:ascii="Times New Roman" w:hAnsi="Times New Roman" w:cs="Times New Roman"/>
          <w:sz w:val="28"/>
          <w:szCs w:val="28"/>
        </w:rPr>
        <w:t>p h</w:t>
      </w:r>
      <w:r w:rsidRPr="00BA701A">
        <w:rPr>
          <w:rFonts w:ascii="Times New Roman" w:hAnsi="Times New Roman" w:cs="Times New Roman"/>
          <w:sz w:val="28"/>
          <w:szCs w:val="28"/>
        </w:rPr>
        <w:t>ồ</w:t>
      </w:r>
      <w:r w:rsidRPr="00BA701A">
        <w:rPr>
          <w:rFonts w:ascii="Times New Roman" w:hAnsi="Times New Roman" w:cs="Times New Roman"/>
          <w:sz w:val="28"/>
          <w:szCs w:val="28"/>
        </w:rPr>
        <w:t xml:space="preserve"> sơ:</w:t>
      </w:r>
    </w:p>
    <w:p w:rsidR="00786F86" w:rsidRPr="00BA701A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t>N</w:t>
      </w:r>
      <w:r w:rsidRPr="00BA701A">
        <w:rPr>
          <w:rFonts w:ascii="Times New Roman" w:hAnsi="Times New Roman" w:cs="Times New Roman"/>
          <w:sz w:val="28"/>
          <w:szCs w:val="28"/>
        </w:rPr>
        <w:t>ộ</w:t>
      </w:r>
      <w:r w:rsidRPr="00BA701A">
        <w:rPr>
          <w:rFonts w:ascii="Times New Roman" w:hAnsi="Times New Roman" w:cs="Times New Roman"/>
          <w:sz w:val="28"/>
          <w:szCs w:val="28"/>
        </w:rPr>
        <w:t>p tr</w:t>
      </w:r>
      <w:r w:rsidRPr="00BA701A">
        <w:rPr>
          <w:rFonts w:ascii="Times New Roman" w:hAnsi="Times New Roman" w:cs="Times New Roman"/>
          <w:sz w:val="28"/>
          <w:szCs w:val="28"/>
        </w:rPr>
        <w:t>ự</w:t>
      </w:r>
      <w:r w:rsidRPr="00BA701A">
        <w:rPr>
          <w:rFonts w:ascii="Times New Roman" w:hAnsi="Times New Roman" w:cs="Times New Roman"/>
          <w:sz w:val="28"/>
          <w:szCs w:val="28"/>
        </w:rPr>
        <w:t>c ti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p t</w:t>
      </w:r>
      <w:r w:rsidRPr="00BA701A">
        <w:rPr>
          <w:rFonts w:ascii="Times New Roman" w:hAnsi="Times New Roman" w:cs="Times New Roman"/>
          <w:sz w:val="28"/>
          <w:szCs w:val="28"/>
        </w:rPr>
        <w:t>ạ</w:t>
      </w:r>
      <w:r w:rsidRPr="00BA701A">
        <w:rPr>
          <w:rFonts w:ascii="Times New Roman" w:hAnsi="Times New Roman" w:cs="Times New Roman"/>
          <w:sz w:val="28"/>
          <w:szCs w:val="28"/>
        </w:rPr>
        <w:t>i: …………………………………</w:t>
      </w:r>
      <w:r w:rsidRPr="00BA701A">
        <w:rPr>
          <w:rFonts w:ascii="Times New Roman" w:hAnsi="Times New Roman" w:cs="Times New Roman"/>
          <w:sz w:val="28"/>
          <w:szCs w:val="28"/>
        </w:rPr>
        <w:br/>
        <w:t>Ho</w:t>
      </w:r>
      <w:r w:rsidRPr="00BA701A">
        <w:rPr>
          <w:rFonts w:ascii="Times New Roman" w:hAnsi="Times New Roman" w:cs="Times New Roman"/>
          <w:sz w:val="28"/>
          <w:szCs w:val="28"/>
        </w:rPr>
        <w:t>ặ</w:t>
      </w:r>
      <w:r w:rsidRPr="00BA701A">
        <w:rPr>
          <w:rFonts w:ascii="Times New Roman" w:hAnsi="Times New Roman" w:cs="Times New Roman"/>
          <w:sz w:val="28"/>
          <w:szCs w:val="28"/>
        </w:rPr>
        <w:t>c liên h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 xml:space="preserve"> s</w:t>
      </w:r>
      <w:r w:rsidRPr="00BA701A">
        <w:rPr>
          <w:rFonts w:ascii="Times New Roman" w:hAnsi="Times New Roman" w:cs="Times New Roman"/>
          <w:sz w:val="28"/>
          <w:szCs w:val="28"/>
        </w:rPr>
        <w:t>ố</w:t>
      </w:r>
      <w:r w:rsidRPr="00BA701A">
        <w:rPr>
          <w:rFonts w:ascii="Times New Roman" w:hAnsi="Times New Roman" w:cs="Times New Roman"/>
          <w:sz w:val="28"/>
          <w:szCs w:val="28"/>
        </w:rPr>
        <w:t xml:space="preserve"> đi</w:t>
      </w:r>
      <w:r w:rsidRPr="00BA701A">
        <w:rPr>
          <w:rFonts w:ascii="Times New Roman" w:hAnsi="Times New Roman" w:cs="Times New Roman"/>
          <w:sz w:val="28"/>
          <w:szCs w:val="28"/>
        </w:rPr>
        <w:t>ệ</w:t>
      </w:r>
      <w:r w:rsidRPr="00BA701A">
        <w:rPr>
          <w:rFonts w:ascii="Times New Roman" w:hAnsi="Times New Roman" w:cs="Times New Roman"/>
          <w:sz w:val="28"/>
          <w:szCs w:val="28"/>
        </w:rPr>
        <w:t>n tho</w:t>
      </w:r>
      <w:r w:rsidRPr="00BA701A">
        <w:rPr>
          <w:rFonts w:ascii="Times New Roman" w:hAnsi="Times New Roman" w:cs="Times New Roman"/>
          <w:sz w:val="28"/>
          <w:szCs w:val="28"/>
        </w:rPr>
        <w:t>ạ</w:t>
      </w:r>
      <w:r w:rsidRPr="00BA701A">
        <w:rPr>
          <w:rFonts w:ascii="Times New Roman" w:hAnsi="Times New Roman" w:cs="Times New Roman"/>
          <w:sz w:val="28"/>
          <w:szCs w:val="28"/>
        </w:rPr>
        <w:t>i: ………………………</w:t>
      </w:r>
    </w:p>
    <w:p w:rsidR="00786F86" w:rsidRDefault="00BA701A">
      <w:pPr>
        <w:rPr>
          <w:rFonts w:ascii="Times New Roman" w:hAnsi="Times New Roman" w:cs="Times New Roman"/>
          <w:sz w:val="28"/>
          <w:szCs w:val="28"/>
        </w:rPr>
      </w:pPr>
      <w:r w:rsidRPr="00BA701A">
        <w:rPr>
          <w:rFonts w:ascii="Times New Roman" w:hAnsi="Times New Roman" w:cs="Times New Roman"/>
          <w:sz w:val="28"/>
          <w:szCs w:val="28"/>
        </w:rPr>
        <w:lastRenderedPageBreak/>
        <w:br/>
        <w:t>Th</w:t>
      </w:r>
      <w:r w:rsidRPr="00BA701A">
        <w:rPr>
          <w:rFonts w:ascii="Times New Roman" w:hAnsi="Times New Roman" w:cs="Times New Roman"/>
          <w:sz w:val="28"/>
          <w:szCs w:val="28"/>
        </w:rPr>
        <w:t>ờ</w:t>
      </w:r>
      <w:r w:rsidRPr="00BA701A">
        <w:rPr>
          <w:rFonts w:ascii="Times New Roman" w:hAnsi="Times New Roman" w:cs="Times New Roman"/>
          <w:sz w:val="28"/>
          <w:szCs w:val="28"/>
        </w:rPr>
        <w:t>i h</w:t>
      </w:r>
      <w:r w:rsidRPr="00BA701A">
        <w:rPr>
          <w:rFonts w:ascii="Times New Roman" w:hAnsi="Times New Roman" w:cs="Times New Roman"/>
          <w:sz w:val="28"/>
          <w:szCs w:val="28"/>
        </w:rPr>
        <w:t>ạ</w:t>
      </w:r>
      <w:r w:rsidRPr="00BA701A">
        <w:rPr>
          <w:rFonts w:ascii="Times New Roman" w:hAnsi="Times New Roman" w:cs="Times New Roman"/>
          <w:sz w:val="28"/>
          <w:szCs w:val="28"/>
        </w:rPr>
        <w:t>n nh</w:t>
      </w:r>
      <w:r w:rsidRPr="00BA701A">
        <w:rPr>
          <w:rFonts w:ascii="Times New Roman" w:hAnsi="Times New Roman" w:cs="Times New Roman"/>
          <w:sz w:val="28"/>
          <w:szCs w:val="28"/>
        </w:rPr>
        <w:t>ậ</w:t>
      </w:r>
      <w:r w:rsidRPr="00BA701A">
        <w:rPr>
          <w:rFonts w:ascii="Times New Roman" w:hAnsi="Times New Roman" w:cs="Times New Roman"/>
          <w:sz w:val="28"/>
          <w:szCs w:val="28"/>
        </w:rPr>
        <w:t>n h</w:t>
      </w:r>
      <w:r w:rsidRPr="00BA701A">
        <w:rPr>
          <w:rFonts w:ascii="Times New Roman" w:hAnsi="Times New Roman" w:cs="Times New Roman"/>
          <w:sz w:val="28"/>
          <w:szCs w:val="28"/>
        </w:rPr>
        <w:t>ồ</w:t>
      </w:r>
      <w:r w:rsidRPr="00BA701A">
        <w:rPr>
          <w:rFonts w:ascii="Times New Roman" w:hAnsi="Times New Roman" w:cs="Times New Roman"/>
          <w:sz w:val="28"/>
          <w:szCs w:val="28"/>
        </w:rPr>
        <w:t xml:space="preserve"> sơ: T</w:t>
      </w:r>
      <w:r w:rsidRPr="00BA701A">
        <w:rPr>
          <w:rFonts w:ascii="Times New Roman" w:hAnsi="Times New Roman" w:cs="Times New Roman"/>
          <w:sz w:val="28"/>
          <w:szCs w:val="28"/>
        </w:rPr>
        <w:t>ừ</w:t>
      </w:r>
      <w:r w:rsidRPr="00BA701A">
        <w:rPr>
          <w:rFonts w:ascii="Times New Roman" w:hAnsi="Times New Roman" w:cs="Times New Roman"/>
          <w:sz w:val="28"/>
          <w:szCs w:val="28"/>
        </w:rPr>
        <w:t xml:space="preserve"> ngày … đ</w:t>
      </w:r>
      <w:r w:rsidRPr="00BA701A">
        <w:rPr>
          <w:rFonts w:ascii="Times New Roman" w:hAnsi="Times New Roman" w:cs="Times New Roman"/>
          <w:sz w:val="28"/>
          <w:szCs w:val="28"/>
        </w:rPr>
        <w:t>ế</w:t>
      </w:r>
      <w:r w:rsidRPr="00BA701A">
        <w:rPr>
          <w:rFonts w:ascii="Times New Roman" w:hAnsi="Times New Roman" w:cs="Times New Roman"/>
          <w:sz w:val="28"/>
          <w:szCs w:val="28"/>
        </w:rPr>
        <w:t>n ngày …</w:t>
      </w:r>
    </w:p>
    <w:p w:rsidR="00BA701A" w:rsidRPr="00BA701A" w:rsidRDefault="00BA701A" w:rsidP="00BA701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A701A" w:rsidRPr="00BA701A" w:rsidRDefault="00BA701A" w:rsidP="00BA701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701A">
        <w:rPr>
          <w:rFonts w:ascii="Times New Roman" w:hAnsi="Times New Roman" w:cs="Times New Roman"/>
          <w:b/>
          <w:sz w:val="28"/>
          <w:szCs w:val="28"/>
        </w:rPr>
        <w:t>ĐẠI DIỆN CÔNG TY</w:t>
      </w:r>
    </w:p>
    <w:p w:rsidR="00BA701A" w:rsidRPr="00BA701A" w:rsidRDefault="00BA701A" w:rsidP="00BA70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</w:t>
      </w:r>
      <w:bookmarkStart w:id="0" w:name="_GoBack"/>
      <w:bookmarkEnd w:id="0"/>
      <w:r w:rsidRPr="00BA701A">
        <w:rPr>
          <w:rFonts w:ascii="Times New Roman" w:hAnsi="Times New Roman" w:cs="Times New Roman"/>
          <w:b/>
          <w:sz w:val="28"/>
          <w:szCs w:val="28"/>
        </w:rPr>
        <w:t>………………</w:t>
      </w:r>
    </w:p>
    <w:p w:rsidR="00BA701A" w:rsidRPr="00BA701A" w:rsidRDefault="00BA701A">
      <w:pPr>
        <w:rPr>
          <w:rFonts w:ascii="Times New Roman" w:hAnsi="Times New Roman" w:cs="Times New Roman"/>
          <w:sz w:val="28"/>
          <w:szCs w:val="28"/>
        </w:rPr>
      </w:pPr>
    </w:p>
    <w:sectPr w:rsidR="00BA701A" w:rsidRPr="00BA701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6F86"/>
    <w:rsid w:val="00AA1D8D"/>
    <w:rsid w:val="00B47730"/>
    <w:rsid w:val="00BA701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56E430D-480E-4B8A-BE5E-5F32A537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E03A51-BBD9-4694-BBC8-8D58F299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CỘNG HÒA XÃ HỘI CHỦ NGHĨA VIỆT NAM</vt:lpstr>
      <vt:lpstr>THÔNG BÁO TUYỂN DỤNG LAO ĐỘNG PHỔ THÔNG CUỐI NĂM</vt:lpstr>
    </vt:vector>
  </TitlesOfParts>
  <Manager/>
  <Company/>
  <LinksUpToDate>false</LinksUpToDate>
  <CharactersWithSpaces>937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2025-09-03T02:15:00Z</dcterms:created>
  <dcterms:modified xsi:type="dcterms:W3CDTF">2025-09-03T02:15:00Z</dcterms:modified>
  <cp:category/>
</cp:coreProperties>
</file>