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D03" w:rsidRPr="00946C59" w:rsidRDefault="00946C59" w:rsidP="00946C59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946C59">
        <w:rPr>
          <w:rFonts w:ascii="Times New Roman" w:hAnsi="Times New Roman" w:cs="Times New Roman"/>
          <w:color w:val="000000" w:themeColor="text1"/>
        </w:rPr>
        <w:t>B</w:t>
      </w:r>
      <w:r w:rsidRPr="00946C59">
        <w:rPr>
          <w:rFonts w:ascii="Times New Roman" w:hAnsi="Times New Roman" w:cs="Times New Roman"/>
          <w:color w:val="000000" w:themeColor="text1"/>
        </w:rPr>
        <w:t>Ả</w:t>
      </w:r>
      <w:r w:rsidRPr="00946C59">
        <w:rPr>
          <w:rFonts w:ascii="Times New Roman" w:hAnsi="Times New Roman" w:cs="Times New Roman"/>
          <w:color w:val="000000" w:themeColor="text1"/>
        </w:rPr>
        <w:t>NG QUY</w:t>
      </w:r>
      <w:r w:rsidRPr="00946C59">
        <w:rPr>
          <w:rFonts w:ascii="Times New Roman" w:hAnsi="Times New Roman" w:cs="Times New Roman"/>
          <w:color w:val="000000" w:themeColor="text1"/>
        </w:rPr>
        <w:t>Ế</w:t>
      </w:r>
      <w:r w:rsidRPr="00946C59">
        <w:rPr>
          <w:rFonts w:ascii="Times New Roman" w:hAnsi="Times New Roman" w:cs="Times New Roman"/>
          <w:color w:val="000000" w:themeColor="text1"/>
        </w:rPr>
        <w:t>T TOÁN CÔNG TRÌNH XÂY D</w:t>
      </w:r>
      <w:r w:rsidRPr="00946C59">
        <w:rPr>
          <w:rFonts w:ascii="Times New Roman" w:hAnsi="Times New Roman" w:cs="Times New Roman"/>
          <w:color w:val="000000" w:themeColor="text1"/>
        </w:rPr>
        <w:t>Ự</w:t>
      </w:r>
      <w:r w:rsidRPr="00946C59">
        <w:rPr>
          <w:rFonts w:ascii="Times New Roman" w:hAnsi="Times New Roman" w:cs="Times New Roman"/>
          <w:color w:val="000000" w:themeColor="text1"/>
        </w:rPr>
        <w:t>NG</w:t>
      </w:r>
    </w:p>
    <w:p w:rsidR="00C74D03" w:rsidRPr="00946C59" w:rsidRDefault="00946C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Tên công trình: ................................................</w:t>
      </w:r>
    </w:p>
    <w:p w:rsidR="00C74D03" w:rsidRPr="00946C59" w:rsidRDefault="00946C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H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ng m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c: ....................................................</w:t>
      </w:r>
    </w:p>
    <w:p w:rsidR="00C74D03" w:rsidRPr="00946C59" w:rsidRDefault="00946C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Ch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u tư: ..................................................</w:t>
      </w:r>
    </w:p>
    <w:p w:rsidR="00C74D03" w:rsidRPr="00946C59" w:rsidRDefault="00946C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Nhà th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u: 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....................................................</w:t>
      </w:r>
    </w:p>
    <w:p w:rsidR="00C74D03" w:rsidRPr="00946C59" w:rsidRDefault="00946C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ng: ..................  Ngày ký: ...................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"/>
        <w:gridCol w:w="2456"/>
        <w:gridCol w:w="1561"/>
        <w:gridCol w:w="1561"/>
        <w:gridCol w:w="1561"/>
      </w:tblGrid>
      <w:tr w:rsidR="00946C59" w:rsidRPr="00946C59" w:rsidTr="00946C59"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STT</w:t>
            </w:r>
          </w:p>
        </w:tc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ộ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i dung công vi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ệ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</w:t>
            </w:r>
          </w:p>
        </w:tc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Giá tr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h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ợ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p đ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ồ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ng (VNĐ)</w:t>
            </w:r>
          </w:p>
        </w:tc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Giá tr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phát sinh (VNĐ)</w:t>
            </w:r>
          </w:p>
        </w:tc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Giá tr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ị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quy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ế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t toán (VNĐ)</w:t>
            </w:r>
          </w:p>
        </w:tc>
      </w:tr>
      <w:tr w:rsidR="00946C59" w:rsidRPr="00946C59" w:rsidTr="00946C59"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................................</w:t>
            </w: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46C59" w:rsidRPr="00946C59" w:rsidTr="00946C59"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</w:t>
            </w: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..............................</w:t>
            </w: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46C59" w:rsidRPr="00946C59" w:rsidTr="00946C59"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28" w:type="dxa"/>
          </w:tcPr>
          <w:p w:rsidR="00C74D03" w:rsidRPr="00946C59" w:rsidRDefault="00946C5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46C5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................................</w:t>
            </w: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28" w:type="dxa"/>
          </w:tcPr>
          <w:p w:rsidR="00C74D03" w:rsidRPr="00946C59" w:rsidRDefault="00C74D0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C74D03" w:rsidRPr="00946C59" w:rsidRDefault="00946C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br/>
        <w:t>T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ng giá tr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quy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t>t toán: ........................................ VNĐ</w:t>
      </w:r>
    </w:p>
    <w:p w:rsidR="00C74D03" w:rsidRPr="00946C59" w:rsidRDefault="00946C59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bookmarkStart w:id="0" w:name="_GoBack"/>
      <w:bookmarkEnd w:id="0"/>
    </w:p>
    <w:p w:rsidR="00C74D03" w:rsidRPr="00946C59" w:rsidRDefault="00946C5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CH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Ủ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Đ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Ầ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 TƯ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Đ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NHÀ TH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Ầ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</w:t>
      </w:r>
    </w:p>
    <w:p w:rsidR="00C74D03" w:rsidRPr="00946C59" w:rsidRDefault="00946C59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 xml:space="preserve">                      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946C5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tên)</w:t>
      </w:r>
    </w:p>
    <w:sectPr w:rsidR="00C74D03" w:rsidRPr="00946C5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46C59"/>
    <w:rsid w:val="00AA1D8D"/>
    <w:rsid w:val="00B47730"/>
    <w:rsid w:val="00C74D0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3CBEE4AB-0332-4A56-8B8B-B3687F20E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31707B-8388-407B-856C-97D2169F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BẢNG QUYẾT TOÁN CÔNG TRÌNH XÂY DỰNG</vt:lpstr>
    </vt:vector>
  </TitlesOfParts>
  <Manager/>
  <Company/>
  <LinksUpToDate>false</LinksUpToDate>
  <CharactersWithSpaces>740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2025-09-13T04:19:00Z</dcterms:created>
  <dcterms:modified xsi:type="dcterms:W3CDTF">2025-09-13T04:19:00Z</dcterms:modified>
  <cp:category/>
</cp:coreProperties>
</file>