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C7B" w:rsidRPr="004B6F04" w:rsidRDefault="004C6786" w:rsidP="004B6F04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4B6F04">
        <w:rPr>
          <w:rFonts w:ascii="Times New Roman" w:hAnsi="Times New Roman" w:cs="Times New Roman"/>
          <w:color w:val="auto"/>
        </w:rPr>
        <w:t>B</w:t>
      </w:r>
      <w:r w:rsidRPr="004B6F04">
        <w:rPr>
          <w:rFonts w:ascii="Times New Roman" w:hAnsi="Times New Roman" w:cs="Times New Roman"/>
          <w:color w:val="auto"/>
        </w:rPr>
        <w:t>Ả</w:t>
      </w:r>
      <w:r w:rsidRPr="004B6F04">
        <w:rPr>
          <w:rFonts w:ascii="Times New Roman" w:hAnsi="Times New Roman" w:cs="Times New Roman"/>
          <w:color w:val="auto"/>
        </w:rPr>
        <w:t>NG BÁO GIÁ THI</w:t>
      </w:r>
      <w:r w:rsidRPr="004B6F04">
        <w:rPr>
          <w:rFonts w:ascii="Times New Roman" w:hAnsi="Times New Roman" w:cs="Times New Roman"/>
          <w:color w:val="auto"/>
        </w:rPr>
        <w:t>Ế</w:t>
      </w:r>
      <w:r w:rsidRPr="004B6F04">
        <w:rPr>
          <w:rFonts w:ascii="Times New Roman" w:hAnsi="Times New Roman" w:cs="Times New Roman"/>
          <w:color w:val="auto"/>
        </w:rPr>
        <w:t>T K</w:t>
      </w:r>
      <w:r w:rsidRPr="004B6F04">
        <w:rPr>
          <w:rFonts w:ascii="Times New Roman" w:hAnsi="Times New Roman" w:cs="Times New Roman"/>
          <w:color w:val="auto"/>
        </w:rPr>
        <w:t>Ế</w:t>
      </w:r>
      <w:r w:rsidRPr="004B6F04">
        <w:rPr>
          <w:rFonts w:ascii="Times New Roman" w:hAnsi="Times New Roman" w:cs="Times New Roman"/>
          <w:color w:val="auto"/>
        </w:rPr>
        <w:t xml:space="preserve"> N</w:t>
      </w:r>
      <w:r w:rsidRPr="004B6F04">
        <w:rPr>
          <w:rFonts w:ascii="Times New Roman" w:hAnsi="Times New Roman" w:cs="Times New Roman"/>
          <w:color w:val="auto"/>
        </w:rPr>
        <w:t>Ộ</w:t>
      </w:r>
      <w:r w:rsidRPr="004B6F04">
        <w:rPr>
          <w:rFonts w:ascii="Times New Roman" w:hAnsi="Times New Roman" w:cs="Times New Roman"/>
          <w:color w:val="auto"/>
        </w:rPr>
        <w:t>I TH</w:t>
      </w:r>
      <w:r w:rsidRPr="004B6F04">
        <w:rPr>
          <w:rFonts w:ascii="Times New Roman" w:hAnsi="Times New Roman" w:cs="Times New Roman"/>
          <w:color w:val="auto"/>
        </w:rPr>
        <w:t>Ấ</w:t>
      </w:r>
      <w:r w:rsidRPr="004B6F04">
        <w:rPr>
          <w:rFonts w:ascii="Times New Roman" w:hAnsi="Times New Roman" w:cs="Times New Roman"/>
          <w:color w:val="auto"/>
        </w:rPr>
        <w:t>T NHÀ PH</w:t>
      </w:r>
      <w:r w:rsidRPr="004B6F04">
        <w:rPr>
          <w:rFonts w:ascii="Times New Roman" w:hAnsi="Times New Roman" w:cs="Times New Roman"/>
          <w:color w:val="auto"/>
        </w:rPr>
        <w:t>Ố</w:t>
      </w:r>
      <w:r w:rsidRPr="004B6F04">
        <w:rPr>
          <w:rFonts w:ascii="Times New Roman" w:hAnsi="Times New Roman" w:cs="Times New Roman"/>
          <w:color w:val="auto"/>
        </w:rPr>
        <w:t>, CĂN H</w:t>
      </w:r>
      <w:r w:rsidRPr="004B6F04">
        <w:rPr>
          <w:rFonts w:ascii="Times New Roman" w:hAnsi="Times New Roman" w:cs="Times New Roman"/>
          <w:color w:val="auto"/>
        </w:rPr>
        <w:t>Ộ</w:t>
      </w:r>
      <w:r w:rsidR="004B6F04">
        <w:rPr>
          <w:rFonts w:ascii="Times New Roman" w:hAnsi="Times New Roman" w:cs="Times New Roman"/>
          <w:color w:val="auto"/>
        </w:rPr>
        <w:br/>
      </w:r>
    </w:p>
    <w:p w:rsidR="008F7C7B" w:rsidRPr="004B6F04" w:rsidRDefault="004C6786">
      <w:pPr>
        <w:rPr>
          <w:rFonts w:ascii="Times New Roman" w:hAnsi="Times New Roman" w:cs="Times New Roman"/>
          <w:sz w:val="28"/>
          <w:szCs w:val="28"/>
        </w:rPr>
      </w:pPr>
      <w:r w:rsidRPr="004B6F04">
        <w:rPr>
          <w:rFonts w:ascii="Times New Roman" w:hAnsi="Times New Roman" w:cs="Times New Roman"/>
          <w:sz w:val="28"/>
          <w:szCs w:val="28"/>
        </w:rPr>
        <w:t>Thông tin công t</w:t>
      </w:r>
      <w:r w:rsidRPr="004B6F04">
        <w:rPr>
          <w:rFonts w:ascii="Times New Roman" w:hAnsi="Times New Roman" w:cs="Times New Roman"/>
          <w:sz w:val="28"/>
          <w:szCs w:val="28"/>
        </w:rPr>
        <w:t>y:</w:t>
      </w:r>
    </w:p>
    <w:p w:rsidR="008F7C7B" w:rsidRPr="004B6F04" w:rsidRDefault="004C6786">
      <w:pPr>
        <w:rPr>
          <w:rFonts w:ascii="Times New Roman" w:hAnsi="Times New Roman" w:cs="Times New Roman"/>
          <w:sz w:val="28"/>
          <w:szCs w:val="28"/>
        </w:rPr>
      </w:pPr>
      <w:r w:rsidRPr="004B6F04">
        <w:rPr>
          <w:rFonts w:ascii="Times New Roman" w:hAnsi="Times New Roman" w:cs="Times New Roman"/>
          <w:sz w:val="28"/>
          <w:szCs w:val="28"/>
        </w:rPr>
        <w:t>- Công ty</w:t>
      </w:r>
      <w:r w:rsidR="004B6F04">
        <w:rPr>
          <w:rFonts w:ascii="Times New Roman" w:hAnsi="Times New Roman" w:cs="Times New Roman"/>
          <w:sz w:val="28"/>
          <w:szCs w:val="28"/>
        </w:rPr>
        <w:t xml:space="preserve"> ….</w:t>
      </w:r>
      <w:r w:rsidRPr="004B6F04">
        <w:rPr>
          <w:rFonts w:ascii="Times New Roman" w:hAnsi="Times New Roman" w:cs="Times New Roman"/>
          <w:sz w:val="28"/>
          <w:szCs w:val="28"/>
        </w:rPr>
        <w:t xml:space="preserve"> Thi</w:t>
      </w:r>
      <w:r w:rsidRPr="004B6F04">
        <w:rPr>
          <w:rFonts w:ascii="Times New Roman" w:hAnsi="Times New Roman" w:cs="Times New Roman"/>
          <w:sz w:val="28"/>
          <w:szCs w:val="28"/>
        </w:rPr>
        <w:t>ế</w:t>
      </w:r>
      <w:r w:rsidRPr="004B6F04">
        <w:rPr>
          <w:rFonts w:ascii="Times New Roman" w:hAnsi="Times New Roman" w:cs="Times New Roman"/>
          <w:sz w:val="28"/>
          <w:szCs w:val="28"/>
        </w:rPr>
        <w:t>t k</w:t>
      </w:r>
      <w:r w:rsidRPr="004B6F04">
        <w:rPr>
          <w:rFonts w:ascii="Times New Roman" w:hAnsi="Times New Roman" w:cs="Times New Roman"/>
          <w:sz w:val="28"/>
          <w:szCs w:val="28"/>
        </w:rPr>
        <w:t>ế</w:t>
      </w:r>
      <w:r w:rsidRPr="004B6F04">
        <w:rPr>
          <w:rFonts w:ascii="Times New Roman" w:hAnsi="Times New Roman" w:cs="Times New Roman"/>
          <w:sz w:val="28"/>
          <w:szCs w:val="28"/>
        </w:rPr>
        <w:t xml:space="preserve"> &amp; Thi công N</w:t>
      </w:r>
      <w:r w:rsidRPr="004B6F04">
        <w:rPr>
          <w:rFonts w:ascii="Times New Roman" w:hAnsi="Times New Roman" w:cs="Times New Roman"/>
          <w:sz w:val="28"/>
          <w:szCs w:val="28"/>
        </w:rPr>
        <w:t>ộ</w:t>
      </w:r>
      <w:r w:rsidRPr="004B6F04">
        <w:rPr>
          <w:rFonts w:ascii="Times New Roman" w:hAnsi="Times New Roman" w:cs="Times New Roman"/>
          <w:sz w:val="28"/>
          <w:szCs w:val="28"/>
        </w:rPr>
        <w:t>i th</w:t>
      </w:r>
      <w:r w:rsidRPr="004B6F04">
        <w:rPr>
          <w:rFonts w:ascii="Times New Roman" w:hAnsi="Times New Roman" w:cs="Times New Roman"/>
          <w:sz w:val="28"/>
          <w:szCs w:val="28"/>
        </w:rPr>
        <w:t>ấ</w:t>
      </w:r>
      <w:r w:rsidRPr="004B6F04">
        <w:rPr>
          <w:rFonts w:ascii="Times New Roman" w:hAnsi="Times New Roman" w:cs="Times New Roman"/>
          <w:sz w:val="28"/>
          <w:szCs w:val="28"/>
        </w:rPr>
        <w:t>t …</w:t>
      </w:r>
    </w:p>
    <w:p w:rsidR="008F7C7B" w:rsidRPr="004B6F04" w:rsidRDefault="004C6786">
      <w:pPr>
        <w:rPr>
          <w:rFonts w:ascii="Times New Roman" w:hAnsi="Times New Roman" w:cs="Times New Roman"/>
          <w:sz w:val="28"/>
          <w:szCs w:val="28"/>
        </w:rPr>
      </w:pPr>
      <w:r w:rsidRPr="004B6F04">
        <w:rPr>
          <w:rFonts w:ascii="Times New Roman" w:hAnsi="Times New Roman" w:cs="Times New Roman"/>
          <w:sz w:val="28"/>
          <w:szCs w:val="28"/>
        </w:rPr>
        <w:t>- Đ</w:t>
      </w:r>
      <w:r w:rsidRPr="004B6F04">
        <w:rPr>
          <w:rFonts w:ascii="Times New Roman" w:hAnsi="Times New Roman" w:cs="Times New Roman"/>
          <w:sz w:val="28"/>
          <w:szCs w:val="28"/>
        </w:rPr>
        <w:t>ị</w:t>
      </w:r>
      <w:r w:rsidRPr="004B6F04">
        <w:rPr>
          <w:rFonts w:ascii="Times New Roman" w:hAnsi="Times New Roman" w:cs="Times New Roman"/>
          <w:sz w:val="28"/>
          <w:szCs w:val="28"/>
        </w:rPr>
        <w:t>a ch</w:t>
      </w:r>
      <w:r w:rsidRPr="004B6F04">
        <w:rPr>
          <w:rFonts w:ascii="Times New Roman" w:hAnsi="Times New Roman" w:cs="Times New Roman"/>
          <w:sz w:val="28"/>
          <w:szCs w:val="28"/>
        </w:rPr>
        <w:t>ỉ</w:t>
      </w:r>
      <w:r w:rsidRPr="004B6F04">
        <w:rPr>
          <w:rFonts w:ascii="Times New Roman" w:hAnsi="Times New Roman" w:cs="Times New Roman"/>
          <w:sz w:val="28"/>
          <w:szCs w:val="28"/>
        </w:rPr>
        <w:t>: ………………………………</w:t>
      </w:r>
    </w:p>
    <w:p w:rsidR="008F7C7B" w:rsidRPr="004B6F04" w:rsidRDefault="004C6786">
      <w:pPr>
        <w:rPr>
          <w:rFonts w:ascii="Times New Roman" w:hAnsi="Times New Roman" w:cs="Times New Roman"/>
          <w:sz w:val="28"/>
          <w:szCs w:val="28"/>
        </w:rPr>
      </w:pPr>
      <w:r w:rsidRPr="004B6F04">
        <w:rPr>
          <w:rFonts w:ascii="Times New Roman" w:hAnsi="Times New Roman" w:cs="Times New Roman"/>
          <w:sz w:val="28"/>
          <w:szCs w:val="28"/>
        </w:rPr>
        <w:t>- Hotline: ………………………………</w:t>
      </w:r>
    </w:p>
    <w:p w:rsidR="008F7C7B" w:rsidRPr="004B6F04" w:rsidRDefault="004C6786">
      <w:pPr>
        <w:rPr>
          <w:rFonts w:ascii="Times New Roman" w:hAnsi="Times New Roman" w:cs="Times New Roman"/>
          <w:sz w:val="28"/>
          <w:szCs w:val="28"/>
        </w:rPr>
      </w:pPr>
      <w:r w:rsidRPr="004B6F04">
        <w:rPr>
          <w:rFonts w:ascii="Times New Roman" w:hAnsi="Times New Roman" w:cs="Times New Roman"/>
          <w:sz w:val="28"/>
          <w:szCs w:val="28"/>
        </w:rPr>
        <w:t>- Email: ………………………………</w:t>
      </w:r>
    </w:p>
    <w:p w:rsidR="008F7C7B" w:rsidRPr="004B6F04" w:rsidRDefault="004C6786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4B6F04">
        <w:rPr>
          <w:rFonts w:ascii="Times New Roman" w:hAnsi="Times New Roman" w:cs="Times New Roman"/>
          <w:color w:val="auto"/>
          <w:sz w:val="28"/>
          <w:szCs w:val="28"/>
        </w:rPr>
        <w:t>1. Đơn giá thi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>t k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 xml:space="preserve"> theo di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>ệ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>n tích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157"/>
        <w:gridCol w:w="2158"/>
        <w:gridCol w:w="2157"/>
      </w:tblGrid>
      <w:tr w:rsidR="004B6F04" w:rsidRPr="004B6F04" w:rsidTr="004B6F04"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ạ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ng m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ụ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c thi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 k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Đơn v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tính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Đơn giá 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(VNĐ/m²)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Ghi chú</w:t>
            </w:r>
          </w:p>
        </w:tc>
      </w:tr>
      <w:tr w:rsidR="004B6F04" w:rsidRPr="004B6F04" w:rsidTr="004B6F04"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 k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n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i th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ấ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 căn 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m²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180.000 – 250.000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Tùy theo phong cách, di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ệ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n tích</w:t>
            </w:r>
          </w:p>
        </w:tc>
      </w:tr>
      <w:tr w:rsidR="004B6F04" w:rsidRPr="004B6F04" w:rsidTr="004B6F04"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 k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n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i th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ấ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 nhà ph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ố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m²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200.000 – 300.000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Bao g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ồ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m phòng khách, b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p, phòng ng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ủ</w:t>
            </w:r>
          </w:p>
        </w:tc>
      </w:tr>
      <w:tr w:rsidR="004B6F04" w:rsidRPr="004B6F04" w:rsidTr="004B6F04"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 k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n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i th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ấ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 phòng ng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ủ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m²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150.000 – 200.000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Gói l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ẻ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, áp d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ụ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ng cho c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ả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i t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ạ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nh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ỏ</w:t>
            </w:r>
          </w:p>
        </w:tc>
      </w:tr>
      <w:tr w:rsidR="004B6F04" w:rsidRPr="004B6F04" w:rsidTr="004B6F04"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 k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n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i th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ấ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 phòng khách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m²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180.000 – 220.000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Gói l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ẻ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, áp d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ụ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ng cho c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ả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i t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ạ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o nh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ỏ</w:t>
            </w:r>
          </w:p>
        </w:tc>
      </w:tr>
    </w:tbl>
    <w:p w:rsidR="008F7C7B" w:rsidRPr="004B6F04" w:rsidRDefault="004C6786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4B6F04">
        <w:rPr>
          <w:rFonts w:ascii="Times New Roman" w:hAnsi="Times New Roman" w:cs="Times New Roman"/>
          <w:color w:val="auto"/>
          <w:sz w:val="28"/>
          <w:szCs w:val="28"/>
        </w:rPr>
        <w:t>2. Gói thi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>t k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 xml:space="preserve"> tr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>ọ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>n b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>ộ</w:t>
      </w:r>
      <w:r w:rsidRPr="004B6F04">
        <w:rPr>
          <w:rFonts w:ascii="Times New Roman" w:hAnsi="Times New Roman" w:cs="Times New Roman"/>
          <w:color w:val="auto"/>
          <w:sz w:val="28"/>
          <w:szCs w:val="28"/>
        </w:rPr>
        <w:t xml:space="preserve"> (theo căn)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57"/>
        <w:gridCol w:w="2159"/>
        <w:gridCol w:w="2157"/>
      </w:tblGrid>
      <w:tr w:rsidR="004B6F04" w:rsidRPr="004B6F04" w:rsidTr="004B6F04"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Lo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ạ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i căn 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/nhà ph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ố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Đơn v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tính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Đơn giá (VNĐ)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Bao g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ồ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</w:tr>
      <w:tr w:rsidR="004B6F04" w:rsidRPr="004B6F04" w:rsidTr="004B6F04"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Căn 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1 phòng ng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ủ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Căn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8.000.000 – 12.000.000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Full thi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 k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2D, 3D, 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ồ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sơ k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thu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ậ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</w:tr>
      <w:tr w:rsidR="004B6F04" w:rsidRPr="004B6F04" w:rsidTr="004B6F04"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Căn 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2 phòng ng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ủ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Căn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12.000.000 – 16.000.000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Full thi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 k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2D, 3D, 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ồ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sơ k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thu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ậ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</w:tr>
      <w:tr w:rsidR="004B6F04" w:rsidRPr="004B6F04" w:rsidTr="004B6F04"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Nhà ph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ố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2 t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ầ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ng (≤100 m²)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Căn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18.000.000 – 25.000.000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Full thi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 k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2D, 3D, 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ồ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sơ k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thu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ậ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</w:tr>
      <w:tr w:rsidR="004B6F04" w:rsidRPr="004B6F04" w:rsidTr="004B6F04"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Nhà ph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ố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3 t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ầ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ng tr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ở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 xml:space="preserve"> lên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Căn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Th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ỏ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a thu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ậ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2160" w:type="dxa"/>
          </w:tcPr>
          <w:p w:rsidR="008F7C7B" w:rsidRPr="004B6F04" w:rsidRDefault="004C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Báo giá theo di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ệ</w:t>
            </w:r>
            <w:r w:rsidRPr="004B6F04">
              <w:rPr>
                <w:rFonts w:ascii="Times New Roman" w:hAnsi="Times New Roman" w:cs="Times New Roman"/>
                <w:sz w:val="28"/>
                <w:szCs w:val="28"/>
              </w:rPr>
              <w:t>n tích, phong cách</w:t>
            </w:r>
          </w:p>
        </w:tc>
      </w:tr>
    </w:tbl>
    <w:p w:rsidR="008F7C7B" w:rsidRPr="004B6F04" w:rsidRDefault="004C6786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4B6F04">
        <w:rPr>
          <w:rFonts w:ascii="Times New Roman" w:hAnsi="Times New Roman" w:cs="Times New Roman"/>
          <w:color w:val="auto"/>
          <w:sz w:val="28"/>
          <w:szCs w:val="28"/>
        </w:rPr>
        <w:t>3. Chính sách &amp; Lưu ý</w:t>
      </w:r>
    </w:p>
    <w:p w:rsidR="008F7C7B" w:rsidRPr="004B6F04" w:rsidRDefault="004C6786">
      <w:pPr>
        <w:rPr>
          <w:rFonts w:ascii="Times New Roman" w:hAnsi="Times New Roman" w:cs="Times New Roman"/>
          <w:sz w:val="28"/>
          <w:szCs w:val="28"/>
        </w:rPr>
      </w:pPr>
      <w:r w:rsidRPr="004B6F04">
        <w:rPr>
          <w:rFonts w:ascii="Times New Roman" w:hAnsi="Times New Roman" w:cs="Times New Roman"/>
          <w:sz w:val="28"/>
          <w:szCs w:val="28"/>
        </w:rPr>
        <w:t>- Mi</w:t>
      </w:r>
      <w:r w:rsidRPr="004B6F04">
        <w:rPr>
          <w:rFonts w:ascii="Times New Roman" w:hAnsi="Times New Roman" w:cs="Times New Roman"/>
          <w:sz w:val="28"/>
          <w:szCs w:val="28"/>
        </w:rPr>
        <w:t>ễ</w:t>
      </w:r>
      <w:r w:rsidRPr="004B6F04">
        <w:rPr>
          <w:rFonts w:ascii="Times New Roman" w:hAnsi="Times New Roman" w:cs="Times New Roman"/>
          <w:sz w:val="28"/>
          <w:szCs w:val="28"/>
        </w:rPr>
        <w:t>n phí kh</w:t>
      </w:r>
      <w:r w:rsidRPr="004B6F04">
        <w:rPr>
          <w:rFonts w:ascii="Times New Roman" w:hAnsi="Times New Roman" w:cs="Times New Roman"/>
          <w:sz w:val="28"/>
          <w:szCs w:val="28"/>
        </w:rPr>
        <w:t>ả</w:t>
      </w:r>
      <w:r w:rsidRPr="004B6F04">
        <w:rPr>
          <w:rFonts w:ascii="Times New Roman" w:hAnsi="Times New Roman" w:cs="Times New Roman"/>
          <w:sz w:val="28"/>
          <w:szCs w:val="28"/>
        </w:rPr>
        <w:t>o sát và tư v</w:t>
      </w:r>
      <w:r w:rsidRPr="004B6F04">
        <w:rPr>
          <w:rFonts w:ascii="Times New Roman" w:hAnsi="Times New Roman" w:cs="Times New Roman"/>
          <w:sz w:val="28"/>
          <w:szCs w:val="28"/>
        </w:rPr>
        <w:t>ấ</w:t>
      </w:r>
      <w:r w:rsidRPr="004B6F04">
        <w:rPr>
          <w:rFonts w:ascii="Times New Roman" w:hAnsi="Times New Roman" w:cs="Times New Roman"/>
          <w:sz w:val="28"/>
          <w:szCs w:val="28"/>
        </w:rPr>
        <w:t>n t</w:t>
      </w:r>
      <w:r w:rsidRPr="004B6F04">
        <w:rPr>
          <w:rFonts w:ascii="Times New Roman" w:hAnsi="Times New Roman" w:cs="Times New Roman"/>
          <w:sz w:val="28"/>
          <w:szCs w:val="28"/>
        </w:rPr>
        <w:t>ạ</w:t>
      </w:r>
      <w:r w:rsidRPr="004B6F04">
        <w:rPr>
          <w:rFonts w:ascii="Times New Roman" w:hAnsi="Times New Roman" w:cs="Times New Roman"/>
          <w:sz w:val="28"/>
          <w:szCs w:val="28"/>
        </w:rPr>
        <w:t>i TP …</w:t>
      </w:r>
    </w:p>
    <w:p w:rsidR="008F7C7B" w:rsidRPr="004B6F04" w:rsidRDefault="004C6786">
      <w:pPr>
        <w:rPr>
          <w:rFonts w:ascii="Times New Roman" w:hAnsi="Times New Roman" w:cs="Times New Roman"/>
          <w:sz w:val="28"/>
          <w:szCs w:val="28"/>
        </w:rPr>
      </w:pPr>
      <w:r w:rsidRPr="004B6F04">
        <w:rPr>
          <w:rFonts w:ascii="Times New Roman" w:hAnsi="Times New Roman" w:cs="Times New Roman"/>
          <w:sz w:val="28"/>
          <w:szCs w:val="28"/>
        </w:rPr>
        <w:t>- Chi phí trên chưa bao g</w:t>
      </w:r>
      <w:r w:rsidRPr="004B6F04">
        <w:rPr>
          <w:rFonts w:ascii="Times New Roman" w:hAnsi="Times New Roman" w:cs="Times New Roman"/>
          <w:sz w:val="28"/>
          <w:szCs w:val="28"/>
        </w:rPr>
        <w:t>ồ</w:t>
      </w:r>
      <w:r w:rsidRPr="004B6F04">
        <w:rPr>
          <w:rFonts w:ascii="Times New Roman" w:hAnsi="Times New Roman" w:cs="Times New Roman"/>
          <w:sz w:val="28"/>
          <w:szCs w:val="28"/>
        </w:rPr>
        <w:t>m VAT 10%</w:t>
      </w:r>
    </w:p>
    <w:p w:rsidR="008F7C7B" w:rsidRPr="004B6F04" w:rsidRDefault="004C6786">
      <w:pPr>
        <w:rPr>
          <w:rFonts w:ascii="Times New Roman" w:hAnsi="Times New Roman" w:cs="Times New Roman"/>
          <w:sz w:val="28"/>
          <w:szCs w:val="28"/>
        </w:rPr>
      </w:pPr>
      <w:r w:rsidRPr="004B6F04">
        <w:rPr>
          <w:rFonts w:ascii="Times New Roman" w:hAnsi="Times New Roman" w:cs="Times New Roman"/>
          <w:sz w:val="28"/>
          <w:szCs w:val="28"/>
        </w:rPr>
        <w:t>- Th</w:t>
      </w:r>
      <w:r w:rsidRPr="004B6F04">
        <w:rPr>
          <w:rFonts w:ascii="Times New Roman" w:hAnsi="Times New Roman" w:cs="Times New Roman"/>
          <w:sz w:val="28"/>
          <w:szCs w:val="28"/>
        </w:rPr>
        <w:t>ờ</w:t>
      </w:r>
      <w:r w:rsidRPr="004B6F04">
        <w:rPr>
          <w:rFonts w:ascii="Times New Roman" w:hAnsi="Times New Roman" w:cs="Times New Roman"/>
          <w:sz w:val="28"/>
          <w:szCs w:val="28"/>
        </w:rPr>
        <w:t>i gian bàn giao h</w:t>
      </w:r>
      <w:r w:rsidRPr="004B6F04">
        <w:rPr>
          <w:rFonts w:ascii="Times New Roman" w:hAnsi="Times New Roman" w:cs="Times New Roman"/>
          <w:sz w:val="28"/>
          <w:szCs w:val="28"/>
        </w:rPr>
        <w:t>ồ</w:t>
      </w:r>
      <w:r w:rsidRPr="004B6F04">
        <w:rPr>
          <w:rFonts w:ascii="Times New Roman" w:hAnsi="Times New Roman" w:cs="Times New Roman"/>
          <w:sz w:val="28"/>
          <w:szCs w:val="28"/>
        </w:rPr>
        <w:t xml:space="preserve"> sơ thi</w:t>
      </w:r>
      <w:r w:rsidRPr="004B6F04">
        <w:rPr>
          <w:rFonts w:ascii="Times New Roman" w:hAnsi="Times New Roman" w:cs="Times New Roman"/>
          <w:sz w:val="28"/>
          <w:szCs w:val="28"/>
        </w:rPr>
        <w:t>ế</w:t>
      </w:r>
      <w:r w:rsidRPr="004B6F04">
        <w:rPr>
          <w:rFonts w:ascii="Times New Roman" w:hAnsi="Times New Roman" w:cs="Times New Roman"/>
          <w:sz w:val="28"/>
          <w:szCs w:val="28"/>
        </w:rPr>
        <w:t>t k</w:t>
      </w:r>
      <w:r w:rsidRPr="004B6F04">
        <w:rPr>
          <w:rFonts w:ascii="Times New Roman" w:hAnsi="Times New Roman" w:cs="Times New Roman"/>
          <w:sz w:val="28"/>
          <w:szCs w:val="28"/>
        </w:rPr>
        <w:t>ế</w:t>
      </w:r>
      <w:r w:rsidRPr="004B6F04">
        <w:rPr>
          <w:rFonts w:ascii="Times New Roman" w:hAnsi="Times New Roman" w:cs="Times New Roman"/>
          <w:sz w:val="28"/>
          <w:szCs w:val="28"/>
        </w:rPr>
        <w:t>: 10 – 20 ngày tùy quy mô.</w:t>
      </w:r>
    </w:p>
    <w:p w:rsidR="008F7C7B" w:rsidRDefault="004C6786">
      <w:pPr>
        <w:rPr>
          <w:rFonts w:ascii="Times New Roman" w:hAnsi="Times New Roman" w:cs="Times New Roman"/>
          <w:sz w:val="28"/>
          <w:szCs w:val="28"/>
        </w:rPr>
      </w:pPr>
      <w:r w:rsidRPr="004B6F04">
        <w:rPr>
          <w:rFonts w:ascii="Times New Roman" w:hAnsi="Times New Roman" w:cs="Times New Roman"/>
          <w:sz w:val="28"/>
          <w:szCs w:val="28"/>
        </w:rPr>
        <w:t>- Khách hàng ký h</w:t>
      </w:r>
      <w:r w:rsidRPr="004B6F04">
        <w:rPr>
          <w:rFonts w:ascii="Times New Roman" w:hAnsi="Times New Roman" w:cs="Times New Roman"/>
          <w:sz w:val="28"/>
          <w:szCs w:val="28"/>
        </w:rPr>
        <w:t>ợ</w:t>
      </w:r>
      <w:r w:rsidRPr="004B6F04">
        <w:rPr>
          <w:rFonts w:ascii="Times New Roman" w:hAnsi="Times New Roman" w:cs="Times New Roman"/>
          <w:sz w:val="28"/>
          <w:szCs w:val="28"/>
        </w:rPr>
        <w:t>p đ</w:t>
      </w:r>
      <w:r w:rsidRPr="004B6F04">
        <w:rPr>
          <w:rFonts w:ascii="Times New Roman" w:hAnsi="Times New Roman" w:cs="Times New Roman"/>
          <w:sz w:val="28"/>
          <w:szCs w:val="28"/>
        </w:rPr>
        <w:t>ồ</w:t>
      </w:r>
      <w:r w:rsidRPr="004B6F04">
        <w:rPr>
          <w:rFonts w:ascii="Times New Roman" w:hAnsi="Times New Roman" w:cs="Times New Roman"/>
          <w:sz w:val="28"/>
          <w:szCs w:val="28"/>
        </w:rPr>
        <w:t>ng thi công tr</w:t>
      </w:r>
      <w:r w:rsidRPr="004B6F04">
        <w:rPr>
          <w:rFonts w:ascii="Times New Roman" w:hAnsi="Times New Roman" w:cs="Times New Roman"/>
          <w:sz w:val="28"/>
          <w:szCs w:val="28"/>
        </w:rPr>
        <w:t>ọ</w:t>
      </w:r>
      <w:r w:rsidRPr="004B6F04">
        <w:rPr>
          <w:rFonts w:ascii="Times New Roman" w:hAnsi="Times New Roman" w:cs="Times New Roman"/>
          <w:sz w:val="28"/>
          <w:szCs w:val="28"/>
        </w:rPr>
        <w:t>n gói s</w:t>
      </w:r>
      <w:r w:rsidRPr="004B6F04">
        <w:rPr>
          <w:rFonts w:ascii="Times New Roman" w:hAnsi="Times New Roman" w:cs="Times New Roman"/>
          <w:sz w:val="28"/>
          <w:szCs w:val="28"/>
        </w:rPr>
        <w:t>ẽ</w:t>
      </w:r>
      <w:r w:rsidRPr="004B6F04">
        <w:rPr>
          <w:rFonts w:ascii="Times New Roman" w:hAnsi="Times New Roman" w:cs="Times New Roman"/>
          <w:sz w:val="28"/>
          <w:szCs w:val="28"/>
        </w:rPr>
        <w:t xml:space="preserve"> đư</w:t>
      </w:r>
      <w:r w:rsidRPr="004B6F04">
        <w:rPr>
          <w:rFonts w:ascii="Times New Roman" w:hAnsi="Times New Roman" w:cs="Times New Roman"/>
          <w:sz w:val="28"/>
          <w:szCs w:val="28"/>
        </w:rPr>
        <w:t>ợ</w:t>
      </w:r>
      <w:r w:rsidRPr="004B6F04">
        <w:rPr>
          <w:rFonts w:ascii="Times New Roman" w:hAnsi="Times New Roman" w:cs="Times New Roman"/>
          <w:sz w:val="28"/>
          <w:szCs w:val="28"/>
        </w:rPr>
        <w:t>c gi</w:t>
      </w:r>
      <w:r w:rsidRPr="004B6F04">
        <w:rPr>
          <w:rFonts w:ascii="Times New Roman" w:hAnsi="Times New Roman" w:cs="Times New Roman"/>
          <w:sz w:val="28"/>
          <w:szCs w:val="28"/>
        </w:rPr>
        <w:t>ả</w:t>
      </w:r>
      <w:r w:rsidRPr="004B6F04">
        <w:rPr>
          <w:rFonts w:ascii="Times New Roman" w:hAnsi="Times New Roman" w:cs="Times New Roman"/>
          <w:sz w:val="28"/>
          <w:szCs w:val="28"/>
        </w:rPr>
        <w:t>m 50% phí thi</w:t>
      </w:r>
      <w:r w:rsidRPr="004B6F04">
        <w:rPr>
          <w:rFonts w:ascii="Times New Roman" w:hAnsi="Times New Roman" w:cs="Times New Roman"/>
          <w:sz w:val="28"/>
          <w:szCs w:val="28"/>
        </w:rPr>
        <w:t>ế</w:t>
      </w:r>
      <w:r w:rsidRPr="004B6F04">
        <w:rPr>
          <w:rFonts w:ascii="Times New Roman" w:hAnsi="Times New Roman" w:cs="Times New Roman"/>
          <w:sz w:val="28"/>
          <w:szCs w:val="28"/>
        </w:rPr>
        <w:t>t k</w:t>
      </w:r>
      <w:r w:rsidRPr="004B6F04">
        <w:rPr>
          <w:rFonts w:ascii="Times New Roman" w:hAnsi="Times New Roman" w:cs="Times New Roman"/>
          <w:sz w:val="28"/>
          <w:szCs w:val="28"/>
        </w:rPr>
        <w:t>ế</w:t>
      </w:r>
      <w:r w:rsidRPr="004B6F04">
        <w:rPr>
          <w:rFonts w:ascii="Times New Roman" w:hAnsi="Times New Roman" w:cs="Times New Roman"/>
          <w:sz w:val="28"/>
          <w:szCs w:val="28"/>
        </w:rPr>
        <w:t>.</w:t>
      </w:r>
    </w:p>
    <w:p w:rsidR="004B6F04" w:rsidRDefault="004B6F04">
      <w:pPr>
        <w:rPr>
          <w:rFonts w:ascii="Times New Roman" w:hAnsi="Times New Roman" w:cs="Times New Roman"/>
          <w:sz w:val="28"/>
          <w:szCs w:val="28"/>
        </w:rPr>
      </w:pPr>
    </w:p>
    <w:p w:rsidR="004B6F04" w:rsidRPr="004B6F04" w:rsidRDefault="004B6F04" w:rsidP="004B6F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F04">
        <w:rPr>
          <w:rFonts w:ascii="Times New Roman" w:hAnsi="Times New Roman" w:cs="Times New Roman"/>
          <w:b/>
          <w:sz w:val="28"/>
          <w:szCs w:val="28"/>
        </w:rPr>
        <w:t>ĐẠI DIỆN CÔNG TY</w:t>
      </w:r>
    </w:p>
    <w:p w:rsidR="004B6F04" w:rsidRPr="004B6F04" w:rsidRDefault="004B6F04" w:rsidP="004B6F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B6F04">
        <w:rPr>
          <w:rFonts w:ascii="Times New Roman" w:hAnsi="Times New Roman" w:cs="Times New Roman"/>
          <w:b/>
          <w:sz w:val="28"/>
          <w:szCs w:val="28"/>
        </w:rPr>
        <w:t>…………………………..</w:t>
      </w:r>
    </w:p>
    <w:sectPr w:rsidR="004B6F04" w:rsidRPr="004B6F0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6F04"/>
    <w:rsid w:val="004C6786"/>
    <w:rsid w:val="008F7C7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72AA0A6D-0D36-4442-B247-B65602C4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DFE1DA-6FAD-4374-9B8F-E15EB646F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BẢNG BÁO GIÁ THIẾT KẾ NỘI THẤT NHÀ PHỐ, CĂN HỘ </vt:lpstr>
      <vt:lpstr>    1. Đơn giá thiết kế theo diện tích</vt:lpstr>
      <vt:lpstr>    2. Gói thiết kế trọn bộ (theo căn)</vt:lpstr>
      <vt:lpstr>    3. Chính sách &amp; Lưu ý</vt:lpstr>
    </vt:vector>
  </TitlesOfParts>
  <Manager/>
  <Company/>
  <LinksUpToDate>false</LinksUpToDate>
  <CharactersWithSpaces>1286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2025-09-03T03:14:00Z</dcterms:created>
  <dcterms:modified xsi:type="dcterms:W3CDTF">2025-09-03T03:14:00Z</dcterms:modified>
  <cp:category/>
</cp:coreProperties>
</file>