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41E0" w:rsidRPr="009D41E0" w:rsidRDefault="009D41E0" w:rsidP="009D41E0">
      <w:pPr>
        <w:pStyle w:val="Heading1"/>
        <w:rPr>
          <w:rFonts w:ascii="Times New Roman" w:hAnsi="Times New Roman" w:cs="Times New Roman"/>
          <w:color w:val="000000" w:themeColor="text1"/>
        </w:rPr>
      </w:pPr>
      <w:r w:rsidRPr="009D41E0">
        <w:rPr>
          <w:rFonts w:ascii="Times New Roman" w:hAnsi="Times New Roman" w:cs="Times New Roman"/>
          <w:color w:val="000000" w:themeColor="text1"/>
        </w:rPr>
        <w:t>CÔNG TY ……………………</w:t>
      </w:r>
    </w:p>
    <w:p w:rsidR="009D41E0" w:rsidRDefault="009D41E0">
      <w:pPr>
        <w:pStyle w:val="Heading1"/>
        <w:rPr>
          <w:rFonts w:ascii="Times New Roman" w:hAnsi="Times New Roman" w:cs="Times New Roman"/>
          <w:color w:val="000000" w:themeColor="text1"/>
        </w:rPr>
      </w:pPr>
      <w:r w:rsidRPr="009D41E0">
        <w:rPr>
          <w:rFonts w:ascii="Times New Roman" w:hAnsi="Times New Roman" w:cs="Times New Roman"/>
          <w:color w:val="000000" w:themeColor="text1"/>
        </w:rPr>
        <w:t>Số: ………/XN-LTG</w:t>
      </w:r>
    </w:p>
    <w:p w:rsidR="00FA1AE8" w:rsidRPr="009D41E0" w:rsidRDefault="00B51AB4" w:rsidP="009D41E0">
      <w:pPr>
        <w:pStyle w:val="Heading1"/>
        <w:jc w:val="center"/>
        <w:rPr>
          <w:rFonts w:ascii="Times New Roman" w:hAnsi="Times New Roman" w:cs="Times New Roman"/>
          <w:color w:val="000000" w:themeColor="text1"/>
        </w:rPr>
      </w:pPr>
      <w:r w:rsidRPr="009D41E0">
        <w:rPr>
          <w:rFonts w:ascii="Times New Roman" w:hAnsi="Times New Roman" w:cs="Times New Roman"/>
          <w:color w:val="000000" w:themeColor="text1"/>
        </w:rPr>
        <w:t>B</w:t>
      </w:r>
      <w:r w:rsidRPr="009D41E0">
        <w:rPr>
          <w:rFonts w:ascii="Times New Roman" w:hAnsi="Times New Roman" w:cs="Times New Roman"/>
          <w:color w:val="000000" w:themeColor="text1"/>
        </w:rPr>
        <w:t>Ả</w:t>
      </w:r>
      <w:r w:rsidRPr="009D41E0">
        <w:rPr>
          <w:rFonts w:ascii="Times New Roman" w:hAnsi="Times New Roman" w:cs="Times New Roman"/>
          <w:color w:val="000000" w:themeColor="text1"/>
        </w:rPr>
        <w:t>N XÁC NH</w:t>
      </w:r>
      <w:r w:rsidRPr="009D41E0">
        <w:rPr>
          <w:rFonts w:ascii="Times New Roman" w:hAnsi="Times New Roman" w:cs="Times New Roman"/>
          <w:color w:val="000000" w:themeColor="text1"/>
        </w:rPr>
        <w:t>Ậ</w:t>
      </w:r>
      <w:r w:rsidRPr="009D41E0">
        <w:rPr>
          <w:rFonts w:ascii="Times New Roman" w:hAnsi="Times New Roman" w:cs="Times New Roman"/>
          <w:color w:val="000000" w:themeColor="text1"/>
        </w:rPr>
        <w:t>N TI</w:t>
      </w:r>
      <w:r w:rsidRPr="009D41E0">
        <w:rPr>
          <w:rFonts w:ascii="Times New Roman" w:hAnsi="Times New Roman" w:cs="Times New Roman"/>
          <w:color w:val="000000" w:themeColor="text1"/>
        </w:rPr>
        <w:t>Ề</w:t>
      </w:r>
      <w:r w:rsidRPr="009D41E0">
        <w:rPr>
          <w:rFonts w:ascii="Times New Roman" w:hAnsi="Times New Roman" w:cs="Times New Roman"/>
          <w:color w:val="000000" w:themeColor="text1"/>
        </w:rPr>
        <w:t>N LÀM THÊM GI</w:t>
      </w:r>
      <w:r w:rsidRPr="009D41E0">
        <w:rPr>
          <w:rFonts w:ascii="Times New Roman" w:hAnsi="Times New Roman" w:cs="Times New Roman"/>
          <w:color w:val="000000" w:themeColor="text1"/>
        </w:rPr>
        <w:t>Ờ</w:t>
      </w:r>
    </w:p>
    <w:p w:rsidR="00FA1AE8" w:rsidRPr="009D41E0" w:rsidRDefault="00B51AB4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1. Thông tin ngư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i lao đ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ng</w:t>
      </w:r>
    </w:p>
    <w:p w:rsidR="00FA1AE8" w:rsidRPr="009D41E0" w:rsidRDefault="00B51AB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H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và tên: ....................................................</w:t>
      </w:r>
    </w:p>
    <w:p w:rsidR="00FA1AE8" w:rsidRPr="009D41E0" w:rsidRDefault="00B51AB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Mã nhân viên (n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u có): ...............................</w:t>
      </w:r>
    </w:p>
    <w:p w:rsidR="00FA1AE8" w:rsidRPr="009D41E0" w:rsidRDefault="00B51AB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Ch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c danh/b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ph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n: 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..................................</w:t>
      </w:r>
    </w:p>
    <w:p w:rsidR="00FA1AE8" w:rsidRPr="009D41E0" w:rsidRDefault="00B51AB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H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p đ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ng lao đ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ng s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: ...............................</w:t>
      </w:r>
    </w:p>
    <w:p w:rsidR="00FA1AE8" w:rsidRPr="009D41E0" w:rsidRDefault="00B51AB4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2. Th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i gian làm thêm gi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</w:p>
    <w:p w:rsidR="00FA1AE8" w:rsidRPr="009D41E0" w:rsidRDefault="00B51AB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T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ừ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ngày: ....../....../........ đ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n ngày ....../....../........</w:t>
      </w:r>
    </w:p>
    <w:p w:rsidR="00FA1AE8" w:rsidRPr="009D41E0" w:rsidRDefault="00B51AB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T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ổ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ng s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gi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làm thêm: .......... gi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</w:p>
    <w:p w:rsidR="00FA1AE8" w:rsidRPr="009D41E0" w:rsidRDefault="00B51AB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Hình th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c: </w:t>
      </w:r>
      <w:r w:rsidRPr="009D41E0">
        <w:rPr>
          <w:rFonts w:ascii="Segoe UI Symbol" w:hAnsi="Segoe UI Symbol" w:cs="Segoe UI Symbol"/>
          <w:color w:val="000000" w:themeColor="text1"/>
          <w:sz w:val="28"/>
          <w:szCs w:val="28"/>
        </w:rPr>
        <w:t>☐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Ngày thư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ng   </w:t>
      </w:r>
      <w:r w:rsidRPr="009D41E0">
        <w:rPr>
          <w:rFonts w:ascii="Segoe UI Symbol" w:hAnsi="Segoe UI Symbol" w:cs="Segoe UI Symbol"/>
          <w:color w:val="000000" w:themeColor="text1"/>
          <w:sz w:val="28"/>
          <w:szCs w:val="28"/>
        </w:rPr>
        <w:t>☐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Ngày ngh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ỉ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àng tu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ầ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n   </w:t>
      </w:r>
      <w:r w:rsidRPr="009D41E0">
        <w:rPr>
          <w:rFonts w:ascii="Segoe UI Symbol" w:hAnsi="Segoe UI Symbol" w:cs="Segoe UI Symbol"/>
          <w:color w:val="000000" w:themeColor="text1"/>
          <w:sz w:val="28"/>
          <w:szCs w:val="28"/>
        </w:rPr>
        <w:t>☐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Ngày l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ễ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, t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t</w:t>
      </w:r>
    </w:p>
    <w:p w:rsidR="00FA1AE8" w:rsidRPr="009D41E0" w:rsidRDefault="00B51AB4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3. Cách tính ti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n làm thêm gi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</w:p>
    <w:p w:rsidR="00FA1AE8" w:rsidRPr="009D41E0" w:rsidRDefault="00B51AB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Lương gi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theo HĐLĐ: .......... đ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ng/gi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</w:p>
    <w:p w:rsidR="00FA1AE8" w:rsidRPr="009D41E0" w:rsidRDefault="00B51AB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T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ỷ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l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tr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lương làm thêm gi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theo quy đ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nh:</w:t>
      </w:r>
    </w:p>
    <w:p w:rsidR="00FA1AE8" w:rsidRPr="009D41E0" w:rsidRDefault="00B51AB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+ Ngày thư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ng: 150%</w:t>
      </w:r>
    </w:p>
    <w:p w:rsidR="00FA1AE8" w:rsidRPr="009D41E0" w:rsidRDefault="00B51AB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+ Ngày ngh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ỉ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ằ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ng tu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ầ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n: 200%</w:t>
      </w:r>
    </w:p>
    <w:p w:rsidR="00FA1AE8" w:rsidRPr="009D41E0" w:rsidRDefault="00B51AB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+ Ngày l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ễ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, t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t, ngày ngh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ỉ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có hư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ở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ng lương: 300%</w:t>
      </w:r>
    </w:p>
    <w:p w:rsidR="00FA1AE8" w:rsidRPr="009D41E0" w:rsidRDefault="00B51AB4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4. S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ti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n là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m thêm gi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đư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c hư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ở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ng</w:t>
      </w:r>
    </w:p>
    <w:p w:rsidR="00FA1AE8" w:rsidRPr="009D41E0" w:rsidRDefault="00B51AB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T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ổ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ng ti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n lương làm thêm gi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: .................. đ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ng</w:t>
      </w:r>
    </w:p>
    <w:p w:rsidR="00FA1AE8" w:rsidRPr="009D41E0" w:rsidRDefault="00B51AB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(B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ằ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ng ch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ữ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: ...................................................................</w:t>
      </w:r>
      <w:bookmarkStart w:id="0" w:name="_GoBack"/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...</w:t>
      </w:r>
      <w:bookmarkEnd w:id="0"/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.....)</w:t>
      </w:r>
    </w:p>
    <w:p w:rsidR="00FA1AE8" w:rsidRPr="009D41E0" w:rsidRDefault="00B51AB4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5. Cam k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t và xác nh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n</w:t>
      </w:r>
    </w:p>
    <w:p w:rsidR="00FA1AE8" w:rsidRPr="009D41E0" w:rsidRDefault="00B51AB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Tôi, ..................................................., xác nh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n đã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làm thêm gi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theo đúng n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i dung trên và đã nh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n đ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ti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n làm thêm gi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nêu t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i m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9D41E0">
        <w:rPr>
          <w:rFonts w:ascii="Times New Roman" w:hAnsi="Times New Roman" w:cs="Times New Roman"/>
          <w:color w:val="000000" w:themeColor="text1"/>
          <w:sz w:val="28"/>
          <w:szCs w:val="28"/>
        </w:rPr>
        <w:t>c (4).</w:t>
      </w:r>
    </w:p>
    <w:p w:rsidR="00FA1AE8" w:rsidRPr="009D41E0" w:rsidRDefault="00B51AB4" w:rsidP="009D41E0">
      <w:pPr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9D41E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Ngày .... tháng .... năm ....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1317"/>
        <w:gridCol w:w="3003"/>
      </w:tblGrid>
      <w:tr w:rsidR="009D41E0" w:rsidRPr="009D41E0" w:rsidTr="009D41E0">
        <w:tc>
          <w:tcPr>
            <w:tcW w:w="2160" w:type="dxa"/>
          </w:tcPr>
          <w:p w:rsidR="00FA1AE8" w:rsidRPr="009D41E0" w:rsidRDefault="00B51AB4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D41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Ngư</w:t>
            </w:r>
            <w:r w:rsidRPr="009D41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ờ</w:t>
            </w:r>
            <w:r w:rsidRPr="009D41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i lao đ</w:t>
            </w:r>
            <w:r w:rsidRPr="009D41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ộ</w:t>
            </w:r>
            <w:r w:rsidRPr="009D41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ng</w:t>
            </w:r>
          </w:p>
        </w:tc>
        <w:tc>
          <w:tcPr>
            <w:tcW w:w="2160" w:type="dxa"/>
          </w:tcPr>
          <w:p w:rsidR="00FA1AE8" w:rsidRPr="009D41E0" w:rsidRDefault="00B51AB4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D41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Ngư</w:t>
            </w:r>
            <w:r w:rsidRPr="009D41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ờ</w:t>
            </w:r>
            <w:r w:rsidRPr="009D41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i l</w:t>
            </w:r>
            <w:r w:rsidRPr="009D41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ậ</w:t>
            </w:r>
            <w:r w:rsidRPr="009D41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p b</w:t>
            </w:r>
            <w:r w:rsidRPr="009D41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ả</w:t>
            </w:r>
            <w:r w:rsidRPr="009D41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ng</w:t>
            </w:r>
          </w:p>
        </w:tc>
        <w:tc>
          <w:tcPr>
            <w:tcW w:w="1317" w:type="dxa"/>
          </w:tcPr>
          <w:p w:rsidR="00FA1AE8" w:rsidRPr="009D41E0" w:rsidRDefault="00B51AB4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D41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K</w:t>
            </w:r>
            <w:r w:rsidRPr="009D41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ế</w:t>
            </w:r>
            <w:r w:rsidRPr="009D41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toán</w:t>
            </w:r>
          </w:p>
        </w:tc>
        <w:tc>
          <w:tcPr>
            <w:tcW w:w="3003" w:type="dxa"/>
          </w:tcPr>
          <w:p w:rsidR="00FA1AE8" w:rsidRPr="009D41E0" w:rsidRDefault="00B51AB4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D41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Giám đ</w:t>
            </w:r>
            <w:r w:rsidRPr="009D41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ố</w:t>
            </w:r>
            <w:r w:rsidRPr="009D41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c/Ngư</w:t>
            </w:r>
            <w:r w:rsidRPr="009D41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ờ</w:t>
            </w:r>
            <w:r w:rsidRPr="009D41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i đ</w:t>
            </w:r>
            <w:r w:rsidRPr="009D41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ạ</w:t>
            </w:r>
            <w:r w:rsidRPr="009D41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i di</w:t>
            </w:r>
            <w:r w:rsidRPr="009D41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ệ</w:t>
            </w:r>
            <w:r w:rsidRPr="009D41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n theo pháp lu</w:t>
            </w:r>
            <w:r w:rsidRPr="009D41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ậ</w:t>
            </w:r>
            <w:r w:rsidRPr="009D41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t</w:t>
            </w:r>
          </w:p>
        </w:tc>
      </w:tr>
      <w:tr w:rsidR="009D41E0" w:rsidRPr="009D41E0" w:rsidTr="009D41E0">
        <w:tc>
          <w:tcPr>
            <w:tcW w:w="2160" w:type="dxa"/>
          </w:tcPr>
          <w:p w:rsidR="00FA1AE8" w:rsidRPr="009D41E0" w:rsidRDefault="00B51AB4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D41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(Ký, ghi rõ h</w:t>
            </w:r>
            <w:r w:rsidRPr="009D41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ọ</w:t>
            </w:r>
            <w:r w:rsidRPr="009D41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tên)</w:t>
            </w:r>
          </w:p>
        </w:tc>
        <w:tc>
          <w:tcPr>
            <w:tcW w:w="2160" w:type="dxa"/>
          </w:tcPr>
          <w:p w:rsidR="00FA1AE8" w:rsidRPr="009D41E0" w:rsidRDefault="00B51AB4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D41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(Ký, ghi rõ h</w:t>
            </w:r>
            <w:r w:rsidRPr="009D41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ọ</w:t>
            </w:r>
            <w:r w:rsidRPr="009D41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tên)</w:t>
            </w:r>
          </w:p>
        </w:tc>
        <w:tc>
          <w:tcPr>
            <w:tcW w:w="1317" w:type="dxa"/>
          </w:tcPr>
          <w:p w:rsidR="00FA1AE8" w:rsidRPr="009D41E0" w:rsidRDefault="00B51AB4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D41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(Ký, ghi rõ h</w:t>
            </w:r>
            <w:r w:rsidRPr="009D41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ọ</w:t>
            </w:r>
            <w:r w:rsidRPr="009D41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9D41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tên)</w:t>
            </w:r>
          </w:p>
        </w:tc>
        <w:tc>
          <w:tcPr>
            <w:tcW w:w="3003" w:type="dxa"/>
          </w:tcPr>
          <w:p w:rsidR="00FA1AE8" w:rsidRPr="009D41E0" w:rsidRDefault="00B51AB4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D41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(Ký, đóng d</w:t>
            </w:r>
            <w:r w:rsidRPr="009D41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ấ</w:t>
            </w:r>
            <w:r w:rsidRPr="009D41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u)</w:t>
            </w:r>
          </w:p>
        </w:tc>
      </w:tr>
    </w:tbl>
    <w:p w:rsidR="00B51AB4" w:rsidRPr="009D41E0" w:rsidRDefault="00B51AB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B51AB4" w:rsidRPr="009D41E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D41E0"/>
    <w:rsid w:val="00AA1D8D"/>
    <w:rsid w:val="00B47730"/>
    <w:rsid w:val="00B51AB4"/>
    <w:rsid w:val="00CB0664"/>
    <w:rsid w:val="00FA1AE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CE308256-D62F-43F7-8BCC-D6C50CA7A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9716280-4EC8-4984-9D81-5CF3E4174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</Words>
  <Characters>1083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9" baseType="lpstr">
      <vt:lpstr/>
      <vt:lpstr>CÔNG TY ……………………</vt:lpstr>
      <vt:lpstr>Số: ………/XN-LTG</vt:lpstr>
      <vt:lpstr>BẢN XÁC NHẬN TIỀN LÀM THÊM GIỜ</vt:lpstr>
      <vt:lpstr>    1. Thông tin người lao động</vt:lpstr>
      <vt:lpstr>    2. Thời gian làm thêm giờ</vt:lpstr>
      <vt:lpstr>    3. Cách tính tiền làm thêm giờ</vt:lpstr>
      <vt:lpstr>    4. Số tiền làm thêm giờ được hưởng</vt:lpstr>
      <vt:lpstr>    5. Cam kết và xác nhận</vt:lpstr>
    </vt:vector>
  </TitlesOfParts>
  <Manager/>
  <Company/>
  <LinksUpToDate>false</LinksUpToDate>
  <CharactersWithSpaces>1270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2025-09-04T00:58:00Z</dcterms:created>
  <dcterms:modified xsi:type="dcterms:W3CDTF">2025-09-04T00:58:00Z</dcterms:modified>
  <cp:category/>
</cp:coreProperties>
</file>