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A7F" w:rsidRPr="00B51B7F" w:rsidRDefault="00B51B7F">
      <w:pPr>
        <w:pStyle w:val="Heading1"/>
        <w:rPr>
          <w:rFonts w:ascii="Times New Roman" w:hAnsi="Times New Roman" w:cs="Times New Roman"/>
          <w:color w:val="000000" w:themeColor="text1"/>
        </w:rPr>
      </w:pPr>
      <w:r w:rsidRPr="00B51B7F">
        <w:rPr>
          <w:rFonts w:ascii="Times New Roman" w:hAnsi="Times New Roman" w:cs="Times New Roman"/>
          <w:color w:val="000000" w:themeColor="text1"/>
        </w:rPr>
        <w:t xml:space="preserve">CÔNG TY </w:t>
      </w:r>
      <w:r w:rsidRPr="00B51B7F">
        <w:rPr>
          <w:rFonts w:ascii="Times New Roman" w:hAnsi="Times New Roman" w:cs="Times New Roman"/>
          <w:color w:val="000000" w:themeColor="text1"/>
        </w:rPr>
        <w:t>………………</w:t>
      </w:r>
    </w:p>
    <w:p w:rsidR="00DC5A7F" w:rsidRPr="00B51B7F" w:rsidRDefault="00B51B7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Đ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: ………………………………………………………………</w:t>
      </w:r>
    </w:p>
    <w:p w:rsidR="00DC5A7F" w:rsidRPr="00B51B7F" w:rsidRDefault="00B51B7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n tho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i: …………………… – Email: …………………………</w:t>
      </w:r>
    </w:p>
    <w:p w:rsidR="00DC5A7F" w:rsidRPr="00B51B7F" w:rsidRDefault="00B51B7F" w:rsidP="00B51B7F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B51B7F">
        <w:rPr>
          <w:rFonts w:ascii="Times New Roman" w:hAnsi="Times New Roman" w:cs="Times New Roman"/>
          <w:color w:val="000000" w:themeColor="text1"/>
        </w:rPr>
        <w:t>B</w:t>
      </w:r>
      <w:r w:rsidRPr="00B51B7F">
        <w:rPr>
          <w:rFonts w:ascii="Times New Roman" w:hAnsi="Times New Roman" w:cs="Times New Roman"/>
          <w:color w:val="000000" w:themeColor="text1"/>
        </w:rPr>
        <w:t>Ả</w:t>
      </w:r>
      <w:r w:rsidRPr="00B51B7F">
        <w:rPr>
          <w:rFonts w:ascii="Times New Roman" w:hAnsi="Times New Roman" w:cs="Times New Roman"/>
          <w:color w:val="000000" w:themeColor="text1"/>
        </w:rPr>
        <w:t>NG BÁO GIÁ THI</w:t>
      </w:r>
      <w:r w:rsidRPr="00B51B7F">
        <w:rPr>
          <w:rFonts w:ascii="Times New Roman" w:hAnsi="Times New Roman" w:cs="Times New Roman"/>
          <w:color w:val="000000" w:themeColor="text1"/>
        </w:rPr>
        <w:t>Ế</w:t>
      </w:r>
      <w:r w:rsidRPr="00B51B7F">
        <w:rPr>
          <w:rFonts w:ascii="Times New Roman" w:hAnsi="Times New Roman" w:cs="Times New Roman"/>
          <w:color w:val="000000" w:themeColor="text1"/>
        </w:rPr>
        <w:t>T K</w:t>
      </w:r>
      <w:r w:rsidRPr="00B51B7F">
        <w:rPr>
          <w:rFonts w:ascii="Times New Roman" w:hAnsi="Times New Roman" w:cs="Times New Roman"/>
          <w:color w:val="000000" w:themeColor="text1"/>
        </w:rPr>
        <w:t>Ế</w:t>
      </w:r>
      <w:r w:rsidRPr="00B51B7F">
        <w:rPr>
          <w:rFonts w:ascii="Times New Roman" w:hAnsi="Times New Roman" w:cs="Times New Roman"/>
          <w:color w:val="000000" w:themeColor="text1"/>
        </w:rPr>
        <w:t xml:space="preserve"> KI</w:t>
      </w:r>
      <w:r w:rsidRPr="00B51B7F">
        <w:rPr>
          <w:rFonts w:ascii="Times New Roman" w:hAnsi="Times New Roman" w:cs="Times New Roman"/>
          <w:color w:val="000000" w:themeColor="text1"/>
        </w:rPr>
        <w:t>Ế</w:t>
      </w:r>
      <w:r w:rsidRPr="00B51B7F">
        <w:rPr>
          <w:rFonts w:ascii="Times New Roman" w:hAnsi="Times New Roman" w:cs="Times New Roman"/>
          <w:color w:val="000000" w:themeColor="text1"/>
        </w:rPr>
        <w:t>N TRÚC C</w:t>
      </w:r>
      <w:r w:rsidRPr="00B51B7F">
        <w:rPr>
          <w:rFonts w:ascii="Times New Roman" w:hAnsi="Times New Roman" w:cs="Times New Roman"/>
          <w:color w:val="000000" w:themeColor="text1"/>
        </w:rPr>
        <w:t>Ả</w:t>
      </w:r>
      <w:r w:rsidRPr="00B51B7F">
        <w:rPr>
          <w:rFonts w:ascii="Times New Roman" w:hAnsi="Times New Roman" w:cs="Times New Roman"/>
          <w:color w:val="000000" w:themeColor="text1"/>
        </w:rPr>
        <w:t>NH QUAN</w:t>
      </w:r>
    </w:p>
    <w:p w:rsidR="00DC5A7F" w:rsidRPr="00B51B7F" w:rsidRDefault="00B51B7F" w:rsidP="00B51B7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(Áp d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ng cho nhà ph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, bi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t th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c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p nh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t m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i nh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t)</w:t>
      </w:r>
    </w:p>
    <w:p w:rsidR="00DC5A7F" w:rsidRPr="00B51B7F" w:rsidRDefault="00B51B7F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1. N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i dung báo giá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7"/>
        <w:gridCol w:w="1692"/>
        <w:gridCol w:w="1680"/>
        <w:gridCol w:w="1896"/>
        <w:gridCol w:w="1685"/>
      </w:tblGrid>
      <w:tr w:rsidR="00B51B7F" w:rsidRPr="00B51B7F" w:rsidTr="00B51B7F"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STT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ạ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 m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ụ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 thi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ế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t 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ế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Đơn v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ị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tính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Đơn giá (VNĐ/m²)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Ghi chú</w:t>
            </w:r>
          </w:p>
        </w:tc>
      </w:tr>
      <w:tr w:rsidR="00B51B7F" w:rsidRPr="00B51B7F" w:rsidTr="00B51B7F"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Thi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ế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 k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ế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t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ổ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 th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ể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c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ả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nh quan (sân vư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ờ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n, l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ố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 đi, ti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ể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u c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ả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nh)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m²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………………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Tính theo di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ệ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 tích đ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ấ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</w:t>
            </w:r>
          </w:p>
        </w:tc>
      </w:tr>
      <w:tr w:rsidR="00B51B7F" w:rsidRPr="00B51B7F" w:rsidTr="00B51B7F"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Thi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ế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 k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ế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c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ả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nh quan nhà ph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ố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m²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………………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Bao g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ồ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 cây xanh, sân trư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ớ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 – sau</w:t>
            </w:r>
          </w:p>
        </w:tc>
      </w:tr>
      <w:tr w:rsidR="00B51B7F" w:rsidRPr="00B51B7F" w:rsidTr="00B51B7F"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Thi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ế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 k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ế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c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ả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nh quan bi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ệ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 th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ự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m²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………………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Bao 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ồ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 h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ồ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nư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ớ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c, vư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ờ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n, c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ả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nh quan t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ổ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 th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ể</w:t>
            </w:r>
          </w:p>
        </w:tc>
      </w:tr>
      <w:tr w:rsidR="00B51B7F" w:rsidRPr="00B51B7F" w:rsidTr="00B51B7F"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Thi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ế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 k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ế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ti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ể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u c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ả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nh (hòn non b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ộ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thác nư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ớ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c, vư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ờ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 khô…)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ạ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 m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ụ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………………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Tính theo kh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ố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 lư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ợ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 th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ự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 t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ế</w:t>
            </w:r>
          </w:p>
        </w:tc>
      </w:tr>
      <w:tr w:rsidR="00B51B7F" w:rsidRPr="00B51B7F" w:rsidTr="00B51B7F"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5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Thi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ế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 k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ế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h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ồ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bơi, h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ồ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cá koi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m²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………………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Chưa bao g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ồ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 k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ế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 c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ấ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u &amp; MEP</w:t>
            </w:r>
          </w:p>
        </w:tc>
      </w:tr>
      <w:tr w:rsidR="00B51B7F" w:rsidRPr="00B51B7F" w:rsidTr="00B51B7F"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Thi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ế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 k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ế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chi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ế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u sáng c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ả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nh quan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m²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………………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Bao g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ồ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 h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ệ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th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ố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 đèn ngoài tr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ờ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</w:t>
            </w:r>
          </w:p>
        </w:tc>
      </w:tr>
      <w:tr w:rsidR="00B51B7F" w:rsidRPr="00B51B7F" w:rsidTr="00B51B7F"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Thi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ế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 k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ế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b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ả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 v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ẽ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3D ph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ố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 c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ả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nh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ộ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………………</w:t>
            </w:r>
          </w:p>
        </w:tc>
        <w:tc>
          <w:tcPr>
            <w:tcW w:w="1728" w:type="dxa"/>
          </w:tcPr>
          <w:p w:rsidR="00DC5A7F" w:rsidRPr="00B51B7F" w:rsidRDefault="00B51B7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Tùy m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ứ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 đ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ộ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chi ti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ế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 yêu c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ầ</w:t>
            </w:r>
            <w:r w:rsidRPr="00B51B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u</w:t>
            </w:r>
          </w:p>
        </w:tc>
      </w:tr>
    </w:tbl>
    <w:p w:rsidR="00DC5A7F" w:rsidRPr="00B51B7F" w:rsidRDefault="00B51B7F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2. Quy đ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nh chung</w:t>
      </w:r>
    </w:p>
    <w:p w:rsidR="00DC5A7F" w:rsidRPr="00B51B7F" w:rsidRDefault="00B51B7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- Đơn giá trên chưa bao g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m thu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VAT 10%.</w:t>
      </w:r>
    </w:p>
    <w:p w:rsidR="00DC5A7F" w:rsidRPr="00B51B7F" w:rsidRDefault="00B51B7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- Báo giá có hi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u l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c trong vòng 30 ngày k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ngày phát hành.</w:t>
      </w:r>
    </w:p>
    <w:p w:rsidR="00DC5A7F" w:rsidRPr="00B51B7F" w:rsidRDefault="00B51B7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- Th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i gian thi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t k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……… ngày làm 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vi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c k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khi ký h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ng và nh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n t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 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ng.</w:t>
      </w:r>
    </w:p>
    <w:p w:rsidR="00DC5A7F" w:rsidRPr="00B51B7F" w:rsidRDefault="00B51B7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- Phí thi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t k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đư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c tính theo di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n tích ho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c h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ng m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c th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c t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C5A7F" w:rsidRPr="00B51B7F" w:rsidRDefault="00B51B7F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3. Thanh toán</w:t>
      </w:r>
      <w:bookmarkStart w:id="0" w:name="_GoBack"/>
      <w:bookmarkEnd w:id="0"/>
    </w:p>
    <w:p w:rsidR="00DC5A7F" w:rsidRPr="00B51B7F" w:rsidRDefault="00B51B7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- T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 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ng 50% giá tr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ng khi ký k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t.</w:t>
      </w:r>
    </w:p>
    <w:p w:rsidR="00DC5A7F" w:rsidRPr="00B51B7F" w:rsidRDefault="00B51B7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- 40% khi bàn giao phương án thi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t k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sơ b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C5A7F" w:rsidRPr="00B51B7F" w:rsidRDefault="00B51B7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- 10% còn l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i khi bàn giao toàn b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sơ thi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 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k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C5A7F" w:rsidRPr="00B51B7F" w:rsidRDefault="00B51B7F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4. Cam k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t</w:t>
      </w:r>
    </w:p>
    <w:p w:rsidR="00DC5A7F" w:rsidRPr="00B51B7F" w:rsidRDefault="00B51B7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Công ty cam k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t mang đ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n gi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i pháp thi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t k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nh quan sáng t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o, t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i ưu công năng, th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m m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ỹ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 phù h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p phong th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y, đ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m b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o ti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n đ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, ch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t lư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ng theo h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t>ng.</w:t>
      </w:r>
    </w:p>
    <w:p w:rsidR="00DC5A7F" w:rsidRPr="00B51B7F" w:rsidRDefault="00B51B7F" w:rsidP="00B51B7F">
      <w:pPr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B51B7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51B7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Ngày …. tháng …. năm …</w:t>
      </w:r>
    </w:p>
    <w:p w:rsidR="00DC5A7F" w:rsidRPr="00B51B7F" w:rsidRDefault="00B51B7F" w:rsidP="00B51B7F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51B7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</w:t>
      </w:r>
      <w:r w:rsidRPr="00B51B7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Ạ</w:t>
      </w:r>
      <w:r w:rsidRPr="00B51B7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 DI</w:t>
      </w:r>
      <w:r w:rsidRPr="00B51B7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Ệ</w:t>
      </w:r>
      <w:r w:rsidRPr="00B51B7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 CÔNG TY</w:t>
      </w:r>
    </w:p>
    <w:p w:rsidR="00DC5A7F" w:rsidRPr="00B51B7F" w:rsidRDefault="00B51B7F" w:rsidP="00B51B7F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51B7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(Ký tên, đóng d</w:t>
      </w:r>
      <w:r w:rsidRPr="00B51B7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ấ</w:t>
      </w:r>
      <w:r w:rsidRPr="00B51B7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u)</w:t>
      </w:r>
    </w:p>
    <w:sectPr w:rsidR="00DC5A7F" w:rsidRPr="00B51B7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51B7F"/>
    <w:rsid w:val="00CB0664"/>
    <w:rsid w:val="00DC5A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A6E6F8A3-99AF-49BD-9914-3172857E6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6D37DBA-AF60-4CB0-A1E2-BF7943D63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CÔNG TY ………………</vt:lpstr>
      <vt:lpstr>BẢNG BÁO GIÁ THIẾT KẾ KIẾN TRÚC CẢNH QUAN</vt:lpstr>
      <vt:lpstr>    1. Nội dung báo giá</vt:lpstr>
      <vt:lpstr>    2. Quy định chung</vt:lpstr>
      <vt:lpstr>    3. Thanh toán</vt:lpstr>
      <vt:lpstr>    4. Cam kết</vt:lpstr>
    </vt:vector>
  </TitlesOfParts>
  <Manager/>
  <Company/>
  <LinksUpToDate>false</LinksUpToDate>
  <CharactersWithSpaces>1473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2025-09-04T01:48:00Z</dcterms:created>
  <dcterms:modified xsi:type="dcterms:W3CDTF">2025-09-04T01:48:00Z</dcterms:modified>
  <cp:category/>
</cp:coreProperties>
</file>