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0EF" w:rsidRPr="00052B9A" w:rsidRDefault="00052B9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 HÒA XÃ H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CH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Ủ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NGHĨA VI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NAM</w:t>
      </w:r>
    </w:p>
    <w:p w:rsidR="006540EF" w:rsidRPr="00052B9A" w:rsidRDefault="00052B9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l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– T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ự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do – H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 phúc</w:t>
      </w:r>
    </w:p>
    <w:p w:rsidR="006540EF" w:rsidRPr="00052B9A" w:rsidRDefault="00052B9A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052B9A">
        <w:rPr>
          <w:rFonts w:ascii="Times New Roman" w:hAnsi="Times New Roman" w:cs="Times New Roman"/>
          <w:color w:val="000000" w:themeColor="text1"/>
        </w:rPr>
        <w:t>BIÊN B</w:t>
      </w:r>
      <w:r w:rsidRPr="00052B9A">
        <w:rPr>
          <w:rFonts w:ascii="Times New Roman" w:hAnsi="Times New Roman" w:cs="Times New Roman"/>
          <w:color w:val="000000" w:themeColor="text1"/>
        </w:rPr>
        <w:t>Ả</w:t>
      </w:r>
      <w:r w:rsidRPr="00052B9A">
        <w:rPr>
          <w:rFonts w:ascii="Times New Roman" w:hAnsi="Times New Roman" w:cs="Times New Roman"/>
          <w:color w:val="000000" w:themeColor="text1"/>
        </w:rPr>
        <w:t>N TH</w:t>
      </w:r>
      <w:r w:rsidRPr="00052B9A">
        <w:rPr>
          <w:rFonts w:ascii="Times New Roman" w:hAnsi="Times New Roman" w:cs="Times New Roman"/>
          <w:color w:val="000000" w:themeColor="text1"/>
        </w:rPr>
        <w:t>Ỏ</w:t>
      </w:r>
      <w:r w:rsidRPr="00052B9A">
        <w:rPr>
          <w:rFonts w:ascii="Times New Roman" w:hAnsi="Times New Roman" w:cs="Times New Roman"/>
          <w:color w:val="000000" w:themeColor="text1"/>
        </w:rPr>
        <w:t>A THU</w:t>
      </w:r>
      <w:r w:rsidRPr="00052B9A">
        <w:rPr>
          <w:rFonts w:ascii="Times New Roman" w:hAnsi="Times New Roman" w:cs="Times New Roman"/>
          <w:color w:val="000000" w:themeColor="text1"/>
        </w:rPr>
        <w:t>Ậ</w:t>
      </w:r>
      <w:r w:rsidRPr="00052B9A">
        <w:rPr>
          <w:rFonts w:ascii="Times New Roman" w:hAnsi="Times New Roman" w:cs="Times New Roman"/>
          <w:color w:val="000000" w:themeColor="text1"/>
        </w:rPr>
        <w:t>N TR</w:t>
      </w:r>
      <w:r w:rsidRPr="00052B9A">
        <w:rPr>
          <w:rFonts w:ascii="Times New Roman" w:hAnsi="Times New Roman" w:cs="Times New Roman"/>
          <w:color w:val="000000" w:themeColor="text1"/>
        </w:rPr>
        <w:t>Ả</w:t>
      </w:r>
      <w:r w:rsidRPr="00052B9A">
        <w:rPr>
          <w:rFonts w:ascii="Times New Roman" w:hAnsi="Times New Roman" w:cs="Times New Roman"/>
          <w:color w:val="000000" w:themeColor="text1"/>
        </w:rPr>
        <w:t xml:space="preserve"> L</w:t>
      </w:r>
      <w:r w:rsidRPr="00052B9A">
        <w:rPr>
          <w:rFonts w:ascii="Times New Roman" w:hAnsi="Times New Roman" w:cs="Times New Roman"/>
          <w:color w:val="000000" w:themeColor="text1"/>
        </w:rPr>
        <w:t>Ạ</w:t>
      </w:r>
      <w:r w:rsidRPr="00052B9A">
        <w:rPr>
          <w:rFonts w:ascii="Times New Roman" w:hAnsi="Times New Roman" w:cs="Times New Roman"/>
          <w:color w:val="000000" w:themeColor="text1"/>
        </w:rPr>
        <w:t>I D</w:t>
      </w:r>
      <w:r w:rsidRPr="00052B9A">
        <w:rPr>
          <w:rFonts w:ascii="Times New Roman" w:hAnsi="Times New Roman" w:cs="Times New Roman"/>
          <w:color w:val="000000" w:themeColor="text1"/>
        </w:rPr>
        <w:t>Ị</w:t>
      </w:r>
      <w:r w:rsidRPr="00052B9A">
        <w:rPr>
          <w:rFonts w:ascii="Times New Roman" w:hAnsi="Times New Roman" w:cs="Times New Roman"/>
          <w:color w:val="000000" w:themeColor="text1"/>
        </w:rPr>
        <w:t>CH V</w:t>
      </w:r>
      <w:r w:rsidRPr="00052B9A">
        <w:rPr>
          <w:rFonts w:ascii="Times New Roman" w:hAnsi="Times New Roman" w:cs="Times New Roman"/>
          <w:color w:val="000000" w:themeColor="text1"/>
        </w:rPr>
        <w:t>Ụ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Hôm nay, ngày ... tháng ... năm ..., t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 ..................., chúng tôi g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m có: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BÊN CUNG C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P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(Bên A):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Tên đơn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n: ..................................................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Ch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Đi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i: ....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Mã s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thu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BÊN S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(Bên B):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..................................................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CMND/CCCD s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 C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p ngày .....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.... t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 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thư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ng trú: ..................................................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- Đi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i: ..................................................</w:t>
      </w:r>
    </w:p>
    <w:p w:rsidR="006540EF" w:rsidRPr="00052B9A" w:rsidRDefault="00052B9A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 DUNG TH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1.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đã cung c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p: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 Tên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.....................................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 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ng/D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hóa đơn s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 .......... ngày 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2. Nguyên nhân tr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 .............................................................................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3. Hình th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 x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lý: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- Hai bên th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ng nh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t ch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t vi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 s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..........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 Bên A hoàn tr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cho Bên B s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đã thanh toán là: .......... VNĐ (b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ng ch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 ..........)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 Phương th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 hoàn tr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: ti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m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t/chuy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kho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(s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tài kho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n: ....................)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4. Trách nhi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m c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a các bên: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 Bên A có trách nhi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m hoàn t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t th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y/đi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u ch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nh hóa đơn d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quy 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nh pháp lu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t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thu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(n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u có).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 Bên B cam k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t không phát sinh khi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u n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 sau khi đã nh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hoàn tr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5. Hi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c:</w:t>
      </w:r>
    </w:p>
    <w:p w:rsidR="006540EF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- Biên b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này có hi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ký v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à đư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p thành ... b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n, m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i bên gi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... b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n có giá tr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pháp lý như nhau.</w:t>
      </w:r>
    </w:p>
    <w:p w:rsidR="006540EF" w:rsidRPr="00052B9A" w:rsidRDefault="00052B9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Đ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BÊN A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BÊN B</w:t>
      </w:r>
    </w:p>
    <w:p w:rsidR="006540EF" w:rsidRPr="00052B9A" w:rsidRDefault="00052B9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n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ế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có)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(Ký, ghi rõ h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052B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</w:p>
    <w:p w:rsidR="00052B9A" w:rsidRPr="00052B9A" w:rsidRDefault="00052B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52B9A" w:rsidRPr="00052B9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2B9A"/>
    <w:rsid w:val="0006063C"/>
    <w:rsid w:val="0015074B"/>
    <w:rsid w:val="0029639D"/>
    <w:rsid w:val="00326F90"/>
    <w:rsid w:val="006540E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0615984-700F-465F-AF1F-D6DC2A7C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8E826E-7687-4B43-93E7-98706CEB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BIÊN BẢN THỎA THUẬN TRẢ LẠI DỊCH VỤ</vt:lpstr>
      <vt:lpstr>    NỘI DUNG THỎA THUẬN</vt:lpstr>
    </vt:vector>
  </TitlesOfParts>
  <Manager/>
  <Company/>
  <LinksUpToDate>false</LinksUpToDate>
  <CharactersWithSpaces>1904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2025-09-08T03:51:00Z</dcterms:created>
  <dcterms:modified xsi:type="dcterms:W3CDTF">2025-09-08T03:51:00Z</dcterms:modified>
  <cp:category/>
</cp:coreProperties>
</file>