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6929"/>
      </w:tblGrid>
      <w:tr w:rsidR="0036730A" w:rsidRPr="0036730A" w:rsidTr="0036730A">
        <w:tc>
          <w:tcPr>
            <w:tcW w:w="2518" w:type="dxa"/>
          </w:tcPr>
          <w:p w:rsidR="0036730A" w:rsidRPr="0036730A" w:rsidRDefault="0036730A" w:rsidP="003673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673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CÔNG TY ………</w:t>
            </w:r>
          </w:p>
          <w:p w:rsidR="0036730A" w:rsidRPr="0036730A" w:rsidRDefault="0036730A" w:rsidP="003673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673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Số: …/CV-</w:t>
            </w:r>
          </w:p>
        </w:tc>
        <w:tc>
          <w:tcPr>
            <w:tcW w:w="7103" w:type="dxa"/>
          </w:tcPr>
          <w:p w:rsidR="0036730A" w:rsidRPr="0036730A" w:rsidRDefault="0036730A" w:rsidP="003673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673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:rsidR="0036730A" w:rsidRPr="0036730A" w:rsidRDefault="0036730A" w:rsidP="003673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673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</w:tc>
      </w:tr>
    </w:tbl>
    <w:p w:rsidR="00A823A1" w:rsidRPr="0036730A" w:rsidRDefault="00A823A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6730A" w:rsidRPr="0036730A" w:rsidRDefault="0036730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23A1" w:rsidRPr="0036730A" w:rsidRDefault="0036730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CÔNG VĂN THÔNG BÁO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bookmarkStart w:id="0" w:name="_GoBack"/>
      <w:bookmarkEnd w:id="0"/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V/v: Thay đ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ổ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chính sách kinh doanh</w:t>
      </w:r>
    </w:p>
    <w:p w:rsidR="00A823A1" w:rsidRPr="0036730A" w:rsidRDefault="00A823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3A1" w:rsidRPr="0036730A" w:rsidRDefault="0036730A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năm …</w:t>
      </w:r>
    </w:p>
    <w:p w:rsidR="00A823A1" w:rsidRPr="0036730A" w:rsidRDefault="00A823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3A1" w:rsidRPr="0036730A" w:rsidRDefault="0036730A" w:rsidP="0036730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I: Quý 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tác/Quý khách hàng</w:t>
      </w:r>
    </w:p>
    <w:p w:rsidR="00A823A1" w:rsidRPr="0036730A" w:rsidRDefault="00A823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Trư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t, Công ty ………… xin g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t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Quý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tác, Quý khách hàng l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chào trân tr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 và l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c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m ơn chân thành vì s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tư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ng,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p tác trong su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t th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gian qua.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m phù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p v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nh hư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 phát tri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n, Công ty ………… trân tr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 thông báo v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đi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u ch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nh chính sách kinh doanh như sau: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1. N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dung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thay 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i: …………………………………………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2. Th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gian áp d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ng: …………………………………………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3. Cam k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t: …………………………………………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m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vui lòng liên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…………………………………………</w:t>
      </w:r>
    </w:p>
    <w:p w:rsidR="00A823A1" w:rsidRPr="0036730A" w:rsidRDefault="003673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t mong ti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nh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 đư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c s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, h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p tác t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Quý 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i tác, Quý khách hàng.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Trân tr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6730A">
        <w:rPr>
          <w:rFonts w:ascii="Times New Roman" w:hAnsi="Times New Roman" w:cs="Times New Roman"/>
          <w:color w:val="000000" w:themeColor="text1"/>
          <w:sz w:val="28"/>
          <w:szCs w:val="28"/>
        </w:rPr>
        <w:t>m ơn!</w:t>
      </w:r>
    </w:p>
    <w:p w:rsidR="00A823A1" w:rsidRPr="0036730A" w:rsidRDefault="00A823A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6730A" w:rsidRPr="0036730A" w:rsidRDefault="0036730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CÔNG</w:t>
      </w: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TY</w:t>
      </w:r>
    </w:p>
    <w:p w:rsidR="00A823A1" w:rsidRPr="0036730A" w:rsidRDefault="0036730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7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……………………</w:t>
      </w:r>
    </w:p>
    <w:sectPr w:rsidR="00A823A1" w:rsidRPr="0036730A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730A"/>
    <w:rsid w:val="00A823A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7578833-B276-4079-8FE9-CE90B7B5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7F6090-5566-4A70-BE60-37A77F150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2025-09-11T04:17:00Z</dcterms:created>
  <dcterms:modified xsi:type="dcterms:W3CDTF">2025-09-11T04:17:00Z</dcterms:modified>
  <cp:category/>
</cp:coreProperties>
</file>