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6D9" w:rsidRDefault="00C616D9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C616D9">
        <w:rPr>
          <w:rFonts w:ascii="Times New Roman" w:hAnsi="Times New Roman" w:cs="Times New Roman"/>
          <w:color w:val="000000" w:themeColor="text1"/>
        </w:rPr>
        <w:t>CÔNG TY …………….</w:t>
      </w:r>
    </w:p>
    <w:p w:rsidR="00C616D9" w:rsidRPr="00C616D9" w:rsidRDefault="00C616D9" w:rsidP="00C616D9"/>
    <w:p w:rsidR="00C616D9" w:rsidRPr="00C616D9" w:rsidRDefault="00C616D9" w:rsidP="00C616D9">
      <w:pPr>
        <w:pStyle w:val="Heading1"/>
        <w:spacing w:before="100" w:beforeAutospacing="1"/>
        <w:jc w:val="center"/>
        <w:rPr>
          <w:rFonts w:ascii="Times New Roman" w:hAnsi="Times New Roman" w:cs="Times New Roman"/>
          <w:color w:val="000000" w:themeColor="text1"/>
        </w:rPr>
      </w:pPr>
      <w:r w:rsidRPr="00C616D9">
        <w:rPr>
          <w:rFonts w:ascii="Times New Roman" w:hAnsi="Times New Roman" w:cs="Times New Roman"/>
          <w:color w:val="000000" w:themeColor="text1"/>
        </w:rPr>
        <w:t>DANH SÁCH C</w:t>
      </w:r>
      <w:r w:rsidRPr="00C616D9">
        <w:rPr>
          <w:rFonts w:ascii="Times New Roman" w:hAnsi="Times New Roman" w:cs="Times New Roman"/>
          <w:color w:val="000000" w:themeColor="text1"/>
        </w:rPr>
        <w:t>Ậ</w:t>
      </w:r>
      <w:r w:rsidRPr="00C616D9">
        <w:rPr>
          <w:rFonts w:ascii="Times New Roman" w:hAnsi="Times New Roman" w:cs="Times New Roman"/>
          <w:color w:val="000000" w:themeColor="text1"/>
        </w:rPr>
        <w:t>P NH</w:t>
      </w:r>
      <w:r w:rsidRPr="00C616D9">
        <w:rPr>
          <w:rFonts w:ascii="Times New Roman" w:hAnsi="Times New Roman" w:cs="Times New Roman"/>
          <w:color w:val="000000" w:themeColor="text1"/>
        </w:rPr>
        <w:t>Ậ</w:t>
      </w:r>
      <w:r w:rsidRPr="00C616D9">
        <w:rPr>
          <w:rFonts w:ascii="Times New Roman" w:hAnsi="Times New Roman" w:cs="Times New Roman"/>
          <w:color w:val="000000" w:themeColor="text1"/>
        </w:rPr>
        <w:t>T NƠI CƯ TRÚ M</w:t>
      </w:r>
      <w:r w:rsidRPr="00C616D9">
        <w:rPr>
          <w:rFonts w:ascii="Times New Roman" w:hAnsi="Times New Roman" w:cs="Times New Roman"/>
          <w:color w:val="000000" w:themeColor="text1"/>
        </w:rPr>
        <w:t>Ớ</w:t>
      </w:r>
      <w:r w:rsidRPr="00C616D9">
        <w:rPr>
          <w:rFonts w:ascii="Times New Roman" w:hAnsi="Times New Roman" w:cs="Times New Roman"/>
          <w:color w:val="000000" w:themeColor="text1"/>
        </w:rPr>
        <w:t xml:space="preserve">I </w:t>
      </w:r>
    </w:p>
    <w:p w:rsidR="009D619D" w:rsidRPr="00C616D9" w:rsidRDefault="00C616D9" w:rsidP="00C616D9">
      <w:pPr>
        <w:pStyle w:val="Heading1"/>
        <w:spacing w:before="100" w:beforeAutospacing="1"/>
        <w:jc w:val="center"/>
        <w:rPr>
          <w:rFonts w:ascii="Times New Roman" w:hAnsi="Times New Roman" w:cs="Times New Roman"/>
          <w:color w:val="000000" w:themeColor="text1"/>
        </w:rPr>
      </w:pPr>
      <w:bookmarkStart w:id="0" w:name="_GoBack"/>
      <w:r w:rsidRPr="00C616D9">
        <w:rPr>
          <w:rFonts w:ascii="Times New Roman" w:hAnsi="Times New Roman" w:cs="Times New Roman"/>
          <w:color w:val="000000" w:themeColor="text1"/>
        </w:rPr>
        <w:t>C</w:t>
      </w:r>
      <w:r w:rsidRPr="00C616D9">
        <w:rPr>
          <w:rFonts w:ascii="Times New Roman" w:hAnsi="Times New Roman" w:cs="Times New Roman"/>
          <w:color w:val="000000" w:themeColor="text1"/>
        </w:rPr>
        <w:t>Ủ</w:t>
      </w:r>
      <w:r w:rsidRPr="00C616D9">
        <w:rPr>
          <w:rFonts w:ascii="Times New Roman" w:hAnsi="Times New Roman" w:cs="Times New Roman"/>
          <w:color w:val="000000" w:themeColor="text1"/>
        </w:rPr>
        <w:t>A NHÂN VIÊN/NGƯ</w:t>
      </w:r>
      <w:r w:rsidRPr="00C616D9">
        <w:rPr>
          <w:rFonts w:ascii="Times New Roman" w:hAnsi="Times New Roman" w:cs="Times New Roman"/>
          <w:color w:val="000000" w:themeColor="text1"/>
        </w:rPr>
        <w:t>Ờ</w:t>
      </w:r>
      <w:r w:rsidRPr="00C616D9">
        <w:rPr>
          <w:rFonts w:ascii="Times New Roman" w:hAnsi="Times New Roman" w:cs="Times New Roman"/>
          <w:color w:val="000000" w:themeColor="text1"/>
        </w:rPr>
        <w:t>I LAO Đ</w:t>
      </w:r>
      <w:r w:rsidRPr="00C616D9">
        <w:rPr>
          <w:rFonts w:ascii="Times New Roman" w:hAnsi="Times New Roman" w:cs="Times New Roman"/>
          <w:color w:val="000000" w:themeColor="text1"/>
        </w:rPr>
        <w:t>Ộ</w:t>
      </w:r>
      <w:r w:rsidRPr="00C616D9">
        <w:rPr>
          <w:rFonts w:ascii="Times New Roman" w:hAnsi="Times New Roman" w:cs="Times New Roman"/>
          <w:color w:val="000000" w:themeColor="text1"/>
        </w:rPr>
        <w:t>NG</w:t>
      </w:r>
    </w:p>
    <w:bookmarkEnd w:id="0"/>
    <w:p w:rsidR="009D619D" w:rsidRPr="00C616D9" w:rsidRDefault="00C616D9" w:rsidP="00C616D9">
      <w:pPr>
        <w:jc w:val="center"/>
        <w:rPr>
          <w:rFonts w:ascii="Times New Roman" w:hAnsi="Times New Roman" w:cs="Times New Roman"/>
          <w:sz w:val="28"/>
          <w:szCs w:val="28"/>
        </w:rPr>
      </w:pPr>
      <w:r w:rsidRPr="00C616D9">
        <w:rPr>
          <w:rFonts w:ascii="Times New Roman" w:hAnsi="Times New Roman" w:cs="Times New Roman"/>
          <w:sz w:val="28"/>
          <w:szCs w:val="28"/>
        </w:rPr>
        <w:t>(Sau khi sáp nh</w:t>
      </w:r>
      <w:r w:rsidRPr="00C616D9">
        <w:rPr>
          <w:rFonts w:ascii="Times New Roman" w:hAnsi="Times New Roman" w:cs="Times New Roman"/>
          <w:sz w:val="28"/>
          <w:szCs w:val="28"/>
        </w:rPr>
        <w:t>ậ</w:t>
      </w:r>
      <w:r w:rsidRPr="00C616D9">
        <w:rPr>
          <w:rFonts w:ascii="Times New Roman" w:hAnsi="Times New Roman" w:cs="Times New Roman"/>
          <w:sz w:val="28"/>
          <w:szCs w:val="28"/>
        </w:rPr>
        <w:t>p t</w:t>
      </w:r>
      <w:r w:rsidRPr="00C616D9">
        <w:rPr>
          <w:rFonts w:ascii="Times New Roman" w:hAnsi="Times New Roman" w:cs="Times New Roman"/>
          <w:sz w:val="28"/>
          <w:szCs w:val="28"/>
        </w:rPr>
        <w:t>ỉ</w:t>
      </w:r>
      <w:r w:rsidRPr="00C616D9">
        <w:rPr>
          <w:rFonts w:ascii="Times New Roman" w:hAnsi="Times New Roman" w:cs="Times New Roman"/>
          <w:sz w:val="28"/>
          <w:szCs w:val="28"/>
        </w:rPr>
        <w:t>nh, xã)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2"/>
        <w:gridCol w:w="1232"/>
        <w:gridCol w:w="1233"/>
        <w:gridCol w:w="1234"/>
        <w:gridCol w:w="1233"/>
        <w:gridCol w:w="1233"/>
        <w:gridCol w:w="1233"/>
      </w:tblGrid>
      <w:tr w:rsidR="009D619D" w:rsidRPr="00C616D9">
        <w:tc>
          <w:tcPr>
            <w:tcW w:w="1234" w:type="dxa"/>
          </w:tcPr>
          <w:p w:rsidR="009D619D" w:rsidRPr="00C616D9" w:rsidRDefault="00C616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1234" w:type="dxa"/>
          </w:tcPr>
          <w:p w:rsidR="009D619D" w:rsidRPr="00C616D9" w:rsidRDefault="00C616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H</w:t>
            </w: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ọ</w:t>
            </w: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và tên</w:t>
            </w:r>
          </w:p>
        </w:tc>
        <w:tc>
          <w:tcPr>
            <w:tcW w:w="1234" w:type="dxa"/>
          </w:tcPr>
          <w:p w:rsidR="009D619D" w:rsidRPr="00C616D9" w:rsidRDefault="00C616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1234" w:type="dxa"/>
          </w:tcPr>
          <w:p w:rsidR="009D619D" w:rsidRPr="00C616D9" w:rsidRDefault="00C616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Ch</w:t>
            </w: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ứ</w:t>
            </w: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c v</w:t>
            </w: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ụ</w:t>
            </w: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/Công vi</w:t>
            </w: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ệ</w:t>
            </w: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</w:tc>
        <w:tc>
          <w:tcPr>
            <w:tcW w:w="1234" w:type="dxa"/>
          </w:tcPr>
          <w:p w:rsidR="009D619D" w:rsidRPr="00C616D9" w:rsidRDefault="00C616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Nơi cư trú cũ</w:t>
            </w:r>
          </w:p>
        </w:tc>
        <w:tc>
          <w:tcPr>
            <w:tcW w:w="1234" w:type="dxa"/>
          </w:tcPr>
          <w:p w:rsidR="009D619D" w:rsidRPr="00C616D9" w:rsidRDefault="00C616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Nơi cư trú m</w:t>
            </w: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ớ</w:t>
            </w: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1234" w:type="dxa"/>
          </w:tcPr>
          <w:p w:rsidR="009D619D" w:rsidRPr="00C616D9" w:rsidRDefault="00C616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16D9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9D619D" w:rsidRPr="00C616D9"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19D" w:rsidRPr="00C616D9"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19D" w:rsidRPr="00C616D9"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9D619D" w:rsidRPr="00C616D9" w:rsidRDefault="009D61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6D9" w:rsidRPr="00C616D9"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6D9" w:rsidRPr="00C616D9"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6D9" w:rsidRPr="00C616D9"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6D9" w:rsidRPr="00C616D9"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6D9" w:rsidRPr="00C616D9"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6D9" w:rsidRPr="00C616D9"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6D9" w:rsidRPr="00C616D9"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16D9" w:rsidRPr="00C616D9"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C616D9" w:rsidRPr="00C616D9" w:rsidRDefault="00C616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619D" w:rsidRPr="00C616D9" w:rsidRDefault="00C616D9">
      <w:pPr>
        <w:rPr>
          <w:rFonts w:ascii="Times New Roman" w:hAnsi="Times New Roman" w:cs="Times New Roman"/>
          <w:sz w:val="28"/>
          <w:szCs w:val="28"/>
        </w:rPr>
      </w:pPr>
      <w:r w:rsidRPr="00C616D9">
        <w:rPr>
          <w:rFonts w:ascii="Times New Roman" w:hAnsi="Times New Roman" w:cs="Times New Roman"/>
          <w:sz w:val="28"/>
          <w:szCs w:val="28"/>
        </w:rPr>
        <w:br/>
        <w:t>Ngư</w:t>
      </w:r>
      <w:r w:rsidRPr="00C616D9">
        <w:rPr>
          <w:rFonts w:ascii="Times New Roman" w:hAnsi="Times New Roman" w:cs="Times New Roman"/>
          <w:sz w:val="28"/>
          <w:szCs w:val="28"/>
        </w:rPr>
        <w:t>ờ</w:t>
      </w:r>
      <w:r w:rsidRPr="00C616D9">
        <w:rPr>
          <w:rFonts w:ascii="Times New Roman" w:hAnsi="Times New Roman" w:cs="Times New Roman"/>
          <w:sz w:val="28"/>
          <w:szCs w:val="28"/>
        </w:rPr>
        <w:t>i l</w:t>
      </w:r>
      <w:r w:rsidRPr="00C616D9">
        <w:rPr>
          <w:rFonts w:ascii="Times New Roman" w:hAnsi="Times New Roman" w:cs="Times New Roman"/>
          <w:sz w:val="28"/>
          <w:szCs w:val="28"/>
        </w:rPr>
        <w:t>ậ</w:t>
      </w:r>
      <w:r w:rsidRPr="00C616D9">
        <w:rPr>
          <w:rFonts w:ascii="Times New Roman" w:hAnsi="Times New Roman" w:cs="Times New Roman"/>
          <w:sz w:val="28"/>
          <w:szCs w:val="28"/>
        </w:rPr>
        <w:t>p danh sách: ……………………………</w:t>
      </w:r>
    </w:p>
    <w:p w:rsidR="009D619D" w:rsidRPr="00C616D9" w:rsidRDefault="00C616D9" w:rsidP="00C616D9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C616D9">
        <w:rPr>
          <w:rFonts w:ascii="Times New Roman" w:hAnsi="Times New Roman" w:cs="Times New Roman"/>
          <w:i/>
          <w:sz w:val="28"/>
          <w:szCs w:val="28"/>
        </w:rPr>
        <w:t>Ngày … tháng … năm …</w:t>
      </w:r>
      <w:r w:rsidRPr="00C616D9">
        <w:rPr>
          <w:rFonts w:ascii="Times New Roman" w:hAnsi="Times New Roman" w:cs="Times New Roman"/>
          <w:i/>
          <w:sz w:val="28"/>
          <w:szCs w:val="28"/>
        </w:rPr>
        <w:br/>
      </w:r>
    </w:p>
    <w:p w:rsidR="009D619D" w:rsidRPr="00C616D9" w:rsidRDefault="00C616D9" w:rsidP="00C616D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616D9">
        <w:rPr>
          <w:rFonts w:ascii="Times New Roman" w:hAnsi="Times New Roman" w:cs="Times New Roman"/>
          <w:b/>
          <w:sz w:val="28"/>
          <w:szCs w:val="28"/>
        </w:rPr>
        <w:t xml:space="preserve">Xác </w:t>
      </w:r>
      <w:r w:rsidRPr="00C616D9">
        <w:rPr>
          <w:rFonts w:ascii="Times New Roman" w:hAnsi="Times New Roman" w:cs="Times New Roman"/>
          <w:b/>
          <w:sz w:val="28"/>
          <w:szCs w:val="28"/>
        </w:rPr>
        <w:t>nh</w:t>
      </w:r>
      <w:r w:rsidRPr="00C616D9">
        <w:rPr>
          <w:rFonts w:ascii="Times New Roman" w:hAnsi="Times New Roman" w:cs="Times New Roman"/>
          <w:b/>
          <w:sz w:val="28"/>
          <w:szCs w:val="28"/>
        </w:rPr>
        <w:t>ậ</w:t>
      </w:r>
      <w:r w:rsidRPr="00C616D9">
        <w:rPr>
          <w:rFonts w:ascii="Times New Roman" w:hAnsi="Times New Roman" w:cs="Times New Roman"/>
          <w:b/>
          <w:sz w:val="28"/>
          <w:szCs w:val="28"/>
        </w:rPr>
        <w:t>n c</w:t>
      </w:r>
      <w:r w:rsidRPr="00C616D9">
        <w:rPr>
          <w:rFonts w:ascii="Times New Roman" w:hAnsi="Times New Roman" w:cs="Times New Roman"/>
          <w:b/>
          <w:sz w:val="28"/>
          <w:szCs w:val="28"/>
        </w:rPr>
        <w:t>ủ</w:t>
      </w:r>
      <w:r w:rsidRPr="00C616D9">
        <w:rPr>
          <w:rFonts w:ascii="Times New Roman" w:hAnsi="Times New Roman" w:cs="Times New Roman"/>
          <w:b/>
          <w:sz w:val="28"/>
          <w:szCs w:val="28"/>
        </w:rPr>
        <w:t>a đơn v</w:t>
      </w:r>
      <w:r w:rsidRPr="00C616D9">
        <w:rPr>
          <w:rFonts w:ascii="Times New Roman" w:hAnsi="Times New Roman" w:cs="Times New Roman"/>
          <w:b/>
          <w:sz w:val="28"/>
          <w:szCs w:val="28"/>
        </w:rPr>
        <w:t>ị</w:t>
      </w:r>
    </w:p>
    <w:p w:rsidR="00C616D9" w:rsidRPr="00C616D9" w:rsidRDefault="00C616D9" w:rsidP="00C616D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616D9" w:rsidRPr="00C616D9" w:rsidRDefault="00C616D9" w:rsidP="00C616D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616D9">
        <w:rPr>
          <w:rFonts w:ascii="Times New Roman" w:hAnsi="Times New Roman" w:cs="Times New Roman"/>
          <w:b/>
          <w:sz w:val="28"/>
          <w:szCs w:val="28"/>
        </w:rPr>
        <w:t>…………………………………….</w:t>
      </w:r>
    </w:p>
    <w:sectPr w:rsidR="00C616D9" w:rsidRPr="00C616D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D619D"/>
    <w:rsid w:val="00AA1D8D"/>
    <w:rsid w:val="00B47730"/>
    <w:rsid w:val="00C616D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154197BC-3A03-4BEF-BE4F-D02C84713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6E64C2-DD80-4794-A1CA-92A356A7A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CÔNG TY …………….</vt:lpstr>
      <vt:lpstr>DANH SÁCH CẬP NHẬT NƠI CƯ TRÚ MỚI </vt:lpstr>
      <vt:lpstr>CỦA NHÂN VIÊN/NGƯỜI LAO ĐỘNG</vt:lpstr>
    </vt:vector>
  </TitlesOfParts>
  <Manager/>
  <Company/>
  <LinksUpToDate>false</LinksUpToDate>
  <CharactersWithSpaces>370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2025-08-28T16:18:00Z</dcterms:created>
  <dcterms:modified xsi:type="dcterms:W3CDTF">2025-08-28T16:18:00Z</dcterms:modified>
  <cp:category/>
</cp:coreProperties>
</file>