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7"/>
        <w:gridCol w:w="6153"/>
      </w:tblGrid>
      <w:tr w:rsidR="008C706E" w:rsidRPr="008C706E" w:rsidTr="008C706E">
        <w:trPr>
          <w:jc w:val="center"/>
        </w:trPr>
        <w:tc>
          <w:tcPr>
            <w:tcW w:w="2518" w:type="dxa"/>
          </w:tcPr>
          <w:p w:rsidR="008C706E" w:rsidRPr="008C706E" w:rsidRDefault="008C706E" w:rsidP="008C706E">
            <w:pPr>
              <w:pStyle w:val="Heading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CÔNG TY ……</w:t>
            </w:r>
          </w:p>
          <w:p w:rsidR="008C706E" w:rsidRPr="008C706E" w:rsidRDefault="008C706E" w:rsidP="008C706E">
            <w:pPr>
              <w:pStyle w:val="Heading1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8C706E">
              <w:rPr>
                <w:rFonts w:ascii="Times New Roman" w:hAnsi="Times New Roman" w:cs="Times New Roman"/>
                <w:color w:val="000000" w:themeColor="text1"/>
              </w:rPr>
              <w:t>Số: ………/QĐ-…</w:t>
            </w:r>
          </w:p>
        </w:tc>
        <w:tc>
          <w:tcPr>
            <w:tcW w:w="6338" w:type="dxa"/>
          </w:tcPr>
          <w:p w:rsidR="008C706E" w:rsidRPr="008C706E" w:rsidRDefault="008C706E" w:rsidP="008C706E">
            <w:pPr>
              <w:pStyle w:val="Heading1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8C706E">
              <w:rPr>
                <w:rFonts w:ascii="Times New Roman" w:hAnsi="Times New Roman" w:cs="Times New Roman"/>
                <w:color w:val="000000" w:themeColor="text1"/>
              </w:rPr>
              <w:t>CỘNG HÒA XÃ HỘI CHỦ NGHĨA VIỆT NAM</w:t>
            </w:r>
          </w:p>
          <w:p w:rsidR="008C706E" w:rsidRPr="008C706E" w:rsidRDefault="008C706E" w:rsidP="008C706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06E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8C706E" w:rsidRDefault="008C706E">
      <w:pPr>
        <w:pStyle w:val="Heading1"/>
        <w:rPr>
          <w:rFonts w:ascii="Times New Roman" w:hAnsi="Times New Roman" w:cs="Times New Roman"/>
          <w:color w:val="000000" w:themeColor="text1"/>
        </w:rPr>
      </w:pPr>
    </w:p>
    <w:p w:rsidR="00780E57" w:rsidRPr="008C706E" w:rsidRDefault="008C706E" w:rsidP="008C706E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8C706E">
        <w:rPr>
          <w:rFonts w:ascii="Times New Roman" w:hAnsi="Times New Roman" w:cs="Times New Roman"/>
          <w:color w:val="000000" w:themeColor="text1"/>
        </w:rPr>
        <w:t>QUY</w:t>
      </w:r>
      <w:r w:rsidRPr="008C706E">
        <w:rPr>
          <w:rFonts w:ascii="Times New Roman" w:hAnsi="Times New Roman" w:cs="Times New Roman"/>
          <w:color w:val="000000" w:themeColor="text1"/>
        </w:rPr>
        <w:t>Ế</w:t>
      </w:r>
      <w:r w:rsidRPr="008C706E">
        <w:rPr>
          <w:rFonts w:ascii="Times New Roman" w:hAnsi="Times New Roman" w:cs="Times New Roman"/>
          <w:color w:val="000000" w:themeColor="text1"/>
        </w:rPr>
        <w:t>T Đ</w:t>
      </w:r>
      <w:r w:rsidRPr="008C706E">
        <w:rPr>
          <w:rFonts w:ascii="Times New Roman" w:hAnsi="Times New Roman" w:cs="Times New Roman"/>
          <w:color w:val="000000" w:themeColor="text1"/>
        </w:rPr>
        <w:t>Ị</w:t>
      </w:r>
      <w:r w:rsidRPr="008C706E">
        <w:rPr>
          <w:rFonts w:ascii="Times New Roman" w:hAnsi="Times New Roman" w:cs="Times New Roman"/>
          <w:color w:val="000000" w:themeColor="text1"/>
        </w:rPr>
        <w:t>NH</w:t>
      </w:r>
    </w:p>
    <w:p w:rsidR="00780E57" w:rsidRPr="008C706E" w:rsidRDefault="008C706E" w:rsidP="008C706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vi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chi tr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ph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đi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 ki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sinh ho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 cho ngư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lao đ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GIÁM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CÔNG TY ………………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Căn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lu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t Lao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năm 2019;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Căn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nh s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…/…/NĐ-CP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a Chính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quy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nh v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 lương,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 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ngư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ng;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Căn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a 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lao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t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Quy ch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 lương, thư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a Công ty;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Xét nhu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th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 sinh ho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a ngư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t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…………,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NH:</w:t>
      </w:r>
    </w:p>
    <w:p w:rsidR="00780E57" w:rsidRPr="008C706E" w:rsidRDefault="008C706E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1.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áp d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Áp d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 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 sinh ho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v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nh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ngư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làm vi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i: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……………………………… (ghi rõ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m, b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n, d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án)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Trong 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n: ……………………………… (ví d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: vùng sâu, vùng xa, 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o, công trư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xa khu dân cư, 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ăn 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khó khăn…).</w:t>
      </w:r>
      <w:bookmarkStart w:id="0" w:name="_GoBack"/>
      <w:bookmarkEnd w:id="0"/>
    </w:p>
    <w:p w:rsidR="00780E57" w:rsidRPr="008C706E" w:rsidRDefault="008C706E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2. M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p: ……………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ng/ngư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i/th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áng (ho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…% m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lương cơ b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n).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Kho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 này đư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chi tr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cùng k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lương hàng tháng và không dùng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tính đóng b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o 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m xã 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i, b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o 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m y t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, b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o 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m th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t nghi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p.</w:t>
      </w:r>
    </w:p>
    <w:p w:rsidR="00780E57" w:rsidRPr="008C706E" w:rsidRDefault="008C706E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3. T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th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Phòng Hành chính – Nhân s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 v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Phòng K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toán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 danh sách ngư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 hư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p, th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 chi tr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đúng,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, k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i.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Các Trư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ng b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 có trách nhi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m theo dõi, giám sát, báo cáo v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tình hình th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780E57" w:rsidRPr="008C706E" w:rsidRDefault="008C706E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4. 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thi hành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Quy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nh này có 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… thán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g … năm …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Các cá nhân, đơn v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liên quan ch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trách nhi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m thi hành quy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nh này.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Nơi nh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n: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Như Đi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u 3;</w:t>
      </w:r>
    </w:p>
    <w:p w:rsidR="00780E57" w:rsidRPr="008C706E" w:rsidRDefault="008C70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color w:val="000000" w:themeColor="text1"/>
          <w:sz w:val="28"/>
          <w:szCs w:val="28"/>
        </w:rPr>
        <w:t>- Lưu VP.</w:t>
      </w:r>
    </w:p>
    <w:p w:rsidR="00780E57" w:rsidRPr="008C706E" w:rsidRDefault="008C706E" w:rsidP="008C706E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  <w:t>Ngày … tháng … năm …</w:t>
      </w:r>
    </w:p>
    <w:p w:rsidR="00780E57" w:rsidRPr="008C706E" w:rsidRDefault="008C706E" w:rsidP="008C706E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GIÁM Đ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</w:t>
      </w:r>
    </w:p>
    <w:p w:rsidR="00780E57" w:rsidRPr="008C706E" w:rsidRDefault="008C706E" w:rsidP="008C706E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tên, đóng d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8C7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</w:p>
    <w:sectPr w:rsidR="00780E57" w:rsidRPr="008C706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0E57"/>
    <w:rsid w:val="008C706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E491956-1B32-466F-B91C-0D6F689A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E4B65F-DCFF-4057-B534-C0DD70129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/>
      <vt:lpstr>QUYẾT ĐỊNH</vt:lpstr>
      <vt:lpstr>    Điều 1. Đối tượng áp dụng</vt:lpstr>
      <vt:lpstr>    Điều 2. Mức phụ cấp</vt:lpstr>
      <vt:lpstr>    Điều 3. Tổ chức thực hiện</vt:lpstr>
      <vt:lpstr>    Điều 4. Hiệu lực thi hành</vt:lpstr>
    </vt:vector>
  </TitlesOfParts>
  <Manager/>
  <Company/>
  <LinksUpToDate>false</LinksUpToDate>
  <CharactersWithSpaces>1502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2025-09-04T01:24:00Z</dcterms:created>
  <dcterms:modified xsi:type="dcterms:W3CDTF">2025-09-04T01:24:00Z</dcterms:modified>
  <cp:category/>
</cp:coreProperties>
</file>