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2C02" w:rsidRDefault="00B601F9" w:rsidP="00B601F9">
      <w:pPr>
        <w:pStyle w:val="Heading1"/>
        <w:jc w:val="center"/>
        <w:rPr>
          <w:rFonts w:ascii="Times New Roman" w:hAnsi="Times New Roman" w:cs="Times New Roman"/>
        </w:rPr>
      </w:pPr>
      <w:r w:rsidRPr="00B601F9">
        <w:rPr>
          <w:rFonts w:ascii="Times New Roman" w:hAnsi="Times New Roman" w:cs="Times New Roman"/>
        </w:rPr>
        <w:t>M</w:t>
      </w:r>
      <w:r w:rsidRPr="00B601F9">
        <w:rPr>
          <w:rFonts w:ascii="Times New Roman" w:hAnsi="Times New Roman" w:cs="Times New Roman"/>
        </w:rPr>
        <w:t>ẫ</w:t>
      </w:r>
      <w:r w:rsidRPr="00B601F9">
        <w:rPr>
          <w:rFonts w:ascii="Times New Roman" w:hAnsi="Times New Roman" w:cs="Times New Roman"/>
        </w:rPr>
        <w:t>u Th</w:t>
      </w:r>
      <w:r w:rsidRPr="00B601F9">
        <w:rPr>
          <w:rFonts w:ascii="Times New Roman" w:hAnsi="Times New Roman" w:cs="Times New Roman"/>
        </w:rPr>
        <w:t>ờ</w:t>
      </w:r>
      <w:r w:rsidRPr="00B601F9">
        <w:rPr>
          <w:rFonts w:ascii="Times New Roman" w:hAnsi="Times New Roman" w:cs="Times New Roman"/>
        </w:rPr>
        <w:t>i Khóa Bi</w:t>
      </w:r>
      <w:r w:rsidRPr="00B601F9">
        <w:rPr>
          <w:rFonts w:ascii="Times New Roman" w:hAnsi="Times New Roman" w:cs="Times New Roman"/>
        </w:rPr>
        <w:t>ể</w:t>
      </w:r>
      <w:r w:rsidRPr="00B601F9">
        <w:rPr>
          <w:rFonts w:ascii="Times New Roman" w:hAnsi="Times New Roman" w:cs="Times New Roman"/>
        </w:rPr>
        <w:t>u T</w:t>
      </w:r>
      <w:r w:rsidRPr="00B601F9">
        <w:rPr>
          <w:rFonts w:ascii="Times New Roman" w:hAnsi="Times New Roman" w:cs="Times New Roman"/>
        </w:rPr>
        <w:t>ự</w:t>
      </w:r>
      <w:r w:rsidRPr="00B601F9">
        <w:rPr>
          <w:rFonts w:ascii="Times New Roman" w:hAnsi="Times New Roman" w:cs="Times New Roman"/>
        </w:rPr>
        <w:t xml:space="preserve"> H</w:t>
      </w:r>
      <w:r w:rsidRPr="00B601F9">
        <w:rPr>
          <w:rFonts w:ascii="Times New Roman" w:hAnsi="Times New Roman" w:cs="Times New Roman"/>
        </w:rPr>
        <w:t>ọ</w:t>
      </w:r>
      <w:r w:rsidRPr="00B601F9">
        <w:rPr>
          <w:rFonts w:ascii="Times New Roman" w:hAnsi="Times New Roman" w:cs="Times New Roman"/>
        </w:rPr>
        <w:t>c - H</w:t>
      </w:r>
      <w:r w:rsidRPr="00B601F9">
        <w:rPr>
          <w:rFonts w:ascii="Times New Roman" w:hAnsi="Times New Roman" w:cs="Times New Roman"/>
        </w:rPr>
        <w:t>ọ</w:t>
      </w:r>
      <w:r w:rsidRPr="00B601F9">
        <w:rPr>
          <w:rFonts w:ascii="Times New Roman" w:hAnsi="Times New Roman" w:cs="Times New Roman"/>
        </w:rPr>
        <w:t>c Thêm - Ngo</w:t>
      </w:r>
      <w:r w:rsidRPr="00B601F9">
        <w:rPr>
          <w:rFonts w:ascii="Times New Roman" w:hAnsi="Times New Roman" w:cs="Times New Roman"/>
        </w:rPr>
        <w:t>ạ</w:t>
      </w:r>
      <w:r w:rsidRPr="00B601F9">
        <w:rPr>
          <w:rFonts w:ascii="Times New Roman" w:hAnsi="Times New Roman" w:cs="Times New Roman"/>
        </w:rPr>
        <w:t>i Khóa</w:t>
      </w:r>
    </w:p>
    <w:p w:rsidR="00B601F9" w:rsidRPr="00B601F9" w:rsidRDefault="00B601F9" w:rsidP="00B601F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  <w:gridCol w:w="1728"/>
      </w:tblGrid>
      <w:tr w:rsidR="007B2C02" w:rsidRPr="00B601F9">
        <w:tc>
          <w:tcPr>
            <w:tcW w:w="1728" w:type="dxa"/>
          </w:tcPr>
          <w:p w:rsidR="007B2C02" w:rsidRPr="00B601F9" w:rsidRDefault="00B601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01F9">
              <w:rPr>
                <w:rFonts w:ascii="Times New Roman" w:hAnsi="Times New Roman" w:cs="Times New Roman"/>
                <w:b/>
                <w:sz w:val="28"/>
                <w:szCs w:val="28"/>
              </w:rPr>
              <w:t>Th</w:t>
            </w:r>
            <w:r w:rsidRPr="00B601F9">
              <w:rPr>
                <w:rFonts w:ascii="Times New Roman" w:hAnsi="Times New Roman" w:cs="Times New Roman"/>
                <w:b/>
                <w:sz w:val="28"/>
                <w:szCs w:val="28"/>
              </w:rPr>
              <w:t>ứ</w:t>
            </w:r>
            <w:r w:rsidRPr="00B601F9">
              <w:rPr>
                <w:rFonts w:ascii="Times New Roman" w:hAnsi="Times New Roman" w:cs="Times New Roman"/>
                <w:b/>
                <w:sz w:val="28"/>
                <w:szCs w:val="28"/>
              </w:rPr>
              <w:t>/Ngày</w:t>
            </w:r>
          </w:p>
        </w:tc>
        <w:tc>
          <w:tcPr>
            <w:tcW w:w="1728" w:type="dxa"/>
          </w:tcPr>
          <w:p w:rsidR="007B2C02" w:rsidRPr="00B601F9" w:rsidRDefault="00B601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01F9">
              <w:rPr>
                <w:rFonts w:ascii="Times New Roman" w:hAnsi="Times New Roman" w:cs="Times New Roman"/>
                <w:b/>
                <w:sz w:val="28"/>
                <w:szCs w:val="28"/>
              </w:rPr>
              <w:t>Bu</w:t>
            </w:r>
            <w:r w:rsidRPr="00B601F9">
              <w:rPr>
                <w:rFonts w:ascii="Times New Roman" w:hAnsi="Times New Roman" w:cs="Times New Roman"/>
                <w:b/>
                <w:sz w:val="28"/>
                <w:szCs w:val="28"/>
              </w:rPr>
              <w:t>ổ</w:t>
            </w:r>
            <w:r w:rsidRPr="00B601F9">
              <w:rPr>
                <w:rFonts w:ascii="Times New Roman" w:hAnsi="Times New Roman" w:cs="Times New Roman"/>
                <w:b/>
                <w:sz w:val="28"/>
                <w:szCs w:val="28"/>
              </w:rPr>
              <w:t>i sáng</w:t>
            </w:r>
          </w:p>
        </w:tc>
        <w:tc>
          <w:tcPr>
            <w:tcW w:w="1728" w:type="dxa"/>
          </w:tcPr>
          <w:p w:rsidR="007B2C02" w:rsidRPr="00B601F9" w:rsidRDefault="00B601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01F9">
              <w:rPr>
                <w:rFonts w:ascii="Times New Roman" w:hAnsi="Times New Roman" w:cs="Times New Roman"/>
                <w:b/>
                <w:sz w:val="28"/>
                <w:szCs w:val="28"/>
              </w:rPr>
              <w:t>Bu</w:t>
            </w:r>
            <w:r w:rsidRPr="00B601F9">
              <w:rPr>
                <w:rFonts w:ascii="Times New Roman" w:hAnsi="Times New Roman" w:cs="Times New Roman"/>
                <w:b/>
                <w:sz w:val="28"/>
                <w:szCs w:val="28"/>
              </w:rPr>
              <w:t>ổ</w:t>
            </w:r>
            <w:r w:rsidRPr="00B601F9">
              <w:rPr>
                <w:rFonts w:ascii="Times New Roman" w:hAnsi="Times New Roman" w:cs="Times New Roman"/>
                <w:b/>
                <w:sz w:val="28"/>
                <w:szCs w:val="28"/>
              </w:rPr>
              <w:t>i chi</w:t>
            </w:r>
            <w:r w:rsidRPr="00B601F9">
              <w:rPr>
                <w:rFonts w:ascii="Times New Roman" w:hAnsi="Times New Roman" w:cs="Times New Roman"/>
                <w:b/>
                <w:sz w:val="28"/>
                <w:szCs w:val="28"/>
              </w:rPr>
              <w:t>ề</w:t>
            </w:r>
            <w:r w:rsidRPr="00B601F9">
              <w:rPr>
                <w:rFonts w:ascii="Times New Roman" w:hAnsi="Times New Roman" w:cs="Times New Roman"/>
                <w:b/>
                <w:sz w:val="28"/>
                <w:szCs w:val="28"/>
              </w:rPr>
              <w:t>u</w:t>
            </w:r>
          </w:p>
        </w:tc>
        <w:tc>
          <w:tcPr>
            <w:tcW w:w="1728" w:type="dxa"/>
          </w:tcPr>
          <w:p w:rsidR="007B2C02" w:rsidRPr="00B601F9" w:rsidRDefault="00B601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01F9">
              <w:rPr>
                <w:rFonts w:ascii="Times New Roman" w:hAnsi="Times New Roman" w:cs="Times New Roman"/>
                <w:b/>
                <w:sz w:val="28"/>
                <w:szCs w:val="28"/>
              </w:rPr>
              <w:t>Bu</w:t>
            </w:r>
            <w:r w:rsidRPr="00B601F9">
              <w:rPr>
                <w:rFonts w:ascii="Times New Roman" w:hAnsi="Times New Roman" w:cs="Times New Roman"/>
                <w:b/>
                <w:sz w:val="28"/>
                <w:szCs w:val="28"/>
              </w:rPr>
              <w:t>ổ</w:t>
            </w:r>
            <w:r w:rsidRPr="00B601F9">
              <w:rPr>
                <w:rFonts w:ascii="Times New Roman" w:hAnsi="Times New Roman" w:cs="Times New Roman"/>
                <w:b/>
                <w:sz w:val="28"/>
                <w:szCs w:val="28"/>
              </w:rPr>
              <w:t>i t</w:t>
            </w:r>
            <w:r w:rsidRPr="00B601F9">
              <w:rPr>
                <w:rFonts w:ascii="Times New Roman" w:hAnsi="Times New Roman" w:cs="Times New Roman"/>
                <w:b/>
                <w:sz w:val="28"/>
                <w:szCs w:val="28"/>
              </w:rPr>
              <w:t>ố</w:t>
            </w:r>
            <w:r w:rsidRPr="00B601F9">
              <w:rPr>
                <w:rFonts w:ascii="Times New Roman" w:hAnsi="Times New Roman" w:cs="Times New Roman"/>
                <w:b/>
                <w:sz w:val="28"/>
                <w:szCs w:val="28"/>
              </w:rPr>
              <w:t>i</w:t>
            </w:r>
          </w:p>
        </w:tc>
        <w:tc>
          <w:tcPr>
            <w:tcW w:w="1728" w:type="dxa"/>
          </w:tcPr>
          <w:p w:rsidR="007B2C02" w:rsidRPr="00B601F9" w:rsidRDefault="00B601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01F9">
              <w:rPr>
                <w:rFonts w:ascii="Times New Roman" w:hAnsi="Times New Roman" w:cs="Times New Roman"/>
                <w:b/>
                <w:sz w:val="28"/>
                <w:szCs w:val="28"/>
              </w:rPr>
              <w:t>Ghi chú</w:t>
            </w:r>
          </w:p>
        </w:tc>
      </w:tr>
      <w:tr w:rsidR="007B2C02" w:rsidRPr="00B601F9">
        <w:tc>
          <w:tcPr>
            <w:tcW w:w="1728" w:type="dxa"/>
          </w:tcPr>
          <w:p w:rsidR="007B2C02" w:rsidRPr="00B601F9" w:rsidRDefault="00B601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01F9">
              <w:rPr>
                <w:rFonts w:ascii="Times New Roman" w:hAnsi="Times New Roman" w:cs="Times New Roman"/>
                <w:b/>
                <w:sz w:val="28"/>
                <w:szCs w:val="28"/>
              </w:rPr>
              <w:t>Th</w:t>
            </w:r>
            <w:r w:rsidRPr="00B601F9">
              <w:rPr>
                <w:rFonts w:ascii="Times New Roman" w:hAnsi="Times New Roman" w:cs="Times New Roman"/>
                <w:b/>
                <w:sz w:val="28"/>
                <w:szCs w:val="28"/>
              </w:rPr>
              <w:t>ứ</w:t>
            </w:r>
            <w:r w:rsidRPr="00B601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</w:t>
            </w:r>
          </w:p>
        </w:tc>
        <w:tc>
          <w:tcPr>
            <w:tcW w:w="1728" w:type="dxa"/>
          </w:tcPr>
          <w:p w:rsidR="007B2C02" w:rsidRPr="00B601F9" w:rsidRDefault="007B2C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B2C02" w:rsidRPr="00B601F9" w:rsidRDefault="007B2C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B2C02" w:rsidRPr="00B601F9" w:rsidRDefault="007B2C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B2C02" w:rsidRPr="00B601F9" w:rsidRDefault="007B2C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2C02" w:rsidRPr="00B601F9">
        <w:tc>
          <w:tcPr>
            <w:tcW w:w="1728" w:type="dxa"/>
          </w:tcPr>
          <w:p w:rsidR="007B2C02" w:rsidRPr="00B601F9" w:rsidRDefault="00B601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01F9">
              <w:rPr>
                <w:rFonts w:ascii="Times New Roman" w:hAnsi="Times New Roman" w:cs="Times New Roman"/>
                <w:b/>
                <w:sz w:val="28"/>
                <w:szCs w:val="28"/>
              </w:rPr>
              <w:t>Th</w:t>
            </w:r>
            <w:r w:rsidRPr="00B601F9">
              <w:rPr>
                <w:rFonts w:ascii="Times New Roman" w:hAnsi="Times New Roman" w:cs="Times New Roman"/>
                <w:b/>
                <w:sz w:val="28"/>
                <w:szCs w:val="28"/>
              </w:rPr>
              <w:t>ứ</w:t>
            </w:r>
            <w:r w:rsidRPr="00B601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</w:t>
            </w:r>
          </w:p>
        </w:tc>
        <w:tc>
          <w:tcPr>
            <w:tcW w:w="1728" w:type="dxa"/>
          </w:tcPr>
          <w:p w:rsidR="007B2C02" w:rsidRPr="00B601F9" w:rsidRDefault="007B2C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B2C02" w:rsidRPr="00B601F9" w:rsidRDefault="007B2C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B2C02" w:rsidRPr="00B601F9" w:rsidRDefault="007B2C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B2C02" w:rsidRPr="00B601F9" w:rsidRDefault="007B2C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2C02" w:rsidRPr="00B601F9">
        <w:tc>
          <w:tcPr>
            <w:tcW w:w="1728" w:type="dxa"/>
          </w:tcPr>
          <w:p w:rsidR="007B2C02" w:rsidRPr="00B601F9" w:rsidRDefault="00B601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01F9">
              <w:rPr>
                <w:rFonts w:ascii="Times New Roman" w:hAnsi="Times New Roman" w:cs="Times New Roman"/>
                <w:b/>
                <w:sz w:val="28"/>
                <w:szCs w:val="28"/>
              </w:rPr>
              <w:t>Th</w:t>
            </w:r>
            <w:r w:rsidRPr="00B601F9">
              <w:rPr>
                <w:rFonts w:ascii="Times New Roman" w:hAnsi="Times New Roman" w:cs="Times New Roman"/>
                <w:b/>
                <w:sz w:val="28"/>
                <w:szCs w:val="28"/>
              </w:rPr>
              <w:t>ứ</w:t>
            </w:r>
            <w:r w:rsidRPr="00B601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</w:t>
            </w:r>
          </w:p>
        </w:tc>
        <w:tc>
          <w:tcPr>
            <w:tcW w:w="1728" w:type="dxa"/>
          </w:tcPr>
          <w:p w:rsidR="007B2C02" w:rsidRPr="00B601F9" w:rsidRDefault="007B2C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B2C02" w:rsidRPr="00B601F9" w:rsidRDefault="007B2C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B2C02" w:rsidRPr="00B601F9" w:rsidRDefault="007B2C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B2C02" w:rsidRPr="00B601F9" w:rsidRDefault="007B2C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2C02" w:rsidRPr="00B601F9">
        <w:tc>
          <w:tcPr>
            <w:tcW w:w="1728" w:type="dxa"/>
          </w:tcPr>
          <w:p w:rsidR="007B2C02" w:rsidRPr="00B601F9" w:rsidRDefault="00B601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01F9">
              <w:rPr>
                <w:rFonts w:ascii="Times New Roman" w:hAnsi="Times New Roman" w:cs="Times New Roman"/>
                <w:b/>
                <w:sz w:val="28"/>
                <w:szCs w:val="28"/>
              </w:rPr>
              <w:t>Th</w:t>
            </w:r>
            <w:r w:rsidRPr="00B601F9">
              <w:rPr>
                <w:rFonts w:ascii="Times New Roman" w:hAnsi="Times New Roman" w:cs="Times New Roman"/>
                <w:b/>
                <w:sz w:val="28"/>
                <w:szCs w:val="28"/>
              </w:rPr>
              <w:t>ứ</w:t>
            </w:r>
            <w:r w:rsidRPr="00B601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</w:t>
            </w:r>
          </w:p>
        </w:tc>
        <w:tc>
          <w:tcPr>
            <w:tcW w:w="1728" w:type="dxa"/>
          </w:tcPr>
          <w:p w:rsidR="007B2C02" w:rsidRPr="00B601F9" w:rsidRDefault="007B2C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B2C02" w:rsidRPr="00B601F9" w:rsidRDefault="007B2C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B2C02" w:rsidRPr="00B601F9" w:rsidRDefault="007B2C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B2C02" w:rsidRPr="00B601F9" w:rsidRDefault="007B2C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2C02" w:rsidRPr="00B601F9">
        <w:tc>
          <w:tcPr>
            <w:tcW w:w="1728" w:type="dxa"/>
          </w:tcPr>
          <w:p w:rsidR="007B2C02" w:rsidRPr="00B601F9" w:rsidRDefault="00B601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01F9">
              <w:rPr>
                <w:rFonts w:ascii="Times New Roman" w:hAnsi="Times New Roman" w:cs="Times New Roman"/>
                <w:b/>
                <w:sz w:val="28"/>
                <w:szCs w:val="28"/>
              </w:rPr>
              <w:t>Th</w:t>
            </w:r>
            <w:r w:rsidRPr="00B601F9">
              <w:rPr>
                <w:rFonts w:ascii="Times New Roman" w:hAnsi="Times New Roman" w:cs="Times New Roman"/>
                <w:b/>
                <w:sz w:val="28"/>
                <w:szCs w:val="28"/>
              </w:rPr>
              <w:t>ứ</w:t>
            </w:r>
            <w:r w:rsidRPr="00B601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</w:t>
            </w:r>
          </w:p>
        </w:tc>
        <w:tc>
          <w:tcPr>
            <w:tcW w:w="1728" w:type="dxa"/>
          </w:tcPr>
          <w:p w:rsidR="007B2C02" w:rsidRPr="00B601F9" w:rsidRDefault="007B2C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B2C02" w:rsidRPr="00B601F9" w:rsidRDefault="007B2C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B2C02" w:rsidRPr="00B601F9" w:rsidRDefault="007B2C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B2C02" w:rsidRPr="00B601F9" w:rsidRDefault="007B2C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2C02" w:rsidRPr="00B601F9">
        <w:tc>
          <w:tcPr>
            <w:tcW w:w="1728" w:type="dxa"/>
          </w:tcPr>
          <w:p w:rsidR="007B2C02" w:rsidRPr="00B601F9" w:rsidRDefault="00B601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01F9">
              <w:rPr>
                <w:rFonts w:ascii="Times New Roman" w:hAnsi="Times New Roman" w:cs="Times New Roman"/>
                <w:b/>
                <w:sz w:val="28"/>
                <w:szCs w:val="28"/>
              </w:rPr>
              <w:t>Th</w:t>
            </w:r>
            <w:r w:rsidRPr="00B601F9">
              <w:rPr>
                <w:rFonts w:ascii="Times New Roman" w:hAnsi="Times New Roman" w:cs="Times New Roman"/>
                <w:b/>
                <w:sz w:val="28"/>
                <w:szCs w:val="28"/>
              </w:rPr>
              <w:t>ứ</w:t>
            </w:r>
            <w:r w:rsidRPr="00B601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</w:t>
            </w:r>
          </w:p>
        </w:tc>
        <w:tc>
          <w:tcPr>
            <w:tcW w:w="1728" w:type="dxa"/>
          </w:tcPr>
          <w:p w:rsidR="007B2C02" w:rsidRPr="00B601F9" w:rsidRDefault="007B2C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B2C02" w:rsidRPr="00B601F9" w:rsidRDefault="007B2C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B2C02" w:rsidRPr="00B601F9" w:rsidRDefault="007B2C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B2C02" w:rsidRPr="00B601F9" w:rsidRDefault="007B2C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2C02" w:rsidRPr="00B601F9">
        <w:tc>
          <w:tcPr>
            <w:tcW w:w="1728" w:type="dxa"/>
          </w:tcPr>
          <w:p w:rsidR="007B2C02" w:rsidRPr="00B601F9" w:rsidRDefault="00B601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01F9">
              <w:rPr>
                <w:rFonts w:ascii="Times New Roman" w:hAnsi="Times New Roman" w:cs="Times New Roman"/>
                <w:b/>
                <w:sz w:val="28"/>
                <w:szCs w:val="28"/>
              </w:rPr>
              <w:t>Ch</w:t>
            </w:r>
            <w:r w:rsidRPr="00B601F9">
              <w:rPr>
                <w:rFonts w:ascii="Times New Roman" w:hAnsi="Times New Roman" w:cs="Times New Roman"/>
                <w:b/>
                <w:sz w:val="28"/>
                <w:szCs w:val="28"/>
              </w:rPr>
              <w:t>ủ</w:t>
            </w:r>
            <w:r w:rsidRPr="00B601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nh</w:t>
            </w:r>
            <w:r w:rsidRPr="00B601F9">
              <w:rPr>
                <w:rFonts w:ascii="Times New Roman" w:hAnsi="Times New Roman" w:cs="Times New Roman"/>
                <w:b/>
                <w:sz w:val="28"/>
                <w:szCs w:val="28"/>
              </w:rPr>
              <w:t>ậ</w:t>
            </w:r>
            <w:r w:rsidRPr="00B601F9">
              <w:rPr>
                <w:rFonts w:ascii="Times New Roman" w:hAnsi="Times New Roman" w:cs="Times New Roman"/>
                <w:b/>
                <w:sz w:val="28"/>
                <w:szCs w:val="28"/>
              </w:rPr>
              <w:t>t</w:t>
            </w:r>
          </w:p>
        </w:tc>
        <w:tc>
          <w:tcPr>
            <w:tcW w:w="1728" w:type="dxa"/>
          </w:tcPr>
          <w:p w:rsidR="007B2C02" w:rsidRPr="00B601F9" w:rsidRDefault="007B2C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B2C02" w:rsidRPr="00B601F9" w:rsidRDefault="007B2C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B2C02" w:rsidRPr="00B601F9" w:rsidRDefault="007B2C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B2C02" w:rsidRPr="00B601F9" w:rsidRDefault="007B2C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601F9" w:rsidRDefault="00B601F9">
      <w:pPr>
        <w:rPr>
          <w:rFonts w:ascii="Times New Roman" w:hAnsi="Times New Roman" w:cs="Times New Roman"/>
          <w:sz w:val="28"/>
          <w:szCs w:val="28"/>
        </w:rPr>
      </w:pPr>
    </w:p>
    <w:p w:rsidR="00B601F9" w:rsidRPr="00B601F9" w:rsidRDefault="00B601F9" w:rsidP="00B601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Lưu ý: </w:t>
      </w:r>
    </w:p>
    <w:p w:rsidR="00B601F9" w:rsidRPr="00B601F9" w:rsidRDefault="00B601F9" w:rsidP="00B601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 </w:t>
      </w:r>
      <w:r w:rsidRPr="00B601F9">
        <w:rPr>
          <w:rFonts w:ascii="Times New Roman" w:hAnsi="Times New Roman" w:cs="Times New Roman"/>
          <w:sz w:val="28"/>
          <w:szCs w:val="28"/>
        </w:rPr>
        <w:t>Ghi rõ ràng, ngắn gọn tên môn học/hoạt động (VD: Toán – tự học, CLB Bóng đá).</w:t>
      </w:r>
    </w:p>
    <w:p w:rsidR="00B601F9" w:rsidRPr="00B601F9" w:rsidRDefault="00B601F9" w:rsidP="00B601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 </w:t>
      </w:r>
      <w:r w:rsidRPr="00B601F9">
        <w:rPr>
          <w:rFonts w:ascii="Times New Roman" w:hAnsi="Times New Roman" w:cs="Times New Roman"/>
          <w:sz w:val="28"/>
          <w:szCs w:val="28"/>
        </w:rPr>
        <w:t>Ghi khung giờ cụ thể (VD: 14h00 – 15h30) thay vì chỉ ghi “chiều” hoặc “tối”.</w:t>
      </w:r>
    </w:p>
    <w:p w:rsidR="00B601F9" w:rsidRPr="00B601F9" w:rsidRDefault="00B601F9" w:rsidP="00B601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 </w:t>
      </w:r>
      <w:bookmarkStart w:id="0" w:name="_GoBack"/>
      <w:bookmarkEnd w:id="0"/>
      <w:r w:rsidRPr="00B601F9">
        <w:rPr>
          <w:rFonts w:ascii="Times New Roman" w:hAnsi="Times New Roman" w:cs="Times New Roman"/>
          <w:sz w:val="28"/>
          <w:szCs w:val="28"/>
        </w:rPr>
        <w:t>Dùng một kiểu chữ, cỡ chữ thống nhất, tránh viết tắt khó hiểu.</w:t>
      </w:r>
    </w:p>
    <w:p w:rsidR="00B601F9" w:rsidRDefault="00B601F9">
      <w:pPr>
        <w:rPr>
          <w:rFonts w:ascii="Times New Roman" w:hAnsi="Times New Roman" w:cs="Times New Roman"/>
          <w:sz w:val="28"/>
          <w:szCs w:val="28"/>
        </w:rPr>
      </w:pPr>
    </w:p>
    <w:p w:rsidR="00B601F9" w:rsidRPr="00B601F9" w:rsidRDefault="00B601F9">
      <w:pPr>
        <w:rPr>
          <w:rFonts w:ascii="Times New Roman" w:hAnsi="Times New Roman" w:cs="Times New Roman"/>
          <w:sz w:val="28"/>
          <w:szCs w:val="28"/>
        </w:rPr>
      </w:pPr>
    </w:p>
    <w:sectPr w:rsidR="00B601F9" w:rsidRPr="00B601F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2F4B124F"/>
    <w:multiLevelType w:val="multilevel"/>
    <w:tmpl w:val="0B4EF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B2C02"/>
    <w:rsid w:val="00AA1D8D"/>
    <w:rsid w:val="00B47730"/>
    <w:rsid w:val="00B601F9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5100821B-CC1F-47E7-A36F-42B4C4A7E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B601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94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A4AE272-A5DB-4E32-91DB-DCD5DFD69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2025-09-10T04:16:00Z</dcterms:created>
  <dcterms:modified xsi:type="dcterms:W3CDTF">2025-09-10T04:16:00Z</dcterms:modified>
  <cp:category/>
</cp:coreProperties>
</file>