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0DD" w:rsidRPr="005200DD" w:rsidRDefault="005200DD" w:rsidP="005200DD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5200DD">
        <w:rPr>
          <w:rFonts w:ascii="Times New Roman" w:hAnsi="Times New Roman" w:cs="Times New Roman"/>
          <w:color w:val="000000" w:themeColor="text1"/>
        </w:rPr>
        <w:t>CỘNG HÒA XÃ HỘI CHỦ NGHĨA VIỆT NAM</w:t>
      </w:r>
    </w:p>
    <w:p w:rsidR="005200DD" w:rsidRPr="005200DD" w:rsidRDefault="005200DD" w:rsidP="005200D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Độc lập-Tự do-Hạnh phúc</w:t>
      </w:r>
    </w:p>
    <w:p w:rsidR="00AB5E58" w:rsidRPr="005200DD" w:rsidRDefault="005200DD" w:rsidP="005200DD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5200DD">
        <w:rPr>
          <w:rFonts w:ascii="Times New Roman" w:hAnsi="Times New Roman" w:cs="Times New Roman"/>
          <w:color w:val="000000" w:themeColor="text1"/>
        </w:rPr>
        <w:t>THÔNG BÁO</w:t>
      </w:r>
    </w:p>
    <w:p w:rsidR="00AB5E58" w:rsidRPr="005200DD" w:rsidRDefault="005200DD" w:rsidP="005200D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V/v c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nh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 đ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ị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 ch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ỉ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cư trú m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ớ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c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ủ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 nhân viên công ty sau khi sáp nh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đ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ị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 gi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ớ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hành chính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AB5E58" w:rsidRPr="005200DD" w:rsidRDefault="005200D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Kính g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i: Toàn th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cán b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, nhân viên công ty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AB5E58" w:rsidRPr="005200DD" w:rsidRDefault="005200D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Căn c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vào vi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c đi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u ch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nh, sáp nh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a gi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i hành chính theo quy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nh c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a cơ quan nhà nư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c có th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n, công ty ti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n hành rà soát và c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p nh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t l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i đ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cư trú m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i c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a toàn th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nhân viên, ngư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i lao đ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AB5E58" w:rsidRPr="005200DD" w:rsidRDefault="005200D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các đơn v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/ phòng ban rà soát và l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p danh sách theo m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ẫ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u kèm theo, g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i v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phòng Hành chính - Nhân s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trư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c ngày … tháng … năm … đ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 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và báo cáo.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AB5E58" w:rsidRPr="005200DD" w:rsidRDefault="005200D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Danh sách c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n bao g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m các thông tin sau: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Ngày sinh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/ Công vi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cư trú cũ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cư trú m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Ghi chú (n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u có)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AB5E58" w:rsidRPr="005200DD" w:rsidRDefault="005200D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toàn th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cán b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, nhân viên nghiêm túc th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AB5E58" w:rsidRPr="005200DD" w:rsidRDefault="005200D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Trân tr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t>ng thông báo!</w:t>
      </w:r>
      <w:bookmarkStart w:id="0" w:name="_GoBack"/>
      <w:bookmarkEnd w:id="0"/>
      <w:r w:rsidRPr="005200D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AB5E58" w:rsidRPr="005200DD" w:rsidRDefault="005200DD" w:rsidP="005200DD">
      <w:pPr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…., ngày … thán</w:t>
      </w:r>
      <w:r w:rsidRPr="005200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g … năm …</w:t>
      </w:r>
      <w:r w:rsidRPr="005200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</w:p>
    <w:p w:rsidR="00AB5E58" w:rsidRPr="005200DD" w:rsidRDefault="005200DD" w:rsidP="005200DD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CÔNG TY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</w:p>
    <w:p w:rsidR="00AB5E58" w:rsidRPr="005200DD" w:rsidRDefault="005200DD" w:rsidP="005200DD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 và đóng d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  <w:r w:rsidRPr="005200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</w:p>
    <w:sectPr w:rsidR="00AB5E58" w:rsidRPr="005200D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00DD"/>
    <w:rsid w:val="00AA1D8D"/>
    <w:rsid w:val="00AB5E5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9238685-3771-4D34-9510-4A9A2CC4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E2C0E2-B2A5-458A-AC9C-7BD3997DB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CỘNG HÒA XÃ HỘI CHỦ NGHĨA VIỆT NAM</vt:lpstr>
      <vt:lpstr>THÔNG BÁO</vt:lpstr>
    </vt:vector>
  </TitlesOfParts>
  <Manager/>
  <Company/>
  <LinksUpToDate>false</LinksUpToDate>
  <CharactersWithSpaces>882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2025-08-28T16:41:00Z</dcterms:created>
  <dcterms:modified xsi:type="dcterms:W3CDTF">2025-08-28T16:41:00Z</dcterms:modified>
  <cp:category/>
</cp:coreProperties>
</file>