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194" w:rsidRPr="00564ED2" w:rsidRDefault="00564ED2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564ED2">
        <w:rPr>
          <w:rFonts w:ascii="Segoe UI Symbol" w:hAnsi="Segoe UI Symbol" w:cs="Segoe UI Symbol"/>
          <w:color w:val="000000" w:themeColor="text1"/>
        </w:rPr>
        <w:t>📢</w:t>
      </w:r>
      <w:r w:rsidRPr="00564ED2">
        <w:rPr>
          <w:rFonts w:ascii="Times New Roman" w:hAnsi="Times New Roman" w:cs="Times New Roman"/>
          <w:color w:val="000000" w:themeColor="text1"/>
        </w:rPr>
        <w:t xml:space="preserve"> THÔNG BÁO LÀM VI</w:t>
      </w:r>
      <w:r w:rsidRPr="00564ED2">
        <w:rPr>
          <w:rFonts w:ascii="Times New Roman" w:hAnsi="Times New Roman" w:cs="Times New Roman"/>
          <w:color w:val="000000" w:themeColor="text1"/>
        </w:rPr>
        <w:t>Ệ</w:t>
      </w:r>
      <w:r w:rsidRPr="00564ED2">
        <w:rPr>
          <w:rFonts w:ascii="Times New Roman" w:hAnsi="Times New Roman" w:cs="Times New Roman"/>
          <w:color w:val="000000" w:themeColor="text1"/>
        </w:rPr>
        <w:t>C XUYÊN L</w:t>
      </w:r>
      <w:r w:rsidRPr="00564ED2">
        <w:rPr>
          <w:rFonts w:ascii="Times New Roman" w:hAnsi="Times New Roman" w:cs="Times New Roman"/>
          <w:color w:val="000000" w:themeColor="text1"/>
        </w:rPr>
        <w:t>Ễ</w:t>
      </w:r>
      <w:r w:rsidRPr="00564ED2">
        <w:rPr>
          <w:rFonts w:ascii="Times New Roman" w:hAnsi="Times New Roman" w:cs="Times New Roman"/>
          <w:color w:val="000000" w:themeColor="text1"/>
        </w:rPr>
        <w:t xml:space="preserve"> QU</w:t>
      </w:r>
      <w:r w:rsidRPr="00564ED2">
        <w:rPr>
          <w:rFonts w:ascii="Times New Roman" w:hAnsi="Times New Roman" w:cs="Times New Roman"/>
          <w:color w:val="000000" w:themeColor="text1"/>
        </w:rPr>
        <w:t>Ố</w:t>
      </w:r>
      <w:r w:rsidRPr="00564ED2">
        <w:rPr>
          <w:rFonts w:ascii="Times New Roman" w:hAnsi="Times New Roman" w:cs="Times New Roman"/>
          <w:color w:val="000000" w:themeColor="text1"/>
        </w:rPr>
        <w:t>C KHÁNH 2/9</w:t>
      </w:r>
      <w:bookmarkStart w:id="0" w:name="_GoBack"/>
      <w:bookmarkEnd w:id="0"/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i: Quý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tác, Quý Khách hàng,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m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o ho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kinh doanh, d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 thông su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 và đáp 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t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nh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nhu c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u c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a Quý khách trong d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p l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 khánh 2/9, [Tên doanh nghi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p] trân 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thông báo: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Segoe UI Symbol" w:hAnsi="Segoe UI Symbol" w:cs="Segoe UI Symbol"/>
          <w:color w:val="000000" w:themeColor="text1"/>
          <w:sz w:val="28"/>
          <w:szCs w:val="28"/>
        </w:rPr>
        <w:t>✨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Trong su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 khánh 2/9, chúng tôi v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ẫ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 làm vi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 bình thư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và s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ẵ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 sàng 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Quý khách hàng, Quý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tác t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t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các kênh: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- Văn phòng/Tr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chính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đài chăm sóc khách hàng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- Email, Hotline 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- D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 tuy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Segoe UI Symbol" w:hAnsi="Segoe UI Symbol" w:cs="Segoe UI Symbol"/>
          <w:color w:val="000000" w:themeColor="text1"/>
          <w:sz w:val="28"/>
          <w:szCs w:val="28"/>
        </w:rPr>
        <w:t>⏰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gian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làm vi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c: T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[gi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a]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 [gi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thúc] 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ngày, k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trong d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p ngh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Chúng tôi cam k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s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luôn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hành, 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nhanh chóng và k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mang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 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nghi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m t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nh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cho Quý khách hàng, Quý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tác.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Xin chân thành c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m ơn s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tư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 và 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p tác c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a Quý v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Kính chúc Quý khách hàng, Quý 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i tác m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2/9 th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 nhi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u ni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m vui và ý nghĩa.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ng,</w:t>
      </w:r>
    </w:p>
    <w:p w:rsidR="002D6194" w:rsidRPr="00564ED2" w:rsidRDefault="00564E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4ED2">
        <w:rPr>
          <w:rFonts w:ascii="Segoe UI Symbol" w:hAnsi="Segoe UI Symbol" w:cs="Segoe UI Symbol"/>
          <w:color w:val="000000" w:themeColor="text1"/>
          <w:sz w:val="28"/>
          <w:szCs w:val="28"/>
        </w:rPr>
        <w:t>👉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[Tên doanh nghi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564ED2">
        <w:rPr>
          <w:rFonts w:ascii="Times New Roman" w:hAnsi="Times New Roman" w:cs="Times New Roman"/>
          <w:color w:val="000000" w:themeColor="text1"/>
          <w:sz w:val="28"/>
          <w:szCs w:val="28"/>
        </w:rPr>
        <w:t>p]</w:t>
      </w:r>
    </w:p>
    <w:sectPr w:rsidR="002D6194" w:rsidRPr="00564ED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6194"/>
    <w:rsid w:val="00326F90"/>
    <w:rsid w:val="00564ED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E51842C-67C2-4B37-852D-8F9901EB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A92D06-543D-4467-B12E-315007305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📢 THÔNG BÁO LÀM VIỆC XUYÊN LỄ QUỐC KHÁNH 2/9</vt:lpstr>
    </vt:vector>
  </TitlesOfParts>
  <Manager/>
  <Company/>
  <LinksUpToDate>false</LinksUpToDate>
  <CharactersWithSpaces>907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2025-08-30T13:21:00Z</dcterms:created>
  <dcterms:modified xsi:type="dcterms:W3CDTF">2025-08-30T13:21:00Z</dcterms:modified>
  <cp:category/>
</cp:coreProperties>
</file>