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031" w:rsidRPr="00FC2031" w:rsidRDefault="00FC20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031">
        <w:rPr>
          <w:rFonts w:ascii="Times New Roman" w:hAnsi="Times New Roman" w:cs="Times New Roman"/>
          <w:b/>
          <w:sz w:val="28"/>
          <w:szCs w:val="28"/>
        </w:rPr>
        <w:t xml:space="preserve">CỘNG HÒA XÃ HỘI CHỦ NGHĨA VIỆT NAM </w:t>
      </w:r>
    </w:p>
    <w:p w:rsidR="00FC2031" w:rsidRPr="00FC2031" w:rsidRDefault="00FC20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031">
        <w:rPr>
          <w:rFonts w:ascii="Times New Roman" w:hAnsi="Times New Roman" w:cs="Times New Roman"/>
          <w:b/>
          <w:sz w:val="28"/>
          <w:szCs w:val="28"/>
        </w:rPr>
        <w:t xml:space="preserve">Độc lập – Tự do – Hạnh phúc </w:t>
      </w:r>
    </w:p>
    <w:p w:rsidR="00FC2031" w:rsidRPr="00FC2031" w:rsidRDefault="00FC20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031">
        <w:rPr>
          <w:rFonts w:ascii="Times New Roman" w:hAnsi="Times New Roman" w:cs="Times New Roman"/>
          <w:b/>
          <w:sz w:val="28"/>
          <w:szCs w:val="28"/>
        </w:rPr>
        <w:t xml:space="preserve">THE SOCIALIST REPUBLIC OF VIET NAM </w:t>
      </w:r>
    </w:p>
    <w:p w:rsidR="00FC2031" w:rsidRPr="00FC2031" w:rsidRDefault="00FC20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031">
        <w:rPr>
          <w:rFonts w:ascii="Times New Roman" w:hAnsi="Times New Roman" w:cs="Times New Roman"/>
          <w:b/>
          <w:sz w:val="28"/>
          <w:szCs w:val="28"/>
        </w:rPr>
        <w:t xml:space="preserve">Independence – Freedom </w:t>
      </w:r>
      <w:r w:rsidRPr="00FC2031">
        <w:rPr>
          <w:rFonts w:ascii="Times New Roman" w:hAnsi="Times New Roman" w:cs="Times New Roman"/>
          <w:b/>
          <w:sz w:val="28"/>
          <w:szCs w:val="28"/>
        </w:rPr>
        <w:t>–</w:t>
      </w:r>
      <w:r w:rsidRPr="00FC2031">
        <w:rPr>
          <w:rFonts w:ascii="Times New Roman" w:hAnsi="Times New Roman" w:cs="Times New Roman"/>
          <w:b/>
          <w:sz w:val="28"/>
          <w:szCs w:val="28"/>
        </w:rPr>
        <w:t xml:space="preserve"> Happiness</w:t>
      </w:r>
    </w:p>
    <w:p w:rsidR="00FC2031" w:rsidRPr="00FC2031" w:rsidRDefault="00FC203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7509" w:rsidRPr="00FC2031" w:rsidRDefault="00FC20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031">
        <w:rPr>
          <w:rFonts w:ascii="Times New Roman" w:hAnsi="Times New Roman" w:cs="Times New Roman"/>
          <w:b/>
          <w:sz w:val="28"/>
          <w:szCs w:val="28"/>
        </w:rPr>
        <w:t>THÔNG BÁO</w:t>
      </w:r>
    </w:p>
    <w:p w:rsidR="00C67509" w:rsidRPr="00FC2031" w:rsidRDefault="00FC20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031">
        <w:rPr>
          <w:rFonts w:ascii="Times New Roman" w:hAnsi="Times New Roman" w:cs="Times New Roman"/>
          <w:b/>
          <w:sz w:val="28"/>
          <w:szCs w:val="28"/>
        </w:rPr>
        <w:t>V/v: Ngh</w:t>
      </w:r>
      <w:r w:rsidRPr="00FC2031">
        <w:rPr>
          <w:rFonts w:ascii="Times New Roman" w:hAnsi="Times New Roman" w:cs="Times New Roman"/>
          <w:b/>
          <w:sz w:val="28"/>
          <w:szCs w:val="28"/>
        </w:rPr>
        <w:t>ỉ</w:t>
      </w:r>
      <w:r w:rsidRPr="00FC2031">
        <w:rPr>
          <w:rFonts w:ascii="Times New Roman" w:hAnsi="Times New Roman" w:cs="Times New Roman"/>
          <w:b/>
          <w:sz w:val="28"/>
          <w:szCs w:val="28"/>
        </w:rPr>
        <w:t xml:space="preserve"> l</w:t>
      </w:r>
      <w:r w:rsidRPr="00FC2031">
        <w:rPr>
          <w:rFonts w:ascii="Times New Roman" w:hAnsi="Times New Roman" w:cs="Times New Roman"/>
          <w:b/>
          <w:sz w:val="28"/>
          <w:szCs w:val="28"/>
        </w:rPr>
        <w:t>ễ</w:t>
      </w:r>
      <w:r w:rsidRPr="00FC2031">
        <w:rPr>
          <w:rFonts w:ascii="Times New Roman" w:hAnsi="Times New Roman" w:cs="Times New Roman"/>
          <w:b/>
          <w:sz w:val="28"/>
          <w:szCs w:val="28"/>
        </w:rPr>
        <w:t xml:space="preserve"> Qu</w:t>
      </w:r>
      <w:r w:rsidRPr="00FC2031">
        <w:rPr>
          <w:rFonts w:ascii="Times New Roman" w:hAnsi="Times New Roman" w:cs="Times New Roman"/>
          <w:b/>
          <w:sz w:val="28"/>
          <w:szCs w:val="28"/>
        </w:rPr>
        <w:t>ố</w:t>
      </w:r>
      <w:r w:rsidRPr="00FC2031">
        <w:rPr>
          <w:rFonts w:ascii="Times New Roman" w:hAnsi="Times New Roman" w:cs="Times New Roman"/>
          <w:b/>
          <w:sz w:val="28"/>
          <w:szCs w:val="28"/>
        </w:rPr>
        <w:t>c khánh 02/9</w:t>
      </w:r>
    </w:p>
    <w:p w:rsidR="00C67509" w:rsidRPr="00FC2031" w:rsidRDefault="00FC20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031">
        <w:rPr>
          <w:rFonts w:ascii="Times New Roman" w:hAnsi="Times New Roman" w:cs="Times New Roman"/>
          <w:b/>
          <w:sz w:val="28"/>
          <w:szCs w:val="28"/>
        </w:rPr>
        <w:t>NOTICE</w:t>
      </w:r>
    </w:p>
    <w:p w:rsidR="00C67509" w:rsidRPr="00FC2031" w:rsidRDefault="00FC20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031">
        <w:rPr>
          <w:rFonts w:ascii="Times New Roman" w:hAnsi="Times New Roman" w:cs="Times New Roman"/>
          <w:b/>
          <w:sz w:val="28"/>
          <w:szCs w:val="28"/>
        </w:rPr>
        <w:t>Re: National Day Holiday – September 2</w:t>
      </w:r>
      <w:r w:rsidRPr="00FC2031">
        <w:rPr>
          <w:rFonts w:ascii="Times New Roman" w:hAnsi="Times New Roman" w:cs="Times New Roman"/>
          <w:b/>
          <w:sz w:val="28"/>
          <w:szCs w:val="28"/>
          <w:vertAlign w:val="superscript"/>
        </w:rPr>
        <w:t>nd</w:t>
      </w:r>
    </w:p>
    <w:p w:rsidR="00FC2031" w:rsidRPr="00FC2031" w:rsidRDefault="00FC2031" w:rsidP="00FC2031">
      <w:pPr>
        <w:rPr>
          <w:rFonts w:ascii="Times New Roman" w:hAnsi="Times New Roman" w:cs="Times New Roman"/>
          <w:sz w:val="28"/>
          <w:szCs w:val="28"/>
        </w:rPr>
      </w:pPr>
    </w:p>
    <w:p w:rsidR="00C67509" w:rsidRDefault="00FC2031">
      <w:pPr>
        <w:rPr>
          <w:rFonts w:ascii="Times New Roman" w:hAnsi="Times New Roman" w:cs="Times New Roman"/>
          <w:sz w:val="28"/>
          <w:szCs w:val="28"/>
        </w:rPr>
      </w:pPr>
      <w:r w:rsidRPr="00FC2031">
        <w:rPr>
          <w:rFonts w:ascii="Times New Roman" w:hAnsi="Times New Roman" w:cs="Times New Roman"/>
          <w:sz w:val="28"/>
          <w:szCs w:val="28"/>
        </w:rPr>
        <w:t>Kính g</w:t>
      </w:r>
      <w:r w:rsidRPr="00FC2031">
        <w:rPr>
          <w:rFonts w:ascii="Times New Roman" w:hAnsi="Times New Roman" w:cs="Times New Roman"/>
          <w:sz w:val="28"/>
          <w:szCs w:val="28"/>
        </w:rPr>
        <w:t>ử</w:t>
      </w:r>
      <w:r w:rsidRPr="00FC2031">
        <w:rPr>
          <w:rFonts w:ascii="Times New Roman" w:hAnsi="Times New Roman" w:cs="Times New Roman"/>
          <w:sz w:val="28"/>
          <w:szCs w:val="28"/>
        </w:rPr>
        <w:t>i Quý khách hàng/Quý đ</w:t>
      </w:r>
      <w:r w:rsidRPr="00FC2031">
        <w:rPr>
          <w:rFonts w:ascii="Times New Roman" w:hAnsi="Times New Roman" w:cs="Times New Roman"/>
          <w:sz w:val="28"/>
          <w:szCs w:val="28"/>
        </w:rPr>
        <w:t>ố</w:t>
      </w:r>
      <w:r w:rsidRPr="00FC2031">
        <w:rPr>
          <w:rFonts w:ascii="Times New Roman" w:hAnsi="Times New Roman" w:cs="Times New Roman"/>
          <w:sz w:val="28"/>
          <w:szCs w:val="28"/>
        </w:rPr>
        <w:t>i tác,</w:t>
      </w:r>
    </w:p>
    <w:p w:rsidR="00FC2031" w:rsidRPr="00FC2031" w:rsidRDefault="00FC2031">
      <w:pPr>
        <w:rPr>
          <w:rFonts w:ascii="Times New Roman" w:hAnsi="Times New Roman" w:cs="Times New Roman"/>
          <w:sz w:val="28"/>
          <w:szCs w:val="28"/>
        </w:rPr>
      </w:pPr>
      <w:r w:rsidRPr="00FC2031">
        <w:rPr>
          <w:rFonts w:ascii="Times New Roman" w:hAnsi="Times New Roman" w:cs="Times New Roman"/>
          <w:sz w:val="28"/>
          <w:szCs w:val="28"/>
        </w:rPr>
        <w:t>Dear Valued Customers and Partners,</w:t>
      </w:r>
    </w:p>
    <w:p w:rsidR="00FC2031" w:rsidRDefault="00FC2031">
      <w:pPr>
        <w:rPr>
          <w:rFonts w:ascii="Times New Roman" w:hAnsi="Times New Roman" w:cs="Times New Roman"/>
          <w:sz w:val="28"/>
          <w:szCs w:val="28"/>
        </w:rPr>
      </w:pPr>
      <w:r w:rsidRPr="00FC2031">
        <w:rPr>
          <w:rFonts w:ascii="Times New Roman" w:hAnsi="Times New Roman" w:cs="Times New Roman"/>
          <w:sz w:val="28"/>
          <w:szCs w:val="28"/>
        </w:rPr>
        <w:t>Công ty ………………… xin trân tr</w:t>
      </w:r>
      <w:r w:rsidRPr="00FC2031">
        <w:rPr>
          <w:rFonts w:ascii="Times New Roman" w:hAnsi="Times New Roman" w:cs="Times New Roman"/>
          <w:sz w:val="28"/>
          <w:szCs w:val="28"/>
        </w:rPr>
        <w:t>ọ</w:t>
      </w:r>
      <w:r w:rsidRPr="00FC2031">
        <w:rPr>
          <w:rFonts w:ascii="Times New Roman" w:hAnsi="Times New Roman" w:cs="Times New Roman"/>
          <w:sz w:val="28"/>
          <w:szCs w:val="28"/>
        </w:rPr>
        <w:t>ng thông báo đ</w:t>
      </w:r>
      <w:r w:rsidRPr="00FC2031">
        <w:rPr>
          <w:rFonts w:ascii="Times New Roman" w:hAnsi="Times New Roman" w:cs="Times New Roman"/>
          <w:sz w:val="28"/>
          <w:szCs w:val="28"/>
        </w:rPr>
        <w:t>ế</w:t>
      </w:r>
      <w:r w:rsidRPr="00FC2031">
        <w:rPr>
          <w:rFonts w:ascii="Times New Roman" w:hAnsi="Times New Roman" w:cs="Times New Roman"/>
          <w:sz w:val="28"/>
          <w:szCs w:val="28"/>
        </w:rPr>
        <w:t>n Quý khách hàng và Quý đ</w:t>
      </w:r>
      <w:r w:rsidRPr="00FC2031">
        <w:rPr>
          <w:rFonts w:ascii="Times New Roman" w:hAnsi="Times New Roman" w:cs="Times New Roman"/>
          <w:sz w:val="28"/>
          <w:szCs w:val="28"/>
        </w:rPr>
        <w:t>ố</w:t>
      </w:r>
      <w:r w:rsidRPr="00FC2031">
        <w:rPr>
          <w:rFonts w:ascii="Times New Roman" w:hAnsi="Times New Roman" w:cs="Times New Roman"/>
          <w:sz w:val="28"/>
          <w:szCs w:val="28"/>
        </w:rPr>
        <w:t>i tác l</w:t>
      </w:r>
      <w:r w:rsidRPr="00FC2031">
        <w:rPr>
          <w:rFonts w:ascii="Times New Roman" w:hAnsi="Times New Roman" w:cs="Times New Roman"/>
          <w:sz w:val="28"/>
          <w:szCs w:val="28"/>
        </w:rPr>
        <w:t>ị</w:t>
      </w:r>
      <w:r w:rsidRPr="00FC2031">
        <w:rPr>
          <w:rFonts w:ascii="Times New Roman" w:hAnsi="Times New Roman" w:cs="Times New Roman"/>
          <w:sz w:val="28"/>
          <w:szCs w:val="28"/>
        </w:rPr>
        <w:t>ch ngh</w:t>
      </w:r>
      <w:r w:rsidRPr="00FC2031">
        <w:rPr>
          <w:rFonts w:ascii="Times New Roman" w:hAnsi="Times New Roman" w:cs="Times New Roman"/>
          <w:sz w:val="28"/>
          <w:szCs w:val="28"/>
        </w:rPr>
        <w:t>ỉ</w:t>
      </w:r>
      <w:r w:rsidRPr="00FC2031">
        <w:rPr>
          <w:rFonts w:ascii="Times New Roman" w:hAnsi="Times New Roman" w:cs="Times New Roman"/>
          <w:sz w:val="28"/>
          <w:szCs w:val="28"/>
        </w:rPr>
        <w:t xml:space="preserve"> l</w:t>
      </w:r>
      <w:r w:rsidRPr="00FC2031">
        <w:rPr>
          <w:rFonts w:ascii="Times New Roman" w:hAnsi="Times New Roman" w:cs="Times New Roman"/>
          <w:sz w:val="28"/>
          <w:szCs w:val="28"/>
        </w:rPr>
        <w:t>ễ</w:t>
      </w:r>
      <w:r w:rsidRPr="00FC2031">
        <w:rPr>
          <w:rFonts w:ascii="Times New Roman" w:hAnsi="Times New Roman" w:cs="Times New Roman"/>
          <w:sz w:val="28"/>
          <w:szCs w:val="28"/>
        </w:rPr>
        <w:t xml:space="preserve"> Qu</w:t>
      </w:r>
      <w:r w:rsidRPr="00FC2031">
        <w:rPr>
          <w:rFonts w:ascii="Times New Roman" w:hAnsi="Times New Roman" w:cs="Times New Roman"/>
          <w:sz w:val="28"/>
          <w:szCs w:val="28"/>
        </w:rPr>
        <w:t>ố</w:t>
      </w:r>
      <w:r w:rsidRPr="00FC2031">
        <w:rPr>
          <w:rFonts w:ascii="Times New Roman" w:hAnsi="Times New Roman" w:cs="Times New Roman"/>
          <w:sz w:val="28"/>
          <w:szCs w:val="28"/>
        </w:rPr>
        <w:t xml:space="preserve">c khánh 02/9 năm …… như </w:t>
      </w:r>
      <w:r w:rsidRPr="00FC2031">
        <w:rPr>
          <w:rFonts w:ascii="Times New Roman" w:hAnsi="Times New Roman" w:cs="Times New Roman"/>
          <w:sz w:val="28"/>
          <w:szCs w:val="28"/>
        </w:rPr>
        <w:t>sau: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7509" w:rsidRPr="00FC2031" w:rsidRDefault="00FC2031">
      <w:pPr>
        <w:rPr>
          <w:rFonts w:ascii="Times New Roman" w:hAnsi="Times New Roman" w:cs="Times New Roman"/>
          <w:sz w:val="28"/>
          <w:szCs w:val="28"/>
        </w:rPr>
      </w:pPr>
      <w:r w:rsidRPr="00FC2031">
        <w:rPr>
          <w:rFonts w:ascii="Times New Roman" w:hAnsi="Times New Roman" w:cs="Times New Roman"/>
          <w:sz w:val="28"/>
          <w:szCs w:val="28"/>
        </w:rPr>
        <w:t>We would like to inform you of our National Day holiday schedule for …… as follows:</w:t>
      </w:r>
    </w:p>
    <w:p w:rsidR="00C67509" w:rsidRDefault="00FC2031">
      <w:pPr>
        <w:rPr>
          <w:rFonts w:ascii="Times New Roman" w:hAnsi="Times New Roman" w:cs="Times New Roman"/>
          <w:sz w:val="28"/>
          <w:szCs w:val="28"/>
        </w:rPr>
      </w:pPr>
      <w:r w:rsidRPr="00FC2031">
        <w:rPr>
          <w:rFonts w:ascii="Times New Roman" w:hAnsi="Times New Roman" w:cs="Times New Roman"/>
          <w:sz w:val="28"/>
          <w:szCs w:val="28"/>
        </w:rPr>
        <w:t>- Th</w:t>
      </w:r>
      <w:r w:rsidRPr="00FC2031">
        <w:rPr>
          <w:rFonts w:ascii="Times New Roman" w:hAnsi="Times New Roman" w:cs="Times New Roman"/>
          <w:sz w:val="28"/>
          <w:szCs w:val="28"/>
        </w:rPr>
        <w:t>ờ</w:t>
      </w:r>
      <w:r w:rsidRPr="00FC2031">
        <w:rPr>
          <w:rFonts w:ascii="Times New Roman" w:hAnsi="Times New Roman" w:cs="Times New Roman"/>
          <w:sz w:val="28"/>
          <w:szCs w:val="28"/>
        </w:rPr>
        <w:t>i gian ngh</w:t>
      </w:r>
      <w:r w:rsidRPr="00FC2031">
        <w:rPr>
          <w:rFonts w:ascii="Times New Roman" w:hAnsi="Times New Roman" w:cs="Times New Roman"/>
          <w:sz w:val="28"/>
          <w:szCs w:val="28"/>
        </w:rPr>
        <w:t>ỉ</w:t>
      </w:r>
      <w:r w:rsidRPr="00FC2031">
        <w:rPr>
          <w:rFonts w:ascii="Times New Roman" w:hAnsi="Times New Roman" w:cs="Times New Roman"/>
          <w:sz w:val="28"/>
          <w:szCs w:val="28"/>
        </w:rPr>
        <w:t xml:space="preserve"> l</w:t>
      </w:r>
      <w:r w:rsidRPr="00FC2031">
        <w:rPr>
          <w:rFonts w:ascii="Times New Roman" w:hAnsi="Times New Roman" w:cs="Times New Roman"/>
          <w:sz w:val="28"/>
          <w:szCs w:val="28"/>
        </w:rPr>
        <w:t>ễ</w:t>
      </w:r>
      <w:r w:rsidRPr="00FC2031">
        <w:rPr>
          <w:rFonts w:ascii="Times New Roman" w:hAnsi="Times New Roman" w:cs="Times New Roman"/>
          <w:sz w:val="28"/>
          <w:szCs w:val="28"/>
        </w:rPr>
        <w:t>: t</w:t>
      </w:r>
      <w:r w:rsidRPr="00FC2031">
        <w:rPr>
          <w:rFonts w:ascii="Times New Roman" w:hAnsi="Times New Roman" w:cs="Times New Roman"/>
          <w:sz w:val="28"/>
          <w:szCs w:val="28"/>
        </w:rPr>
        <w:t>ừ</w:t>
      </w:r>
      <w:r w:rsidRPr="00FC2031">
        <w:rPr>
          <w:rFonts w:ascii="Times New Roman" w:hAnsi="Times New Roman" w:cs="Times New Roman"/>
          <w:sz w:val="28"/>
          <w:szCs w:val="28"/>
        </w:rPr>
        <w:t xml:space="preserve"> ngày ……/……/…… đ</w:t>
      </w:r>
      <w:r w:rsidRPr="00FC2031">
        <w:rPr>
          <w:rFonts w:ascii="Times New Roman" w:hAnsi="Times New Roman" w:cs="Times New Roman"/>
          <w:sz w:val="28"/>
          <w:szCs w:val="28"/>
        </w:rPr>
        <w:t>ế</w:t>
      </w:r>
      <w:r w:rsidRPr="00FC2031">
        <w:rPr>
          <w:rFonts w:ascii="Times New Roman" w:hAnsi="Times New Roman" w:cs="Times New Roman"/>
          <w:sz w:val="28"/>
          <w:szCs w:val="28"/>
        </w:rPr>
        <w:t>n h</w:t>
      </w:r>
      <w:r w:rsidRPr="00FC2031">
        <w:rPr>
          <w:rFonts w:ascii="Times New Roman" w:hAnsi="Times New Roman" w:cs="Times New Roman"/>
          <w:sz w:val="28"/>
          <w:szCs w:val="28"/>
        </w:rPr>
        <w:t>ế</w:t>
      </w:r>
      <w:r w:rsidRPr="00FC2031">
        <w:rPr>
          <w:rFonts w:ascii="Times New Roman" w:hAnsi="Times New Roman" w:cs="Times New Roman"/>
          <w:sz w:val="28"/>
          <w:szCs w:val="28"/>
        </w:rPr>
        <w:t>t ngày ……/……/……</w:t>
      </w:r>
    </w:p>
    <w:p w:rsidR="00FC2031" w:rsidRPr="00FC2031" w:rsidRDefault="00FC2031">
      <w:pPr>
        <w:rPr>
          <w:rFonts w:ascii="Times New Roman" w:hAnsi="Times New Roman" w:cs="Times New Roman"/>
          <w:sz w:val="28"/>
          <w:szCs w:val="28"/>
        </w:rPr>
      </w:pPr>
      <w:r w:rsidRPr="00FC2031">
        <w:rPr>
          <w:rFonts w:ascii="Times New Roman" w:hAnsi="Times New Roman" w:cs="Times New Roman"/>
          <w:sz w:val="28"/>
          <w:szCs w:val="28"/>
        </w:rPr>
        <w:t>- Holiday period: From ……/……/…… to ……/……/……</w:t>
      </w:r>
      <w:bookmarkStart w:id="0" w:name="_GoBack"/>
      <w:bookmarkEnd w:id="0"/>
    </w:p>
    <w:p w:rsidR="00C67509" w:rsidRDefault="00FC2031">
      <w:pPr>
        <w:rPr>
          <w:rFonts w:ascii="Times New Roman" w:hAnsi="Times New Roman" w:cs="Times New Roman"/>
          <w:sz w:val="28"/>
          <w:szCs w:val="28"/>
        </w:rPr>
      </w:pPr>
      <w:r w:rsidRPr="00FC2031">
        <w:rPr>
          <w:rFonts w:ascii="Times New Roman" w:hAnsi="Times New Roman" w:cs="Times New Roman"/>
          <w:sz w:val="28"/>
          <w:szCs w:val="28"/>
        </w:rPr>
        <w:t>- Th</w:t>
      </w:r>
      <w:r w:rsidRPr="00FC2031">
        <w:rPr>
          <w:rFonts w:ascii="Times New Roman" w:hAnsi="Times New Roman" w:cs="Times New Roman"/>
          <w:sz w:val="28"/>
          <w:szCs w:val="28"/>
        </w:rPr>
        <w:t>ờ</w:t>
      </w:r>
      <w:r w:rsidRPr="00FC2031">
        <w:rPr>
          <w:rFonts w:ascii="Times New Roman" w:hAnsi="Times New Roman" w:cs="Times New Roman"/>
          <w:sz w:val="28"/>
          <w:szCs w:val="28"/>
        </w:rPr>
        <w:t>i gian làm vi</w:t>
      </w:r>
      <w:r w:rsidRPr="00FC2031">
        <w:rPr>
          <w:rFonts w:ascii="Times New Roman" w:hAnsi="Times New Roman" w:cs="Times New Roman"/>
          <w:sz w:val="28"/>
          <w:szCs w:val="28"/>
        </w:rPr>
        <w:t>ệ</w:t>
      </w:r>
      <w:r w:rsidRPr="00FC2031">
        <w:rPr>
          <w:rFonts w:ascii="Times New Roman" w:hAnsi="Times New Roman" w:cs="Times New Roman"/>
          <w:sz w:val="28"/>
          <w:szCs w:val="28"/>
        </w:rPr>
        <w:t>c tr</w:t>
      </w:r>
      <w:r w:rsidRPr="00FC2031">
        <w:rPr>
          <w:rFonts w:ascii="Times New Roman" w:hAnsi="Times New Roman" w:cs="Times New Roman"/>
          <w:sz w:val="28"/>
          <w:szCs w:val="28"/>
        </w:rPr>
        <w:t>ở</w:t>
      </w:r>
      <w:r w:rsidRPr="00FC2031">
        <w:rPr>
          <w:rFonts w:ascii="Times New Roman" w:hAnsi="Times New Roman" w:cs="Times New Roman"/>
          <w:sz w:val="28"/>
          <w:szCs w:val="28"/>
        </w:rPr>
        <w:t xml:space="preserve"> l</w:t>
      </w:r>
      <w:r w:rsidRPr="00FC2031">
        <w:rPr>
          <w:rFonts w:ascii="Times New Roman" w:hAnsi="Times New Roman" w:cs="Times New Roman"/>
          <w:sz w:val="28"/>
          <w:szCs w:val="28"/>
        </w:rPr>
        <w:t>ạ</w:t>
      </w:r>
      <w:r w:rsidRPr="00FC2031">
        <w:rPr>
          <w:rFonts w:ascii="Times New Roman" w:hAnsi="Times New Roman" w:cs="Times New Roman"/>
          <w:sz w:val="28"/>
          <w:szCs w:val="28"/>
        </w:rPr>
        <w:t>i: ngày ……/……/……</w:t>
      </w:r>
    </w:p>
    <w:p w:rsidR="00FC2031" w:rsidRPr="00FC2031" w:rsidRDefault="00FC2031" w:rsidP="00FC2031">
      <w:pPr>
        <w:rPr>
          <w:rFonts w:ascii="Times New Roman" w:hAnsi="Times New Roman" w:cs="Times New Roman"/>
          <w:sz w:val="28"/>
          <w:szCs w:val="28"/>
        </w:rPr>
      </w:pPr>
      <w:r w:rsidRPr="00FC2031">
        <w:rPr>
          <w:rFonts w:ascii="Times New Roman" w:hAnsi="Times New Roman" w:cs="Times New Roman"/>
          <w:sz w:val="28"/>
          <w:szCs w:val="28"/>
        </w:rPr>
        <w:t>- Resume working: On ……/……/……</w:t>
      </w:r>
    </w:p>
    <w:p w:rsidR="00C67509" w:rsidRDefault="00FC2031">
      <w:pPr>
        <w:rPr>
          <w:rFonts w:ascii="Times New Roman" w:hAnsi="Times New Roman" w:cs="Times New Roman"/>
          <w:sz w:val="28"/>
          <w:szCs w:val="28"/>
        </w:rPr>
      </w:pPr>
      <w:r w:rsidRPr="00FC2031">
        <w:rPr>
          <w:rFonts w:ascii="Times New Roman" w:hAnsi="Times New Roman" w:cs="Times New Roman"/>
          <w:sz w:val="28"/>
          <w:szCs w:val="28"/>
        </w:rPr>
        <w:t>Trong th</w:t>
      </w:r>
      <w:r w:rsidRPr="00FC2031">
        <w:rPr>
          <w:rFonts w:ascii="Times New Roman" w:hAnsi="Times New Roman" w:cs="Times New Roman"/>
          <w:sz w:val="28"/>
          <w:szCs w:val="28"/>
        </w:rPr>
        <w:t>ờ</w:t>
      </w:r>
      <w:r w:rsidRPr="00FC2031">
        <w:rPr>
          <w:rFonts w:ascii="Times New Roman" w:hAnsi="Times New Roman" w:cs="Times New Roman"/>
          <w:sz w:val="28"/>
          <w:szCs w:val="28"/>
        </w:rPr>
        <w:t>i gian ngh</w:t>
      </w:r>
      <w:r w:rsidRPr="00FC2031">
        <w:rPr>
          <w:rFonts w:ascii="Times New Roman" w:hAnsi="Times New Roman" w:cs="Times New Roman"/>
          <w:sz w:val="28"/>
          <w:szCs w:val="28"/>
        </w:rPr>
        <w:t>ỉ</w:t>
      </w:r>
      <w:r w:rsidRPr="00FC2031">
        <w:rPr>
          <w:rFonts w:ascii="Times New Roman" w:hAnsi="Times New Roman" w:cs="Times New Roman"/>
          <w:sz w:val="28"/>
          <w:szCs w:val="28"/>
        </w:rPr>
        <w:t xml:space="preserve"> l</w:t>
      </w:r>
      <w:r w:rsidRPr="00FC2031">
        <w:rPr>
          <w:rFonts w:ascii="Times New Roman" w:hAnsi="Times New Roman" w:cs="Times New Roman"/>
          <w:sz w:val="28"/>
          <w:szCs w:val="28"/>
        </w:rPr>
        <w:t>ễ</w:t>
      </w:r>
      <w:r w:rsidRPr="00FC2031">
        <w:rPr>
          <w:rFonts w:ascii="Times New Roman" w:hAnsi="Times New Roman" w:cs="Times New Roman"/>
          <w:sz w:val="28"/>
          <w:szCs w:val="28"/>
        </w:rPr>
        <w:t>, n</w:t>
      </w:r>
      <w:r w:rsidRPr="00FC2031">
        <w:rPr>
          <w:rFonts w:ascii="Times New Roman" w:hAnsi="Times New Roman" w:cs="Times New Roman"/>
          <w:sz w:val="28"/>
          <w:szCs w:val="28"/>
        </w:rPr>
        <w:t>ế</w:t>
      </w:r>
      <w:r w:rsidRPr="00FC2031">
        <w:rPr>
          <w:rFonts w:ascii="Times New Roman" w:hAnsi="Times New Roman" w:cs="Times New Roman"/>
          <w:sz w:val="28"/>
          <w:szCs w:val="28"/>
        </w:rPr>
        <w:t>u Quý khách hàng/Quý đ</w:t>
      </w:r>
      <w:r w:rsidRPr="00FC2031">
        <w:rPr>
          <w:rFonts w:ascii="Times New Roman" w:hAnsi="Times New Roman" w:cs="Times New Roman"/>
          <w:sz w:val="28"/>
          <w:szCs w:val="28"/>
        </w:rPr>
        <w:t>ố</w:t>
      </w:r>
      <w:r w:rsidRPr="00FC2031">
        <w:rPr>
          <w:rFonts w:ascii="Times New Roman" w:hAnsi="Times New Roman" w:cs="Times New Roman"/>
          <w:sz w:val="28"/>
          <w:szCs w:val="28"/>
        </w:rPr>
        <w:t>i tác c</w:t>
      </w:r>
      <w:r w:rsidRPr="00FC2031">
        <w:rPr>
          <w:rFonts w:ascii="Times New Roman" w:hAnsi="Times New Roman" w:cs="Times New Roman"/>
          <w:sz w:val="28"/>
          <w:szCs w:val="28"/>
        </w:rPr>
        <w:t>ầ</w:t>
      </w:r>
      <w:r w:rsidRPr="00FC2031">
        <w:rPr>
          <w:rFonts w:ascii="Times New Roman" w:hAnsi="Times New Roman" w:cs="Times New Roman"/>
          <w:sz w:val="28"/>
          <w:szCs w:val="28"/>
        </w:rPr>
        <w:t>n h</w:t>
      </w:r>
      <w:r w:rsidRPr="00FC2031">
        <w:rPr>
          <w:rFonts w:ascii="Times New Roman" w:hAnsi="Times New Roman" w:cs="Times New Roman"/>
          <w:sz w:val="28"/>
          <w:szCs w:val="28"/>
        </w:rPr>
        <w:t>ỗ</w:t>
      </w:r>
      <w:r w:rsidRPr="00FC2031">
        <w:rPr>
          <w:rFonts w:ascii="Times New Roman" w:hAnsi="Times New Roman" w:cs="Times New Roman"/>
          <w:sz w:val="28"/>
          <w:szCs w:val="28"/>
        </w:rPr>
        <w:t xml:space="preserve"> tr</w:t>
      </w:r>
      <w:r w:rsidRPr="00FC2031">
        <w:rPr>
          <w:rFonts w:ascii="Times New Roman" w:hAnsi="Times New Roman" w:cs="Times New Roman"/>
          <w:sz w:val="28"/>
          <w:szCs w:val="28"/>
        </w:rPr>
        <w:t>ợ</w:t>
      </w:r>
      <w:r w:rsidRPr="00FC2031">
        <w:rPr>
          <w:rFonts w:ascii="Times New Roman" w:hAnsi="Times New Roman" w:cs="Times New Roman"/>
          <w:sz w:val="28"/>
          <w:szCs w:val="28"/>
        </w:rPr>
        <w:t xml:space="preserve"> kh</w:t>
      </w:r>
      <w:r w:rsidRPr="00FC2031">
        <w:rPr>
          <w:rFonts w:ascii="Times New Roman" w:hAnsi="Times New Roman" w:cs="Times New Roman"/>
          <w:sz w:val="28"/>
          <w:szCs w:val="28"/>
        </w:rPr>
        <w:t>ẩ</w:t>
      </w:r>
      <w:r w:rsidRPr="00FC2031">
        <w:rPr>
          <w:rFonts w:ascii="Times New Roman" w:hAnsi="Times New Roman" w:cs="Times New Roman"/>
          <w:sz w:val="28"/>
          <w:szCs w:val="28"/>
        </w:rPr>
        <w:t>n c</w:t>
      </w:r>
      <w:r w:rsidRPr="00FC2031">
        <w:rPr>
          <w:rFonts w:ascii="Times New Roman" w:hAnsi="Times New Roman" w:cs="Times New Roman"/>
          <w:sz w:val="28"/>
          <w:szCs w:val="28"/>
        </w:rPr>
        <w:t>ấ</w:t>
      </w:r>
      <w:r w:rsidRPr="00FC2031">
        <w:rPr>
          <w:rFonts w:ascii="Times New Roman" w:hAnsi="Times New Roman" w:cs="Times New Roman"/>
          <w:sz w:val="28"/>
          <w:szCs w:val="28"/>
        </w:rPr>
        <w:t>p, vui lòng liên h</w:t>
      </w:r>
      <w:r w:rsidRPr="00FC2031">
        <w:rPr>
          <w:rFonts w:ascii="Times New Roman" w:hAnsi="Times New Roman" w:cs="Times New Roman"/>
          <w:sz w:val="28"/>
          <w:szCs w:val="28"/>
        </w:rPr>
        <w:t>ệ</w:t>
      </w:r>
      <w:r w:rsidRPr="00FC2031">
        <w:rPr>
          <w:rFonts w:ascii="Times New Roman" w:hAnsi="Times New Roman" w:cs="Times New Roman"/>
          <w:sz w:val="28"/>
          <w:szCs w:val="28"/>
        </w:rPr>
        <w:t>:</w:t>
      </w:r>
    </w:p>
    <w:p w:rsidR="00FC2031" w:rsidRPr="00FC2031" w:rsidRDefault="00FC2031">
      <w:pPr>
        <w:rPr>
          <w:rFonts w:ascii="Times New Roman" w:hAnsi="Times New Roman" w:cs="Times New Roman"/>
          <w:sz w:val="28"/>
          <w:szCs w:val="28"/>
        </w:rPr>
      </w:pPr>
      <w:r w:rsidRPr="00FC2031">
        <w:rPr>
          <w:rFonts w:ascii="Times New Roman" w:hAnsi="Times New Roman" w:cs="Times New Roman"/>
          <w:sz w:val="28"/>
          <w:szCs w:val="28"/>
        </w:rPr>
        <w:t>During the holiday, if you require urgent support, please contact us via:</w:t>
      </w:r>
    </w:p>
    <w:p w:rsidR="00C67509" w:rsidRPr="00FC2031" w:rsidRDefault="00FC2031">
      <w:pPr>
        <w:rPr>
          <w:rFonts w:ascii="Times New Roman" w:hAnsi="Times New Roman" w:cs="Times New Roman"/>
          <w:sz w:val="28"/>
          <w:szCs w:val="28"/>
        </w:rPr>
      </w:pPr>
      <w:r w:rsidRPr="00FC2031">
        <w:rPr>
          <w:rFonts w:ascii="Times New Roman" w:hAnsi="Times New Roman" w:cs="Times New Roman"/>
          <w:sz w:val="28"/>
          <w:szCs w:val="28"/>
        </w:rPr>
        <w:t>- Hotline: ………………………………</w:t>
      </w:r>
    </w:p>
    <w:p w:rsidR="00C67509" w:rsidRDefault="00FC2031">
      <w:pPr>
        <w:rPr>
          <w:rFonts w:ascii="Times New Roman" w:hAnsi="Times New Roman" w:cs="Times New Roman"/>
          <w:sz w:val="28"/>
          <w:szCs w:val="28"/>
        </w:rPr>
      </w:pPr>
      <w:r w:rsidRPr="00FC2031">
        <w:rPr>
          <w:rFonts w:ascii="Times New Roman" w:hAnsi="Times New Roman" w:cs="Times New Roman"/>
          <w:sz w:val="28"/>
          <w:szCs w:val="28"/>
        </w:rPr>
        <w:lastRenderedPageBreak/>
        <w:t>- Email: ………………………………</w:t>
      </w:r>
    </w:p>
    <w:p w:rsidR="00C67509" w:rsidRDefault="00FC2031">
      <w:pPr>
        <w:rPr>
          <w:rFonts w:ascii="Times New Roman" w:hAnsi="Times New Roman" w:cs="Times New Roman"/>
          <w:sz w:val="28"/>
          <w:szCs w:val="28"/>
        </w:rPr>
      </w:pPr>
      <w:r w:rsidRPr="00FC2031">
        <w:rPr>
          <w:rFonts w:ascii="Times New Roman" w:hAnsi="Times New Roman" w:cs="Times New Roman"/>
          <w:sz w:val="28"/>
          <w:szCs w:val="28"/>
        </w:rPr>
        <w:t>Nhân d</w:t>
      </w:r>
      <w:r w:rsidRPr="00FC2031">
        <w:rPr>
          <w:rFonts w:ascii="Times New Roman" w:hAnsi="Times New Roman" w:cs="Times New Roman"/>
          <w:sz w:val="28"/>
          <w:szCs w:val="28"/>
        </w:rPr>
        <w:t>ị</w:t>
      </w:r>
      <w:r w:rsidRPr="00FC2031">
        <w:rPr>
          <w:rFonts w:ascii="Times New Roman" w:hAnsi="Times New Roman" w:cs="Times New Roman"/>
          <w:sz w:val="28"/>
          <w:szCs w:val="28"/>
        </w:rPr>
        <w:t>p Qu</w:t>
      </w:r>
      <w:r w:rsidRPr="00FC2031">
        <w:rPr>
          <w:rFonts w:ascii="Times New Roman" w:hAnsi="Times New Roman" w:cs="Times New Roman"/>
          <w:sz w:val="28"/>
          <w:szCs w:val="28"/>
        </w:rPr>
        <w:t>ố</w:t>
      </w:r>
      <w:r w:rsidRPr="00FC2031">
        <w:rPr>
          <w:rFonts w:ascii="Times New Roman" w:hAnsi="Times New Roman" w:cs="Times New Roman"/>
          <w:sz w:val="28"/>
          <w:szCs w:val="28"/>
        </w:rPr>
        <w:t>c khánh, Công ty ………………… kính chúc Quý khách hàng/Quý đ</w:t>
      </w:r>
      <w:r w:rsidRPr="00FC2031">
        <w:rPr>
          <w:rFonts w:ascii="Times New Roman" w:hAnsi="Times New Roman" w:cs="Times New Roman"/>
          <w:sz w:val="28"/>
          <w:szCs w:val="28"/>
        </w:rPr>
        <w:t>ố</w:t>
      </w:r>
      <w:r w:rsidRPr="00FC2031">
        <w:rPr>
          <w:rFonts w:ascii="Times New Roman" w:hAnsi="Times New Roman" w:cs="Times New Roman"/>
          <w:sz w:val="28"/>
          <w:szCs w:val="28"/>
        </w:rPr>
        <w:t>i tác cùng gia đình m</w:t>
      </w:r>
      <w:r w:rsidRPr="00FC2031">
        <w:rPr>
          <w:rFonts w:ascii="Times New Roman" w:hAnsi="Times New Roman" w:cs="Times New Roman"/>
          <w:sz w:val="28"/>
          <w:szCs w:val="28"/>
        </w:rPr>
        <w:t>ộ</w:t>
      </w:r>
      <w:r w:rsidRPr="00FC2031">
        <w:rPr>
          <w:rFonts w:ascii="Times New Roman" w:hAnsi="Times New Roman" w:cs="Times New Roman"/>
          <w:sz w:val="28"/>
          <w:szCs w:val="28"/>
        </w:rPr>
        <w:t>t k</w:t>
      </w:r>
      <w:r w:rsidRPr="00FC2031">
        <w:rPr>
          <w:rFonts w:ascii="Times New Roman" w:hAnsi="Times New Roman" w:cs="Times New Roman"/>
          <w:sz w:val="28"/>
          <w:szCs w:val="28"/>
        </w:rPr>
        <w:t>ỳ</w:t>
      </w:r>
      <w:r w:rsidRPr="00FC2031">
        <w:rPr>
          <w:rFonts w:ascii="Times New Roman" w:hAnsi="Times New Roman" w:cs="Times New Roman"/>
          <w:sz w:val="28"/>
          <w:szCs w:val="28"/>
        </w:rPr>
        <w:t xml:space="preserve"> ngh</w:t>
      </w:r>
      <w:r w:rsidRPr="00FC2031">
        <w:rPr>
          <w:rFonts w:ascii="Times New Roman" w:hAnsi="Times New Roman" w:cs="Times New Roman"/>
          <w:sz w:val="28"/>
          <w:szCs w:val="28"/>
        </w:rPr>
        <w:t>ỉ</w:t>
      </w:r>
      <w:r w:rsidRPr="00FC2031">
        <w:rPr>
          <w:rFonts w:ascii="Times New Roman" w:hAnsi="Times New Roman" w:cs="Times New Roman"/>
          <w:sz w:val="28"/>
          <w:szCs w:val="28"/>
        </w:rPr>
        <w:t xml:space="preserve"> l</w:t>
      </w:r>
      <w:r w:rsidRPr="00FC2031">
        <w:rPr>
          <w:rFonts w:ascii="Times New Roman" w:hAnsi="Times New Roman" w:cs="Times New Roman"/>
          <w:sz w:val="28"/>
          <w:szCs w:val="28"/>
        </w:rPr>
        <w:t>ễ</w:t>
      </w:r>
      <w:r w:rsidRPr="00FC2031">
        <w:rPr>
          <w:rFonts w:ascii="Times New Roman" w:hAnsi="Times New Roman" w:cs="Times New Roman"/>
          <w:sz w:val="28"/>
          <w:szCs w:val="28"/>
        </w:rPr>
        <w:t xml:space="preserve"> vui v</w:t>
      </w:r>
      <w:r w:rsidRPr="00FC2031">
        <w:rPr>
          <w:rFonts w:ascii="Times New Roman" w:hAnsi="Times New Roman" w:cs="Times New Roman"/>
          <w:sz w:val="28"/>
          <w:szCs w:val="28"/>
        </w:rPr>
        <w:t>ẻ</w:t>
      </w:r>
      <w:r w:rsidRPr="00FC2031">
        <w:rPr>
          <w:rFonts w:ascii="Times New Roman" w:hAnsi="Times New Roman" w:cs="Times New Roman"/>
          <w:sz w:val="28"/>
          <w:szCs w:val="28"/>
        </w:rPr>
        <w:t>, an toàn và h</w:t>
      </w:r>
      <w:r w:rsidRPr="00FC2031">
        <w:rPr>
          <w:rFonts w:ascii="Times New Roman" w:hAnsi="Times New Roman" w:cs="Times New Roman"/>
          <w:sz w:val="28"/>
          <w:szCs w:val="28"/>
        </w:rPr>
        <w:t>ạ</w:t>
      </w:r>
      <w:r w:rsidRPr="00FC2031">
        <w:rPr>
          <w:rFonts w:ascii="Times New Roman" w:hAnsi="Times New Roman" w:cs="Times New Roman"/>
          <w:sz w:val="28"/>
          <w:szCs w:val="28"/>
        </w:rPr>
        <w:t>nh phúc.</w:t>
      </w:r>
    </w:p>
    <w:p w:rsidR="00FC2031" w:rsidRPr="00FC2031" w:rsidRDefault="00FC2031">
      <w:pPr>
        <w:rPr>
          <w:rFonts w:ascii="Times New Roman" w:hAnsi="Times New Roman" w:cs="Times New Roman"/>
          <w:sz w:val="28"/>
          <w:szCs w:val="28"/>
        </w:rPr>
      </w:pPr>
      <w:r w:rsidRPr="00FC2031">
        <w:rPr>
          <w:rFonts w:ascii="Times New Roman" w:hAnsi="Times New Roman" w:cs="Times New Roman"/>
          <w:sz w:val="28"/>
          <w:szCs w:val="28"/>
        </w:rPr>
        <w:t>On this occasion of Vietnam’s National Day, we would like to extend our best wishes to you and your family for a joyful, safe, and happy holiday.</w:t>
      </w:r>
    </w:p>
    <w:p w:rsidR="00C67509" w:rsidRPr="00FC2031" w:rsidRDefault="00FC2031">
      <w:pPr>
        <w:rPr>
          <w:rFonts w:ascii="Times New Roman" w:hAnsi="Times New Roman" w:cs="Times New Roman"/>
          <w:sz w:val="28"/>
          <w:szCs w:val="28"/>
        </w:rPr>
      </w:pPr>
      <w:r w:rsidRPr="00FC2031">
        <w:rPr>
          <w:rFonts w:ascii="Times New Roman" w:hAnsi="Times New Roman" w:cs="Times New Roman"/>
          <w:sz w:val="28"/>
          <w:szCs w:val="28"/>
        </w:rPr>
        <w:t>Trân tr</w:t>
      </w:r>
      <w:r w:rsidRPr="00FC2031">
        <w:rPr>
          <w:rFonts w:ascii="Times New Roman" w:hAnsi="Times New Roman" w:cs="Times New Roman"/>
          <w:sz w:val="28"/>
          <w:szCs w:val="28"/>
        </w:rPr>
        <w:t>ọ</w:t>
      </w:r>
      <w:r w:rsidRPr="00FC2031">
        <w:rPr>
          <w:rFonts w:ascii="Times New Roman" w:hAnsi="Times New Roman" w:cs="Times New Roman"/>
          <w:sz w:val="28"/>
          <w:szCs w:val="28"/>
        </w:rPr>
        <w:t>ng,</w:t>
      </w:r>
    </w:p>
    <w:p w:rsidR="00FC2031" w:rsidRPr="00FC2031" w:rsidRDefault="00FC2031" w:rsidP="00FC2031">
      <w:pPr>
        <w:rPr>
          <w:rFonts w:ascii="Times New Roman" w:hAnsi="Times New Roman" w:cs="Times New Roman"/>
          <w:sz w:val="28"/>
          <w:szCs w:val="28"/>
        </w:rPr>
      </w:pPr>
      <w:r w:rsidRPr="00FC2031">
        <w:rPr>
          <w:rFonts w:ascii="Times New Roman" w:hAnsi="Times New Roman" w:cs="Times New Roman"/>
          <w:sz w:val="28"/>
          <w:szCs w:val="28"/>
        </w:rPr>
        <w:t>Sincerely,</w:t>
      </w:r>
    </w:p>
    <w:p w:rsidR="00FC2031" w:rsidRPr="00FC2031" w:rsidRDefault="00FC2031" w:rsidP="00FC2031">
      <w:pPr>
        <w:rPr>
          <w:rFonts w:ascii="Times New Roman" w:hAnsi="Times New Roman" w:cs="Times New Roman"/>
          <w:sz w:val="28"/>
          <w:szCs w:val="28"/>
        </w:rPr>
      </w:pPr>
      <w:r w:rsidRPr="00FC2031">
        <w:rPr>
          <w:rFonts w:ascii="Times New Roman" w:hAnsi="Times New Roman" w:cs="Times New Roman"/>
          <w:sz w:val="28"/>
          <w:szCs w:val="28"/>
        </w:rPr>
        <w:t>…………………</w:t>
      </w:r>
    </w:p>
    <w:p w:rsidR="00C67509" w:rsidRPr="00FC2031" w:rsidRDefault="00C67509">
      <w:pPr>
        <w:rPr>
          <w:rFonts w:ascii="Times New Roman" w:hAnsi="Times New Roman" w:cs="Times New Roman"/>
          <w:sz w:val="28"/>
          <w:szCs w:val="28"/>
        </w:rPr>
      </w:pPr>
    </w:p>
    <w:sectPr w:rsidR="00C67509" w:rsidRPr="00FC203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67509"/>
    <w:rsid w:val="00CB0664"/>
    <w:rsid w:val="00FC203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06151DE0-3C48-4962-B16C-0F865F777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BF70776-F703-49BD-96E0-94935A42A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1205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2025-08-26T08:20:00Z</dcterms:created>
  <dcterms:modified xsi:type="dcterms:W3CDTF">2025-08-26T08:20:00Z</dcterms:modified>
  <cp:category/>
</cp:coreProperties>
</file>