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CED" w:rsidRPr="00C61CED" w:rsidRDefault="00C61CED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C61CED">
        <w:rPr>
          <w:rFonts w:ascii="Times New Roman" w:hAnsi="Times New Roman" w:cs="Times New Roman"/>
          <w:color w:val="000000" w:themeColor="text1"/>
        </w:rPr>
        <w:t>CÔNG TY……..</w:t>
      </w:r>
    </w:p>
    <w:p w:rsidR="00D10857" w:rsidRPr="00C61CED" w:rsidRDefault="00C61CED" w:rsidP="00C61CED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C61CED">
        <w:rPr>
          <w:rFonts w:ascii="Times New Roman" w:hAnsi="Times New Roman" w:cs="Times New Roman"/>
          <w:color w:val="000000" w:themeColor="text1"/>
        </w:rPr>
        <w:t>THÔNG BÁO TUY</w:t>
      </w:r>
      <w:r w:rsidRPr="00C61CED">
        <w:rPr>
          <w:rFonts w:ascii="Times New Roman" w:hAnsi="Times New Roman" w:cs="Times New Roman"/>
          <w:color w:val="000000" w:themeColor="text1"/>
        </w:rPr>
        <w:t>Ể</w:t>
      </w:r>
      <w:r w:rsidRPr="00C61CED">
        <w:rPr>
          <w:rFonts w:ascii="Times New Roman" w:hAnsi="Times New Roman" w:cs="Times New Roman"/>
          <w:color w:val="000000" w:themeColor="text1"/>
        </w:rPr>
        <w:t>N D</w:t>
      </w:r>
      <w:r w:rsidRPr="00C61CED">
        <w:rPr>
          <w:rFonts w:ascii="Times New Roman" w:hAnsi="Times New Roman" w:cs="Times New Roman"/>
          <w:color w:val="000000" w:themeColor="text1"/>
        </w:rPr>
        <w:t>Ụ</w:t>
      </w:r>
      <w:r w:rsidRPr="00C61CED">
        <w:rPr>
          <w:rFonts w:ascii="Times New Roman" w:hAnsi="Times New Roman" w:cs="Times New Roman"/>
          <w:color w:val="000000" w:themeColor="text1"/>
        </w:rPr>
        <w:t>NG</w:t>
      </w:r>
      <w:r w:rsidRPr="00C61CED">
        <w:rPr>
          <w:rFonts w:ascii="Times New Roman" w:hAnsi="Times New Roman" w:cs="Times New Roman"/>
          <w:color w:val="000000" w:themeColor="text1"/>
        </w:rPr>
        <w:br/>
      </w:r>
      <w:r w:rsidRPr="00C61CED">
        <w:rPr>
          <w:rFonts w:ascii="Times New Roman" w:hAnsi="Times New Roman" w:cs="Times New Roman"/>
          <w:color w:val="000000" w:themeColor="text1"/>
        </w:rPr>
        <w:t>NHÂN VIÊN S</w:t>
      </w:r>
      <w:r w:rsidRPr="00C61CED">
        <w:rPr>
          <w:rFonts w:ascii="Times New Roman" w:hAnsi="Times New Roman" w:cs="Times New Roman"/>
          <w:color w:val="000000" w:themeColor="text1"/>
        </w:rPr>
        <w:t>Ử</w:t>
      </w:r>
      <w:r w:rsidRPr="00C61CED">
        <w:rPr>
          <w:rFonts w:ascii="Times New Roman" w:hAnsi="Times New Roman" w:cs="Times New Roman"/>
          <w:color w:val="000000" w:themeColor="text1"/>
        </w:rPr>
        <w:t>A CH</w:t>
      </w:r>
      <w:r w:rsidRPr="00C61CED">
        <w:rPr>
          <w:rFonts w:ascii="Times New Roman" w:hAnsi="Times New Roman" w:cs="Times New Roman"/>
          <w:color w:val="000000" w:themeColor="text1"/>
        </w:rPr>
        <w:t>Ữ</w:t>
      </w:r>
      <w:r w:rsidRPr="00C61CED">
        <w:rPr>
          <w:rFonts w:ascii="Times New Roman" w:hAnsi="Times New Roman" w:cs="Times New Roman"/>
          <w:color w:val="000000" w:themeColor="text1"/>
        </w:rPr>
        <w:t>A, KI</w:t>
      </w:r>
      <w:r w:rsidRPr="00C61CED">
        <w:rPr>
          <w:rFonts w:ascii="Times New Roman" w:hAnsi="Times New Roman" w:cs="Times New Roman"/>
          <w:color w:val="000000" w:themeColor="text1"/>
        </w:rPr>
        <w:t>Ể</w:t>
      </w:r>
      <w:r w:rsidRPr="00C61CED">
        <w:rPr>
          <w:rFonts w:ascii="Times New Roman" w:hAnsi="Times New Roman" w:cs="Times New Roman"/>
          <w:color w:val="000000" w:themeColor="text1"/>
        </w:rPr>
        <w:t>M TRA V</w:t>
      </w:r>
      <w:r w:rsidRPr="00C61CED">
        <w:rPr>
          <w:rFonts w:ascii="Times New Roman" w:hAnsi="Times New Roman" w:cs="Times New Roman"/>
          <w:color w:val="000000" w:themeColor="text1"/>
        </w:rPr>
        <w:t>Ậ</w:t>
      </w:r>
      <w:r w:rsidRPr="00C61CED">
        <w:rPr>
          <w:rFonts w:ascii="Times New Roman" w:hAnsi="Times New Roman" w:cs="Times New Roman"/>
          <w:color w:val="000000" w:themeColor="text1"/>
        </w:rPr>
        <w:t>N HÀNH Ô TÔ</w:t>
      </w:r>
    </w:p>
    <w:p w:rsidR="00D10857" w:rsidRPr="00C61CED" w:rsidRDefault="00C61CE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1. V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trí tuy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d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ng: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Nhân viên k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ỹ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thu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t s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a, ki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m tra v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hành ô tô.</w:t>
      </w:r>
    </w:p>
    <w:p w:rsidR="00D10857" w:rsidRPr="00C61CED" w:rsidRDefault="00C61CE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2. Mô t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công vi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c: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ki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m tra, b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o dư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ỡ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ng, s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các dòng xe ô tô theo đúng quy trình k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ỹ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thu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t.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Ki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m tra v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hành,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đoán s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xu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t phương án kh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ph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m b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o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ng, ti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công vi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và an toàn lao 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các công vi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khác theo s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phân công c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qu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lý.</w:t>
      </w:r>
    </w:p>
    <w:p w:rsidR="00D10857" w:rsidRPr="00C61CED" w:rsidRDefault="00C61CE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3. Yêu c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 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 viên: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Nam, s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kh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e t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t, tu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i t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 – 35.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T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t n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ghi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p trung c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p, cao 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ẳ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 ho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có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liên quan 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s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ô tô.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Có kinh nghi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m trong lĩnh v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b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o dư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ỡ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ng, s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a, ki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m tra v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hành xe là m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t l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i th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0" w:name="_GoBack"/>
      <w:bookmarkEnd w:id="0"/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Trung th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c, chăm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, có tinh th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trách nhi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m và kh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năng làm vi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nhóm.</w:t>
      </w:r>
    </w:p>
    <w:p w:rsidR="00D10857" w:rsidRPr="00C61CED" w:rsidRDefault="00C61CE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4. Quy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l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lương th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theo năng l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Thư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 theo hi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u qu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công vi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Đư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tham gia 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y 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BHXH, BHYT, BHTN.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Môi trư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 làm vi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chuyên nghi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p, cơ 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i và phát tri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ngh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p.</w:t>
      </w:r>
    </w:p>
    <w:p w:rsidR="00D10857" w:rsidRPr="00C61CED" w:rsidRDefault="00C61CE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5. 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 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 tuy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g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m: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Đơn xin vi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Sơ y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u lý l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ch (có x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ác nh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c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phương).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B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sao b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p,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ng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liên quan.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CMND/CCCD, 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u photo.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- 2 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nh 3x4.</w:t>
      </w:r>
    </w:p>
    <w:p w:rsidR="00D10857" w:rsidRPr="00C61CED" w:rsidRDefault="00C61CE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6. Thông tin liên 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N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p 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 tr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c ti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p t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i: [Đ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công ty].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Đi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i: [S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đi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i liên 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].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- Email: [Đ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email].</w:t>
      </w:r>
    </w:p>
    <w:p w:rsidR="00D10857" w:rsidRPr="00C61CED" w:rsidRDefault="00C61C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61CED">
        <w:rPr>
          <w:rFonts w:ascii="Segoe UI Symbol" w:hAnsi="Segoe UI Symbol" w:cs="Segoe UI Symbol"/>
          <w:color w:val="000000" w:themeColor="text1"/>
          <w:sz w:val="28"/>
          <w:szCs w:val="28"/>
        </w:rPr>
        <w:t>👉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n n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p h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C61CED">
        <w:rPr>
          <w:rFonts w:ascii="Times New Roman" w:hAnsi="Times New Roman" w:cs="Times New Roman"/>
          <w:color w:val="000000" w:themeColor="text1"/>
          <w:sz w:val="28"/>
          <w:szCs w:val="28"/>
        </w:rPr>
        <w:t>ơ: [Ngày/tháng/năm].</w:t>
      </w:r>
    </w:p>
    <w:sectPr w:rsidR="00D10857" w:rsidRPr="00C61CE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61CED"/>
    <w:rsid w:val="00CB0664"/>
    <w:rsid w:val="00D108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C81FE001-4F48-4FE1-A716-44E621A3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9CB1E4-B96C-4EF7-BAF1-A0E026E4A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CÔNG TY……..</vt:lpstr>
      <vt:lpstr>THÔNG BÁO TUYỂN DỤNG NHÂN VIÊN SỬA CHỮA, KIỂM TRA VẬN HÀNH Ô TÔ</vt:lpstr>
      <vt:lpstr>    1. Vị trí tuyển dụng:</vt:lpstr>
      <vt:lpstr>    2. Mô tả công việc:</vt:lpstr>
      <vt:lpstr>    3. Yêu cầu ứng viên:</vt:lpstr>
      <vt:lpstr>    4. Quyền lợi:</vt:lpstr>
      <vt:lpstr>    5. Hồ sơ ứng tuyển gồm:</vt:lpstr>
      <vt:lpstr>    6. Thông tin liên hệ:</vt:lpstr>
    </vt:vector>
  </TitlesOfParts>
  <Manager/>
  <Company/>
  <LinksUpToDate>false</LinksUpToDate>
  <CharactersWithSpaces>1307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2025-09-12T00:45:00Z</dcterms:created>
  <dcterms:modified xsi:type="dcterms:W3CDTF">2025-09-12T00:45:00Z</dcterms:modified>
  <cp:category/>
</cp:coreProperties>
</file>