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0"/>
        <w:gridCol w:w="6170"/>
      </w:tblGrid>
      <w:tr w:rsidR="00DD455B" w:rsidRPr="00DD455B" w:rsidTr="00DD455B">
        <w:trPr>
          <w:trHeight w:val="709"/>
        </w:trPr>
        <w:tc>
          <w:tcPr>
            <w:tcW w:w="2518" w:type="dxa"/>
          </w:tcPr>
          <w:p w:rsidR="00DD455B" w:rsidRPr="00DD455B" w:rsidRDefault="00DD455B" w:rsidP="00DD455B">
            <w:pPr>
              <w:pStyle w:val="Heading1"/>
              <w:spacing w:line="276" w:lineRule="auto"/>
              <w:jc w:val="center"/>
              <w:outlineLvl w:val="0"/>
              <w:rPr>
                <w:rFonts w:ascii="Times New Roman" w:hAnsi="Times New Roman" w:cs="Times New Roman"/>
                <w:color w:val="auto"/>
              </w:rPr>
            </w:pPr>
            <w:r w:rsidRPr="00DD455B">
              <w:rPr>
                <w:rFonts w:ascii="Times New Roman" w:hAnsi="Times New Roman" w:cs="Times New Roman"/>
                <w:color w:val="auto"/>
              </w:rPr>
              <w:t>CÔNG TY ………</w:t>
            </w:r>
          </w:p>
        </w:tc>
        <w:tc>
          <w:tcPr>
            <w:tcW w:w="6338" w:type="dxa"/>
          </w:tcPr>
          <w:p w:rsidR="00DD455B" w:rsidRPr="00DD455B" w:rsidRDefault="00DD455B" w:rsidP="00DD455B">
            <w:pPr>
              <w:pStyle w:val="Heading1"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auto"/>
              </w:rPr>
            </w:pPr>
            <w:r w:rsidRPr="00DD455B">
              <w:rPr>
                <w:rFonts w:ascii="Times New Roman" w:hAnsi="Times New Roman" w:cs="Times New Roman"/>
                <w:color w:val="auto"/>
              </w:rPr>
              <w:t>CỘNG HÒA XÃ HỘI CHỦ NGHĨA VIỆT NAM</w:t>
            </w:r>
          </w:p>
          <w:p w:rsidR="00DD455B" w:rsidRPr="00DD455B" w:rsidRDefault="00DD455B" w:rsidP="00DD455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455B">
              <w:rPr>
                <w:rFonts w:ascii="Times New Roman" w:hAnsi="Times New Roman" w:cs="Times New Roman"/>
                <w:b/>
                <w:sz w:val="28"/>
                <w:szCs w:val="28"/>
              </w:rPr>
              <w:t>Độc lập-Tự do-Hạnh phúc</w:t>
            </w:r>
          </w:p>
        </w:tc>
      </w:tr>
    </w:tbl>
    <w:p w:rsidR="00DD455B" w:rsidRPr="00DD455B" w:rsidRDefault="00DD455B" w:rsidP="00DD455B">
      <w:pPr>
        <w:pStyle w:val="Heading1"/>
        <w:jc w:val="both"/>
        <w:rPr>
          <w:rFonts w:ascii="Times New Roman" w:hAnsi="Times New Roman" w:cs="Times New Roman"/>
          <w:color w:val="auto"/>
        </w:rPr>
      </w:pPr>
    </w:p>
    <w:p w:rsidR="000E30B8" w:rsidRPr="00DD455B" w:rsidRDefault="00DD455B" w:rsidP="00DD455B">
      <w:pPr>
        <w:pStyle w:val="Heading2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DD455B">
        <w:rPr>
          <w:rFonts w:ascii="Times New Roman" w:hAnsi="Times New Roman" w:cs="Times New Roman"/>
          <w:color w:val="auto"/>
          <w:sz w:val="28"/>
          <w:szCs w:val="28"/>
        </w:rPr>
        <w:t>THÔNG BÁO TUY</w:t>
      </w:r>
      <w:r w:rsidRPr="00DD455B">
        <w:rPr>
          <w:rFonts w:ascii="Times New Roman" w:hAnsi="Times New Roman" w:cs="Times New Roman"/>
          <w:color w:val="auto"/>
          <w:sz w:val="28"/>
          <w:szCs w:val="28"/>
        </w:rPr>
        <w:t>Ể</w:t>
      </w:r>
      <w:r w:rsidRPr="00DD455B">
        <w:rPr>
          <w:rFonts w:ascii="Times New Roman" w:hAnsi="Times New Roman" w:cs="Times New Roman"/>
          <w:color w:val="auto"/>
          <w:sz w:val="28"/>
          <w:szCs w:val="28"/>
        </w:rPr>
        <w:t>N D</w:t>
      </w:r>
      <w:r w:rsidRPr="00DD455B">
        <w:rPr>
          <w:rFonts w:ascii="Times New Roman" w:hAnsi="Times New Roman" w:cs="Times New Roman"/>
          <w:color w:val="auto"/>
          <w:sz w:val="28"/>
          <w:szCs w:val="28"/>
        </w:rPr>
        <w:t>Ụ</w:t>
      </w:r>
      <w:r w:rsidRPr="00DD455B">
        <w:rPr>
          <w:rFonts w:ascii="Times New Roman" w:hAnsi="Times New Roman" w:cs="Times New Roman"/>
          <w:color w:val="auto"/>
          <w:sz w:val="28"/>
          <w:szCs w:val="28"/>
        </w:rPr>
        <w:t>NG</w:t>
      </w:r>
    </w:p>
    <w:p w:rsidR="000E30B8" w:rsidRPr="00DD455B" w:rsidRDefault="00DD455B" w:rsidP="00DD455B">
      <w:pPr>
        <w:jc w:val="center"/>
        <w:rPr>
          <w:rFonts w:ascii="Times New Roman" w:hAnsi="Times New Roman" w:cs="Times New Roman"/>
          <w:sz w:val="28"/>
          <w:szCs w:val="28"/>
        </w:rPr>
      </w:pPr>
      <w:r w:rsidRPr="00DD455B">
        <w:rPr>
          <w:rFonts w:ascii="Times New Roman" w:hAnsi="Times New Roman" w:cs="Times New Roman"/>
          <w:sz w:val="28"/>
          <w:szCs w:val="28"/>
        </w:rPr>
        <w:t>V</w:t>
      </w:r>
      <w:r w:rsidRPr="00DD455B">
        <w:rPr>
          <w:rFonts w:ascii="Times New Roman" w:hAnsi="Times New Roman" w:cs="Times New Roman"/>
          <w:sz w:val="28"/>
          <w:szCs w:val="28"/>
        </w:rPr>
        <w:t>ị</w:t>
      </w:r>
      <w:r w:rsidRPr="00DD455B">
        <w:rPr>
          <w:rFonts w:ascii="Times New Roman" w:hAnsi="Times New Roman" w:cs="Times New Roman"/>
          <w:sz w:val="28"/>
          <w:szCs w:val="28"/>
        </w:rPr>
        <w:t xml:space="preserve"> trí: Nhân viên v</w:t>
      </w:r>
      <w:r w:rsidRPr="00DD455B">
        <w:rPr>
          <w:rFonts w:ascii="Times New Roman" w:hAnsi="Times New Roman" w:cs="Times New Roman"/>
          <w:sz w:val="28"/>
          <w:szCs w:val="28"/>
        </w:rPr>
        <w:t>ậ</w:t>
      </w:r>
      <w:r w:rsidRPr="00DD455B">
        <w:rPr>
          <w:rFonts w:ascii="Times New Roman" w:hAnsi="Times New Roman" w:cs="Times New Roman"/>
          <w:sz w:val="28"/>
          <w:szCs w:val="28"/>
        </w:rPr>
        <w:t>n hành, ki</w:t>
      </w:r>
      <w:r w:rsidRPr="00DD455B">
        <w:rPr>
          <w:rFonts w:ascii="Times New Roman" w:hAnsi="Times New Roman" w:cs="Times New Roman"/>
          <w:sz w:val="28"/>
          <w:szCs w:val="28"/>
        </w:rPr>
        <w:t>ể</w:t>
      </w:r>
      <w:r w:rsidRPr="00DD455B">
        <w:rPr>
          <w:rFonts w:ascii="Times New Roman" w:hAnsi="Times New Roman" w:cs="Times New Roman"/>
          <w:sz w:val="28"/>
          <w:szCs w:val="28"/>
        </w:rPr>
        <w:t>m tra, s</w:t>
      </w:r>
      <w:r w:rsidRPr="00DD455B">
        <w:rPr>
          <w:rFonts w:ascii="Times New Roman" w:hAnsi="Times New Roman" w:cs="Times New Roman"/>
          <w:sz w:val="28"/>
          <w:szCs w:val="28"/>
        </w:rPr>
        <w:t>ử</w:t>
      </w:r>
      <w:r w:rsidRPr="00DD455B">
        <w:rPr>
          <w:rFonts w:ascii="Times New Roman" w:hAnsi="Times New Roman" w:cs="Times New Roman"/>
          <w:sz w:val="28"/>
          <w:szCs w:val="28"/>
        </w:rPr>
        <w:t>a ch</w:t>
      </w:r>
      <w:r w:rsidRPr="00DD455B">
        <w:rPr>
          <w:rFonts w:ascii="Times New Roman" w:hAnsi="Times New Roman" w:cs="Times New Roman"/>
          <w:sz w:val="28"/>
          <w:szCs w:val="28"/>
        </w:rPr>
        <w:t>ữ</w:t>
      </w:r>
      <w:r w:rsidRPr="00DD455B">
        <w:rPr>
          <w:rFonts w:ascii="Times New Roman" w:hAnsi="Times New Roman" w:cs="Times New Roman"/>
          <w:sz w:val="28"/>
          <w:szCs w:val="28"/>
        </w:rPr>
        <w:t>a máy móc xây d</w:t>
      </w:r>
      <w:r w:rsidRPr="00DD455B">
        <w:rPr>
          <w:rFonts w:ascii="Times New Roman" w:hAnsi="Times New Roman" w:cs="Times New Roman"/>
          <w:sz w:val="28"/>
          <w:szCs w:val="28"/>
        </w:rPr>
        <w:t>ự</w:t>
      </w:r>
      <w:r w:rsidRPr="00DD455B">
        <w:rPr>
          <w:rFonts w:ascii="Times New Roman" w:hAnsi="Times New Roman" w:cs="Times New Roman"/>
          <w:sz w:val="28"/>
          <w:szCs w:val="28"/>
        </w:rPr>
        <w:t>ng, h</w:t>
      </w:r>
      <w:r w:rsidRPr="00DD455B">
        <w:rPr>
          <w:rFonts w:ascii="Times New Roman" w:hAnsi="Times New Roman" w:cs="Times New Roman"/>
          <w:sz w:val="28"/>
          <w:szCs w:val="28"/>
        </w:rPr>
        <w:t>ệ</w:t>
      </w:r>
      <w:r w:rsidRPr="00DD455B">
        <w:rPr>
          <w:rFonts w:ascii="Times New Roman" w:hAnsi="Times New Roman" w:cs="Times New Roman"/>
          <w:sz w:val="28"/>
          <w:szCs w:val="28"/>
        </w:rPr>
        <w:t xml:space="preserve"> th</w:t>
      </w:r>
      <w:r w:rsidRPr="00DD455B">
        <w:rPr>
          <w:rFonts w:ascii="Times New Roman" w:hAnsi="Times New Roman" w:cs="Times New Roman"/>
          <w:sz w:val="28"/>
          <w:szCs w:val="28"/>
        </w:rPr>
        <w:t>ố</w:t>
      </w:r>
      <w:r w:rsidRPr="00DD455B">
        <w:rPr>
          <w:rFonts w:ascii="Times New Roman" w:hAnsi="Times New Roman" w:cs="Times New Roman"/>
          <w:sz w:val="28"/>
          <w:szCs w:val="28"/>
        </w:rPr>
        <w:t>ng đi</w:t>
      </w:r>
      <w:r w:rsidRPr="00DD455B">
        <w:rPr>
          <w:rFonts w:ascii="Times New Roman" w:hAnsi="Times New Roman" w:cs="Times New Roman"/>
          <w:sz w:val="28"/>
          <w:szCs w:val="28"/>
        </w:rPr>
        <w:t>ệ</w:t>
      </w:r>
      <w:r w:rsidRPr="00DD455B">
        <w:rPr>
          <w:rFonts w:ascii="Times New Roman" w:hAnsi="Times New Roman" w:cs="Times New Roman"/>
          <w:sz w:val="28"/>
          <w:szCs w:val="28"/>
        </w:rPr>
        <w:t>n s</w:t>
      </w:r>
      <w:r w:rsidRPr="00DD455B">
        <w:rPr>
          <w:rFonts w:ascii="Times New Roman" w:hAnsi="Times New Roman" w:cs="Times New Roman"/>
          <w:sz w:val="28"/>
          <w:szCs w:val="28"/>
        </w:rPr>
        <w:t>ả</w:t>
      </w:r>
      <w:r w:rsidRPr="00DD455B">
        <w:rPr>
          <w:rFonts w:ascii="Times New Roman" w:hAnsi="Times New Roman" w:cs="Times New Roman"/>
          <w:sz w:val="28"/>
          <w:szCs w:val="28"/>
        </w:rPr>
        <w:t>n xu</w:t>
      </w:r>
      <w:r w:rsidRPr="00DD455B">
        <w:rPr>
          <w:rFonts w:ascii="Times New Roman" w:hAnsi="Times New Roman" w:cs="Times New Roman"/>
          <w:sz w:val="28"/>
          <w:szCs w:val="28"/>
        </w:rPr>
        <w:t>ấ</w:t>
      </w:r>
      <w:r w:rsidRPr="00DD455B">
        <w:rPr>
          <w:rFonts w:ascii="Times New Roman" w:hAnsi="Times New Roman" w:cs="Times New Roman"/>
          <w:sz w:val="28"/>
          <w:szCs w:val="28"/>
        </w:rPr>
        <w:t>t</w:t>
      </w:r>
    </w:p>
    <w:p w:rsidR="000E30B8" w:rsidRPr="00DD455B" w:rsidRDefault="00DD455B" w:rsidP="00DD455B">
      <w:pPr>
        <w:pStyle w:val="Heading3"/>
        <w:rPr>
          <w:rFonts w:ascii="Times New Roman" w:hAnsi="Times New Roman" w:cs="Times New Roman"/>
          <w:color w:val="auto"/>
          <w:sz w:val="28"/>
          <w:szCs w:val="28"/>
        </w:rPr>
      </w:pPr>
      <w:r w:rsidRPr="00DD455B">
        <w:rPr>
          <w:rFonts w:ascii="Times New Roman" w:hAnsi="Times New Roman" w:cs="Times New Roman"/>
          <w:color w:val="auto"/>
          <w:sz w:val="28"/>
          <w:szCs w:val="28"/>
        </w:rPr>
        <w:t>1. Mô t</w:t>
      </w:r>
      <w:r w:rsidRPr="00DD455B">
        <w:rPr>
          <w:rFonts w:ascii="Times New Roman" w:hAnsi="Times New Roman" w:cs="Times New Roman"/>
          <w:color w:val="auto"/>
          <w:sz w:val="28"/>
          <w:szCs w:val="28"/>
        </w:rPr>
        <w:t>ả</w:t>
      </w:r>
      <w:r w:rsidRPr="00DD455B">
        <w:rPr>
          <w:rFonts w:ascii="Times New Roman" w:hAnsi="Times New Roman" w:cs="Times New Roman"/>
          <w:color w:val="auto"/>
          <w:sz w:val="28"/>
          <w:szCs w:val="28"/>
        </w:rPr>
        <w:t xml:space="preserve"> công vi</w:t>
      </w:r>
      <w:r w:rsidRPr="00DD455B">
        <w:rPr>
          <w:rFonts w:ascii="Times New Roman" w:hAnsi="Times New Roman" w:cs="Times New Roman"/>
          <w:color w:val="auto"/>
          <w:sz w:val="28"/>
          <w:szCs w:val="28"/>
        </w:rPr>
        <w:t>ệ</w:t>
      </w:r>
      <w:r w:rsidRPr="00DD455B">
        <w:rPr>
          <w:rFonts w:ascii="Times New Roman" w:hAnsi="Times New Roman" w:cs="Times New Roman"/>
          <w:color w:val="auto"/>
          <w:sz w:val="28"/>
          <w:szCs w:val="28"/>
        </w:rPr>
        <w:t>c:</w:t>
      </w:r>
    </w:p>
    <w:p w:rsidR="000E30B8" w:rsidRPr="00DD455B" w:rsidRDefault="00DD455B" w:rsidP="00DD455B">
      <w:pPr>
        <w:rPr>
          <w:rFonts w:ascii="Times New Roman" w:hAnsi="Times New Roman" w:cs="Times New Roman"/>
          <w:sz w:val="28"/>
          <w:szCs w:val="28"/>
        </w:rPr>
      </w:pPr>
      <w:r w:rsidRPr="00DD455B">
        <w:rPr>
          <w:rFonts w:ascii="Times New Roman" w:hAnsi="Times New Roman" w:cs="Times New Roman"/>
          <w:sz w:val="28"/>
          <w:szCs w:val="28"/>
        </w:rPr>
        <w:t>- V</w:t>
      </w:r>
      <w:r w:rsidRPr="00DD455B">
        <w:rPr>
          <w:rFonts w:ascii="Times New Roman" w:hAnsi="Times New Roman" w:cs="Times New Roman"/>
          <w:sz w:val="28"/>
          <w:szCs w:val="28"/>
        </w:rPr>
        <w:t>ậ</w:t>
      </w:r>
      <w:r w:rsidRPr="00DD455B">
        <w:rPr>
          <w:rFonts w:ascii="Times New Roman" w:hAnsi="Times New Roman" w:cs="Times New Roman"/>
          <w:sz w:val="28"/>
          <w:szCs w:val="28"/>
        </w:rPr>
        <w:t>n hành, theo dõi và ki</w:t>
      </w:r>
      <w:r w:rsidRPr="00DD455B">
        <w:rPr>
          <w:rFonts w:ascii="Times New Roman" w:hAnsi="Times New Roman" w:cs="Times New Roman"/>
          <w:sz w:val="28"/>
          <w:szCs w:val="28"/>
        </w:rPr>
        <w:t>ể</w:t>
      </w:r>
      <w:r w:rsidRPr="00DD455B">
        <w:rPr>
          <w:rFonts w:ascii="Times New Roman" w:hAnsi="Times New Roman" w:cs="Times New Roman"/>
          <w:sz w:val="28"/>
          <w:szCs w:val="28"/>
        </w:rPr>
        <w:t>m tra tình tr</w:t>
      </w:r>
      <w:r w:rsidRPr="00DD455B">
        <w:rPr>
          <w:rFonts w:ascii="Times New Roman" w:hAnsi="Times New Roman" w:cs="Times New Roman"/>
          <w:sz w:val="28"/>
          <w:szCs w:val="28"/>
        </w:rPr>
        <w:t>ạ</w:t>
      </w:r>
      <w:r w:rsidRPr="00DD455B">
        <w:rPr>
          <w:rFonts w:ascii="Times New Roman" w:hAnsi="Times New Roman" w:cs="Times New Roman"/>
          <w:sz w:val="28"/>
          <w:szCs w:val="28"/>
        </w:rPr>
        <w:t>ng ho</w:t>
      </w:r>
      <w:r w:rsidRPr="00DD455B">
        <w:rPr>
          <w:rFonts w:ascii="Times New Roman" w:hAnsi="Times New Roman" w:cs="Times New Roman"/>
          <w:sz w:val="28"/>
          <w:szCs w:val="28"/>
        </w:rPr>
        <w:t>ạ</w:t>
      </w:r>
      <w:r w:rsidRPr="00DD455B">
        <w:rPr>
          <w:rFonts w:ascii="Times New Roman" w:hAnsi="Times New Roman" w:cs="Times New Roman"/>
          <w:sz w:val="28"/>
          <w:szCs w:val="28"/>
        </w:rPr>
        <w:t>t đ</w:t>
      </w:r>
      <w:r w:rsidRPr="00DD455B">
        <w:rPr>
          <w:rFonts w:ascii="Times New Roman" w:hAnsi="Times New Roman" w:cs="Times New Roman"/>
          <w:sz w:val="28"/>
          <w:szCs w:val="28"/>
        </w:rPr>
        <w:t>ộ</w:t>
      </w:r>
      <w:r w:rsidRPr="00DD455B">
        <w:rPr>
          <w:rFonts w:ascii="Times New Roman" w:hAnsi="Times New Roman" w:cs="Times New Roman"/>
          <w:sz w:val="28"/>
          <w:szCs w:val="28"/>
        </w:rPr>
        <w:t>ng c</w:t>
      </w:r>
      <w:r w:rsidRPr="00DD455B">
        <w:rPr>
          <w:rFonts w:ascii="Times New Roman" w:hAnsi="Times New Roman" w:cs="Times New Roman"/>
          <w:sz w:val="28"/>
          <w:szCs w:val="28"/>
        </w:rPr>
        <w:t>ủ</w:t>
      </w:r>
      <w:r w:rsidRPr="00DD455B">
        <w:rPr>
          <w:rFonts w:ascii="Times New Roman" w:hAnsi="Times New Roman" w:cs="Times New Roman"/>
          <w:sz w:val="28"/>
          <w:szCs w:val="28"/>
        </w:rPr>
        <w:t xml:space="preserve">a máy móc xây </w:t>
      </w:r>
      <w:bookmarkStart w:id="0" w:name="_GoBack"/>
      <w:bookmarkEnd w:id="0"/>
      <w:r w:rsidRPr="00DD455B">
        <w:rPr>
          <w:rFonts w:ascii="Times New Roman" w:hAnsi="Times New Roman" w:cs="Times New Roman"/>
          <w:sz w:val="28"/>
          <w:szCs w:val="28"/>
        </w:rPr>
        <w:t>d</w:t>
      </w:r>
      <w:r w:rsidRPr="00DD455B">
        <w:rPr>
          <w:rFonts w:ascii="Times New Roman" w:hAnsi="Times New Roman" w:cs="Times New Roman"/>
          <w:sz w:val="28"/>
          <w:szCs w:val="28"/>
        </w:rPr>
        <w:t>ự</w:t>
      </w:r>
      <w:r w:rsidRPr="00DD455B">
        <w:rPr>
          <w:rFonts w:ascii="Times New Roman" w:hAnsi="Times New Roman" w:cs="Times New Roman"/>
          <w:sz w:val="28"/>
          <w:szCs w:val="28"/>
        </w:rPr>
        <w:t>ng, h</w:t>
      </w:r>
      <w:r w:rsidRPr="00DD455B">
        <w:rPr>
          <w:rFonts w:ascii="Times New Roman" w:hAnsi="Times New Roman" w:cs="Times New Roman"/>
          <w:sz w:val="28"/>
          <w:szCs w:val="28"/>
        </w:rPr>
        <w:t>ệ</w:t>
      </w:r>
      <w:r w:rsidRPr="00DD455B">
        <w:rPr>
          <w:rFonts w:ascii="Times New Roman" w:hAnsi="Times New Roman" w:cs="Times New Roman"/>
          <w:sz w:val="28"/>
          <w:szCs w:val="28"/>
        </w:rPr>
        <w:t xml:space="preserve"> th</w:t>
      </w:r>
      <w:r w:rsidRPr="00DD455B">
        <w:rPr>
          <w:rFonts w:ascii="Times New Roman" w:hAnsi="Times New Roman" w:cs="Times New Roman"/>
          <w:sz w:val="28"/>
          <w:szCs w:val="28"/>
        </w:rPr>
        <w:t>ố</w:t>
      </w:r>
      <w:r w:rsidRPr="00DD455B">
        <w:rPr>
          <w:rFonts w:ascii="Times New Roman" w:hAnsi="Times New Roman" w:cs="Times New Roman"/>
          <w:sz w:val="28"/>
          <w:szCs w:val="28"/>
        </w:rPr>
        <w:t>ng đi</w:t>
      </w:r>
      <w:r w:rsidRPr="00DD455B">
        <w:rPr>
          <w:rFonts w:ascii="Times New Roman" w:hAnsi="Times New Roman" w:cs="Times New Roman"/>
          <w:sz w:val="28"/>
          <w:szCs w:val="28"/>
        </w:rPr>
        <w:t>ệ</w:t>
      </w:r>
      <w:r w:rsidRPr="00DD455B">
        <w:rPr>
          <w:rFonts w:ascii="Times New Roman" w:hAnsi="Times New Roman" w:cs="Times New Roman"/>
          <w:sz w:val="28"/>
          <w:szCs w:val="28"/>
        </w:rPr>
        <w:t>n trong nhà xư</w:t>
      </w:r>
      <w:r w:rsidRPr="00DD455B">
        <w:rPr>
          <w:rFonts w:ascii="Times New Roman" w:hAnsi="Times New Roman" w:cs="Times New Roman"/>
          <w:sz w:val="28"/>
          <w:szCs w:val="28"/>
        </w:rPr>
        <w:t>ở</w:t>
      </w:r>
      <w:r w:rsidRPr="00DD455B">
        <w:rPr>
          <w:rFonts w:ascii="Times New Roman" w:hAnsi="Times New Roman" w:cs="Times New Roman"/>
          <w:sz w:val="28"/>
          <w:szCs w:val="28"/>
        </w:rPr>
        <w:t>ng/s</w:t>
      </w:r>
      <w:r w:rsidRPr="00DD455B">
        <w:rPr>
          <w:rFonts w:ascii="Times New Roman" w:hAnsi="Times New Roman" w:cs="Times New Roman"/>
          <w:sz w:val="28"/>
          <w:szCs w:val="28"/>
        </w:rPr>
        <w:t>ả</w:t>
      </w:r>
      <w:r w:rsidRPr="00DD455B">
        <w:rPr>
          <w:rFonts w:ascii="Times New Roman" w:hAnsi="Times New Roman" w:cs="Times New Roman"/>
          <w:sz w:val="28"/>
          <w:szCs w:val="28"/>
        </w:rPr>
        <w:t xml:space="preserve">n </w:t>
      </w:r>
      <w:r w:rsidRPr="00DD455B">
        <w:rPr>
          <w:rFonts w:ascii="Times New Roman" w:hAnsi="Times New Roman" w:cs="Times New Roman"/>
          <w:sz w:val="28"/>
          <w:szCs w:val="28"/>
        </w:rPr>
        <w:t>xu</w:t>
      </w:r>
      <w:r w:rsidRPr="00DD455B">
        <w:rPr>
          <w:rFonts w:ascii="Times New Roman" w:hAnsi="Times New Roman" w:cs="Times New Roman"/>
          <w:sz w:val="28"/>
          <w:szCs w:val="28"/>
        </w:rPr>
        <w:t>ấ</w:t>
      </w:r>
      <w:r w:rsidRPr="00DD455B">
        <w:rPr>
          <w:rFonts w:ascii="Times New Roman" w:hAnsi="Times New Roman" w:cs="Times New Roman"/>
          <w:sz w:val="28"/>
          <w:szCs w:val="28"/>
        </w:rPr>
        <w:t>t.</w:t>
      </w:r>
      <w:r w:rsidRPr="00DD455B">
        <w:rPr>
          <w:rFonts w:ascii="Times New Roman" w:hAnsi="Times New Roman" w:cs="Times New Roman"/>
          <w:sz w:val="28"/>
          <w:szCs w:val="28"/>
        </w:rPr>
        <w:br/>
        <w:t>- Th</w:t>
      </w:r>
      <w:r w:rsidRPr="00DD455B">
        <w:rPr>
          <w:rFonts w:ascii="Times New Roman" w:hAnsi="Times New Roman" w:cs="Times New Roman"/>
          <w:sz w:val="28"/>
          <w:szCs w:val="28"/>
        </w:rPr>
        <w:t>ự</w:t>
      </w:r>
      <w:r w:rsidRPr="00DD455B">
        <w:rPr>
          <w:rFonts w:ascii="Times New Roman" w:hAnsi="Times New Roman" w:cs="Times New Roman"/>
          <w:sz w:val="28"/>
          <w:szCs w:val="28"/>
        </w:rPr>
        <w:t>c hi</w:t>
      </w:r>
      <w:r w:rsidRPr="00DD455B">
        <w:rPr>
          <w:rFonts w:ascii="Times New Roman" w:hAnsi="Times New Roman" w:cs="Times New Roman"/>
          <w:sz w:val="28"/>
          <w:szCs w:val="28"/>
        </w:rPr>
        <w:t>ệ</w:t>
      </w:r>
      <w:r w:rsidRPr="00DD455B">
        <w:rPr>
          <w:rFonts w:ascii="Times New Roman" w:hAnsi="Times New Roman" w:cs="Times New Roman"/>
          <w:sz w:val="28"/>
          <w:szCs w:val="28"/>
        </w:rPr>
        <w:t>n b</w:t>
      </w:r>
      <w:r w:rsidRPr="00DD455B">
        <w:rPr>
          <w:rFonts w:ascii="Times New Roman" w:hAnsi="Times New Roman" w:cs="Times New Roman"/>
          <w:sz w:val="28"/>
          <w:szCs w:val="28"/>
        </w:rPr>
        <w:t>ả</w:t>
      </w:r>
      <w:r w:rsidRPr="00DD455B">
        <w:rPr>
          <w:rFonts w:ascii="Times New Roman" w:hAnsi="Times New Roman" w:cs="Times New Roman"/>
          <w:sz w:val="28"/>
          <w:szCs w:val="28"/>
        </w:rPr>
        <w:t>o dư</w:t>
      </w:r>
      <w:r w:rsidRPr="00DD455B">
        <w:rPr>
          <w:rFonts w:ascii="Times New Roman" w:hAnsi="Times New Roman" w:cs="Times New Roman"/>
          <w:sz w:val="28"/>
          <w:szCs w:val="28"/>
        </w:rPr>
        <w:t>ỡ</w:t>
      </w:r>
      <w:r w:rsidRPr="00DD455B">
        <w:rPr>
          <w:rFonts w:ascii="Times New Roman" w:hAnsi="Times New Roman" w:cs="Times New Roman"/>
          <w:sz w:val="28"/>
          <w:szCs w:val="28"/>
        </w:rPr>
        <w:t>ng đ</w:t>
      </w:r>
      <w:r w:rsidRPr="00DD455B">
        <w:rPr>
          <w:rFonts w:ascii="Times New Roman" w:hAnsi="Times New Roman" w:cs="Times New Roman"/>
          <w:sz w:val="28"/>
          <w:szCs w:val="28"/>
        </w:rPr>
        <w:t>ị</w:t>
      </w:r>
      <w:r w:rsidRPr="00DD455B">
        <w:rPr>
          <w:rFonts w:ascii="Times New Roman" w:hAnsi="Times New Roman" w:cs="Times New Roman"/>
          <w:sz w:val="28"/>
          <w:szCs w:val="28"/>
        </w:rPr>
        <w:t>nh k</w:t>
      </w:r>
      <w:r w:rsidRPr="00DD455B">
        <w:rPr>
          <w:rFonts w:ascii="Times New Roman" w:hAnsi="Times New Roman" w:cs="Times New Roman"/>
          <w:sz w:val="28"/>
          <w:szCs w:val="28"/>
        </w:rPr>
        <w:t>ỳ</w:t>
      </w:r>
      <w:r w:rsidRPr="00DD455B">
        <w:rPr>
          <w:rFonts w:ascii="Times New Roman" w:hAnsi="Times New Roman" w:cs="Times New Roman"/>
          <w:sz w:val="28"/>
          <w:szCs w:val="28"/>
        </w:rPr>
        <w:t>, s</w:t>
      </w:r>
      <w:r w:rsidRPr="00DD455B">
        <w:rPr>
          <w:rFonts w:ascii="Times New Roman" w:hAnsi="Times New Roman" w:cs="Times New Roman"/>
          <w:sz w:val="28"/>
          <w:szCs w:val="28"/>
        </w:rPr>
        <w:t>ử</w:t>
      </w:r>
      <w:r w:rsidRPr="00DD455B">
        <w:rPr>
          <w:rFonts w:ascii="Times New Roman" w:hAnsi="Times New Roman" w:cs="Times New Roman"/>
          <w:sz w:val="28"/>
          <w:szCs w:val="28"/>
        </w:rPr>
        <w:t>a ch</w:t>
      </w:r>
      <w:r w:rsidRPr="00DD455B">
        <w:rPr>
          <w:rFonts w:ascii="Times New Roman" w:hAnsi="Times New Roman" w:cs="Times New Roman"/>
          <w:sz w:val="28"/>
          <w:szCs w:val="28"/>
        </w:rPr>
        <w:t>ữ</w:t>
      </w:r>
      <w:r w:rsidRPr="00DD455B">
        <w:rPr>
          <w:rFonts w:ascii="Times New Roman" w:hAnsi="Times New Roman" w:cs="Times New Roman"/>
          <w:sz w:val="28"/>
          <w:szCs w:val="28"/>
        </w:rPr>
        <w:t>a khi có s</w:t>
      </w:r>
      <w:r w:rsidRPr="00DD455B">
        <w:rPr>
          <w:rFonts w:ascii="Times New Roman" w:hAnsi="Times New Roman" w:cs="Times New Roman"/>
          <w:sz w:val="28"/>
          <w:szCs w:val="28"/>
        </w:rPr>
        <w:t>ự</w:t>
      </w:r>
      <w:r w:rsidRPr="00DD455B">
        <w:rPr>
          <w:rFonts w:ascii="Times New Roman" w:hAnsi="Times New Roman" w:cs="Times New Roman"/>
          <w:sz w:val="28"/>
          <w:szCs w:val="28"/>
        </w:rPr>
        <w:t xml:space="preserve"> c</w:t>
      </w:r>
      <w:r w:rsidRPr="00DD455B">
        <w:rPr>
          <w:rFonts w:ascii="Times New Roman" w:hAnsi="Times New Roman" w:cs="Times New Roman"/>
          <w:sz w:val="28"/>
          <w:szCs w:val="28"/>
        </w:rPr>
        <w:t>ố</w:t>
      </w:r>
      <w:r w:rsidRPr="00DD455B">
        <w:rPr>
          <w:rFonts w:ascii="Times New Roman" w:hAnsi="Times New Roman" w:cs="Times New Roman"/>
          <w:sz w:val="28"/>
          <w:szCs w:val="28"/>
        </w:rPr>
        <w:t xml:space="preserve"> k</w:t>
      </w:r>
      <w:r w:rsidRPr="00DD455B">
        <w:rPr>
          <w:rFonts w:ascii="Times New Roman" w:hAnsi="Times New Roman" w:cs="Times New Roman"/>
          <w:sz w:val="28"/>
          <w:szCs w:val="28"/>
        </w:rPr>
        <w:t>ỹ</w:t>
      </w:r>
      <w:r w:rsidRPr="00DD455B">
        <w:rPr>
          <w:rFonts w:ascii="Times New Roman" w:hAnsi="Times New Roman" w:cs="Times New Roman"/>
          <w:sz w:val="28"/>
          <w:szCs w:val="28"/>
        </w:rPr>
        <w:t xml:space="preserve"> thu</w:t>
      </w:r>
      <w:r w:rsidRPr="00DD455B">
        <w:rPr>
          <w:rFonts w:ascii="Times New Roman" w:hAnsi="Times New Roman" w:cs="Times New Roman"/>
          <w:sz w:val="28"/>
          <w:szCs w:val="28"/>
        </w:rPr>
        <w:t>ậ</w:t>
      </w:r>
      <w:r w:rsidRPr="00DD455B">
        <w:rPr>
          <w:rFonts w:ascii="Times New Roman" w:hAnsi="Times New Roman" w:cs="Times New Roman"/>
          <w:sz w:val="28"/>
          <w:szCs w:val="28"/>
        </w:rPr>
        <w:t>t.</w:t>
      </w:r>
      <w:r w:rsidRPr="00DD455B">
        <w:rPr>
          <w:rFonts w:ascii="Times New Roman" w:hAnsi="Times New Roman" w:cs="Times New Roman"/>
          <w:sz w:val="28"/>
          <w:szCs w:val="28"/>
        </w:rPr>
        <w:br/>
        <w:t>- Đ</w:t>
      </w:r>
      <w:r w:rsidRPr="00DD455B">
        <w:rPr>
          <w:rFonts w:ascii="Times New Roman" w:hAnsi="Times New Roman" w:cs="Times New Roman"/>
          <w:sz w:val="28"/>
          <w:szCs w:val="28"/>
        </w:rPr>
        <w:t>ả</w:t>
      </w:r>
      <w:r w:rsidRPr="00DD455B">
        <w:rPr>
          <w:rFonts w:ascii="Times New Roman" w:hAnsi="Times New Roman" w:cs="Times New Roman"/>
          <w:sz w:val="28"/>
          <w:szCs w:val="28"/>
        </w:rPr>
        <w:t>m b</w:t>
      </w:r>
      <w:r w:rsidRPr="00DD455B">
        <w:rPr>
          <w:rFonts w:ascii="Times New Roman" w:hAnsi="Times New Roman" w:cs="Times New Roman"/>
          <w:sz w:val="28"/>
          <w:szCs w:val="28"/>
        </w:rPr>
        <w:t>ả</w:t>
      </w:r>
      <w:r w:rsidRPr="00DD455B">
        <w:rPr>
          <w:rFonts w:ascii="Times New Roman" w:hAnsi="Times New Roman" w:cs="Times New Roman"/>
          <w:sz w:val="28"/>
          <w:szCs w:val="28"/>
        </w:rPr>
        <w:t>o an toàn trong quá trình v</w:t>
      </w:r>
      <w:r w:rsidRPr="00DD455B">
        <w:rPr>
          <w:rFonts w:ascii="Times New Roman" w:hAnsi="Times New Roman" w:cs="Times New Roman"/>
          <w:sz w:val="28"/>
          <w:szCs w:val="28"/>
        </w:rPr>
        <w:t>ậ</w:t>
      </w:r>
      <w:r w:rsidRPr="00DD455B">
        <w:rPr>
          <w:rFonts w:ascii="Times New Roman" w:hAnsi="Times New Roman" w:cs="Times New Roman"/>
          <w:sz w:val="28"/>
          <w:szCs w:val="28"/>
        </w:rPr>
        <w:t>n hành, s</w:t>
      </w:r>
      <w:r w:rsidRPr="00DD455B">
        <w:rPr>
          <w:rFonts w:ascii="Times New Roman" w:hAnsi="Times New Roman" w:cs="Times New Roman"/>
          <w:sz w:val="28"/>
          <w:szCs w:val="28"/>
        </w:rPr>
        <w:t>ử</w:t>
      </w:r>
      <w:r w:rsidRPr="00DD455B">
        <w:rPr>
          <w:rFonts w:ascii="Times New Roman" w:hAnsi="Times New Roman" w:cs="Times New Roman"/>
          <w:sz w:val="28"/>
          <w:szCs w:val="28"/>
        </w:rPr>
        <w:t>a ch</w:t>
      </w:r>
      <w:r w:rsidRPr="00DD455B">
        <w:rPr>
          <w:rFonts w:ascii="Times New Roman" w:hAnsi="Times New Roman" w:cs="Times New Roman"/>
          <w:sz w:val="28"/>
          <w:szCs w:val="28"/>
        </w:rPr>
        <w:t>ữ</w:t>
      </w:r>
      <w:r w:rsidRPr="00DD455B">
        <w:rPr>
          <w:rFonts w:ascii="Times New Roman" w:hAnsi="Times New Roman" w:cs="Times New Roman"/>
          <w:sz w:val="28"/>
          <w:szCs w:val="28"/>
        </w:rPr>
        <w:t>a.</w:t>
      </w:r>
      <w:r w:rsidRPr="00DD455B">
        <w:rPr>
          <w:rFonts w:ascii="Times New Roman" w:hAnsi="Times New Roman" w:cs="Times New Roman"/>
          <w:sz w:val="28"/>
          <w:szCs w:val="28"/>
        </w:rPr>
        <w:br/>
        <w:t>- H</w:t>
      </w:r>
      <w:r w:rsidRPr="00DD455B">
        <w:rPr>
          <w:rFonts w:ascii="Times New Roman" w:hAnsi="Times New Roman" w:cs="Times New Roman"/>
          <w:sz w:val="28"/>
          <w:szCs w:val="28"/>
        </w:rPr>
        <w:t>ỗ</w:t>
      </w:r>
      <w:r w:rsidRPr="00DD455B">
        <w:rPr>
          <w:rFonts w:ascii="Times New Roman" w:hAnsi="Times New Roman" w:cs="Times New Roman"/>
          <w:sz w:val="28"/>
          <w:szCs w:val="28"/>
        </w:rPr>
        <w:t xml:space="preserve"> tr</w:t>
      </w:r>
      <w:r w:rsidRPr="00DD455B">
        <w:rPr>
          <w:rFonts w:ascii="Times New Roman" w:hAnsi="Times New Roman" w:cs="Times New Roman"/>
          <w:sz w:val="28"/>
          <w:szCs w:val="28"/>
        </w:rPr>
        <w:t>ợ</w:t>
      </w:r>
      <w:r w:rsidRPr="00DD455B">
        <w:rPr>
          <w:rFonts w:ascii="Times New Roman" w:hAnsi="Times New Roman" w:cs="Times New Roman"/>
          <w:sz w:val="28"/>
          <w:szCs w:val="28"/>
        </w:rPr>
        <w:t xml:space="preserve"> các công vi</w:t>
      </w:r>
      <w:r w:rsidRPr="00DD455B">
        <w:rPr>
          <w:rFonts w:ascii="Times New Roman" w:hAnsi="Times New Roman" w:cs="Times New Roman"/>
          <w:sz w:val="28"/>
          <w:szCs w:val="28"/>
        </w:rPr>
        <w:t>ệ</w:t>
      </w:r>
      <w:r w:rsidRPr="00DD455B">
        <w:rPr>
          <w:rFonts w:ascii="Times New Roman" w:hAnsi="Times New Roman" w:cs="Times New Roman"/>
          <w:sz w:val="28"/>
          <w:szCs w:val="28"/>
        </w:rPr>
        <w:t>c k</w:t>
      </w:r>
      <w:r w:rsidRPr="00DD455B">
        <w:rPr>
          <w:rFonts w:ascii="Times New Roman" w:hAnsi="Times New Roman" w:cs="Times New Roman"/>
          <w:sz w:val="28"/>
          <w:szCs w:val="28"/>
        </w:rPr>
        <w:t>ỹ</w:t>
      </w:r>
      <w:r w:rsidRPr="00DD455B">
        <w:rPr>
          <w:rFonts w:ascii="Times New Roman" w:hAnsi="Times New Roman" w:cs="Times New Roman"/>
          <w:sz w:val="28"/>
          <w:szCs w:val="28"/>
        </w:rPr>
        <w:t xml:space="preserve"> thu</w:t>
      </w:r>
      <w:r w:rsidRPr="00DD455B">
        <w:rPr>
          <w:rFonts w:ascii="Times New Roman" w:hAnsi="Times New Roman" w:cs="Times New Roman"/>
          <w:sz w:val="28"/>
          <w:szCs w:val="28"/>
        </w:rPr>
        <w:t>ậ</w:t>
      </w:r>
      <w:r w:rsidRPr="00DD455B">
        <w:rPr>
          <w:rFonts w:ascii="Times New Roman" w:hAnsi="Times New Roman" w:cs="Times New Roman"/>
          <w:sz w:val="28"/>
          <w:szCs w:val="28"/>
        </w:rPr>
        <w:t>t khác theo phân công.</w:t>
      </w:r>
    </w:p>
    <w:p w:rsidR="000E30B8" w:rsidRPr="00DD455B" w:rsidRDefault="00DD455B" w:rsidP="00DD455B">
      <w:pPr>
        <w:pStyle w:val="Heading3"/>
        <w:rPr>
          <w:rFonts w:ascii="Times New Roman" w:hAnsi="Times New Roman" w:cs="Times New Roman"/>
          <w:color w:val="auto"/>
          <w:sz w:val="28"/>
          <w:szCs w:val="28"/>
        </w:rPr>
      </w:pPr>
      <w:r w:rsidRPr="00DD455B">
        <w:rPr>
          <w:rFonts w:ascii="Times New Roman" w:hAnsi="Times New Roman" w:cs="Times New Roman"/>
          <w:color w:val="auto"/>
          <w:sz w:val="28"/>
          <w:szCs w:val="28"/>
        </w:rPr>
        <w:t>2. Yêu c</w:t>
      </w:r>
      <w:r w:rsidRPr="00DD455B">
        <w:rPr>
          <w:rFonts w:ascii="Times New Roman" w:hAnsi="Times New Roman" w:cs="Times New Roman"/>
          <w:color w:val="auto"/>
          <w:sz w:val="28"/>
          <w:szCs w:val="28"/>
        </w:rPr>
        <w:t>ầ</w:t>
      </w:r>
      <w:r w:rsidRPr="00DD455B">
        <w:rPr>
          <w:rFonts w:ascii="Times New Roman" w:hAnsi="Times New Roman" w:cs="Times New Roman"/>
          <w:color w:val="auto"/>
          <w:sz w:val="28"/>
          <w:szCs w:val="28"/>
        </w:rPr>
        <w:t>u:</w:t>
      </w:r>
    </w:p>
    <w:p w:rsidR="000E30B8" w:rsidRPr="00DD455B" w:rsidRDefault="00DD455B" w:rsidP="00DD455B">
      <w:pPr>
        <w:rPr>
          <w:rFonts w:ascii="Times New Roman" w:hAnsi="Times New Roman" w:cs="Times New Roman"/>
          <w:sz w:val="28"/>
          <w:szCs w:val="28"/>
        </w:rPr>
      </w:pPr>
      <w:r w:rsidRPr="00DD455B">
        <w:rPr>
          <w:rFonts w:ascii="Times New Roman" w:hAnsi="Times New Roman" w:cs="Times New Roman"/>
          <w:sz w:val="28"/>
          <w:szCs w:val="28"/>
        </w:rPr>
        <w:t>- Nam, đ</w:t>
      </w:r>
      <w:r w:rsidRPr="00DD455B">
        <w:rPr>
          <w:rFonts w:ascii="Times New Roman" w:hAnsi="Times New Roman" w:cs="Times New Roman"/>
          <w:sz w:val="28"/>
          <w:szCs w:val="28"/>
        </w:rPr>
        <w:t>ộ</w:t>
      </w:r>
      <w:r w:rsidRPr="00DD455B">
        <w:rPr>
          <w:rFonts w:ascii="Times New Roman" w:hAnsi="Times New Roman" w:cs="Times New Roman"/>
          <w:sz w:val="28"/>
          <w:szCs w:val="28"/>
        </w:rPr>
        <w:t xml:space="preserve"> tu</w:t>
      </w:r>
      <w:r w:rsidRPr="00DD455B">
        <w:rPr>
          <w:rFonts w:ascii="Times New Roman" w:hAnsi="Times New Roman" w:cs="Times New Roman"/>
          <w:sz w:val="28"/>
          <w:szCs w:val="28"/>
        </w:rPr>
        <w:t>ổ</w:t>
      </w:r>
      <w:r w:rsidRPr="00DD455B">
        <w:rPr>
          <w:rFonts w:ascii="Times New Roman" w:hAnsi="Times New Roman" w:cs="Times New Roman"/>
          <w:sz w:val="28"/>
          <w:szCs w:val="28"/>
        </w:rPr>
        <w:t>i t</w:t>
      </w:r>
      <w:r w:rsidRPr="00DD455B">
        <w:rPr>
          <w:rFonts w:ascii="Times New Roman" w:hAnsi="Times New Roman" w:cs="Times New Roman"/>
          <w:sz w:val="28"/>
          <w:szCs w:val="28"/>
        </w:rPr>
        <w:t>ừ</w:t>
      </w:r>
      <w:r w:rsidRPr="00DD455B">
        <w:rPr>
          <w:rFonts w:ascii="Times New Roman" w:hAnsi="Times New Roman" w:cs="Times New Roman"/>
          <w:sz w:val="28"/>
          <w:szCs w:val="28"/>
        </w:rPr>
        <w:t xml:space="preserve"> … đ</w:t>
      </w:r>
      <w:r w:rsidRPr="00DD455B">
        <w:rPr>
          <w:rFonts w:ascii="Times New Roman" w:hAnsi="Times New Roman" w:cs="Times New Roman"/>
          <w:sz w:val="28"/>
          <w:szCs w:val="28"/>
        </w:rPr>
        <w:t>ế</w:t>
      </w:r>
      <w:r w:rsidRPr="00DD455B">
        <w:rPr>
          <w:rFonts w:ascii="Times New Roman" w:hAnsi="Times New Roman" w:cs="Times New Roman"/>
          <w:sz w:val="28"/>
          <w:szCs w:val="28"/>
        </w:rPr>
        <w:t>n …</w:t>
      </w:r>
      <w:r w:rsidRPr="00DD455B">
        <w:rPr>
          <w:rFonts w:ascii="Times New Roman" w:hAnsi="Times New Roman" w:cs="Times New Roman"/>
          <w:sz w:val="28"/>
          <w:szCs w:val="28"/>
        </w:rPr>
        <w:br/>
        <w:t>- T</w:t>
      </w:r>
      <w:r w:rsidRPr="00DD455B">
        <w:rPr>
          <w:rFonts w:ascii="Times New Roman" w:hAnsi="Times New Roman" w:cs="Times New Roman"/>
          <w:sz w:val="28"/>
          <w:szCs w:val="28"/>
        </w:rPr>
        <w:t>ố</w:t>
      </w:r>
      <w:r w:rsidRPr="00DD455B">
        <w:rPr>
          <w:rFonts w:ascii="Times New Roman" w:hAnsi="Times New Roman" w:cs="Times New Roman"/>
          <w:sz w:val="28"/>
          <w:szCs w:val="28"/>
        </w:rPr>
        <w:t>t nghi</w:t>
      </w:r>
      <w:r w:rsidRPr="00DD455B">
        <w:rPr>
          <w:rFonts w:ascii="Times New Roman" w:hAnsi="Times New Roman" w:cs="Times New Roman"/>
          <w:sz w:val="28"/>
          <w:szCs w:val="28"/>
        </w:rPr>
        <w:t>ệ</w:t>
      </w:r>
      <w:r w:rsidRPr="00DD455B">
        <w:rPr>
          <w:rFonts w:ascii="Times New Roman" w:hAnsi="Times New Roman" w:cs="Times New Roman"/>
          <w:sz w:val="28"/>
          <w:szCs w:val="28"/>
        </w:rPr>
        <w:t>p trung c</w:t>
      </w:r>
      <w:r w:rsidRPr="00DD455B">
        <w:rPr>
          <w:rFonts w:ascii="Times New Roman" w:hAnsi="Times New Roman" w:cs="Times New Roman"/>
          <w:sz w:val="28"/>
          <w:szCs w:val="28"/>
        </w:rPr>
        <w:t>ấ</w:t>
      </w:r>
      <w:r w:rsidRPr="00DD455B">
        <w:rPr>
          <w:rFonts w:ascii="Times New Roman" w:hAnsi="Times New Roman" w:cs="Times New Roman"/>
          <w:sz w:val="28"/>
          <w:szCs w:val="28"/>
        </w:rPr>
        <w:t>p/cao đ</w:t>
      </w:r>
      <w:r w:rsidRPr="00DD455B">
        <w:rPr>
          <w:rFonts w:ascii="Times New Roman" w:hAnsi="Times New Roman" w:cs="Times New Roman"/>
          <w:sz w:val="28"/>
          <w:szCs w:val="28"/>
        </w:rPr>
        <w:t>ẳ</w:t>
      </w:r>
      <w:r w:rsidRPr="00DD455B">
        <w:rPr>
          <w:rFonts w:ascii="Times New Roman" w:hAnsi="Times New Roman" w:cs="Times New Roman"/>
          <w:sz w:val="28"/>
          <w:szCs w:val="28"/>
        </w:rPr>
        <w:t>ng/đ</w:t>
      </w:r>
      <w:r w:rsidRPr="00DD455B">
        <w:rPr>
          <w:rFonts w:ascii="Times New Roman" w:hAnsi="Times New Roman" w:cs="Times New Roman"/>
          <w:sz w:val="28"/>
          <w:szCs w:val="28"/>
        </w:rPr>
        <w:t>ạ</w:t>
      </w:r>
      <w:r w:rsidRPr="00DD455B">
        <w:rPr>
          <w:rFonts w:ascii="Times New Roman" w:hAnsi="Times New Roman" w:cs="Times New Roman"/>
          <w:sz w:val="28"/>
          <w:szCs w:val="28"/>
        </w:rPr>
        <w:t>i h</w:t>
      </w:r>
      <w:r w:rsidRPr="00DD455B">
        <w:rPr>
          <w:rFonts w:ascii="Times New Roman" w:hAnsi="Times New Roman" w:cs="Times New Roman"/>
          <w:sz w:val="28"/>
          <w:szCs w:val="28"/>
        </w:rPr>
        <w:t>ọ</w:t>
      </w:r>
      <w:r w:rsidRPr="00DD455B">
        <w:rPr>
          <w:rFonts w:ascii="Times New Roman" w:hAnsi="Times New Roman" w:cs="Times New Roman"/>
          <w:sz w:val="28"/>
          <w:szCs w:val="28"/>
        </w:rPr>
        <w:t>c ch</w:t>
      </w:r>
      <w:r w:rsidRPr="00DD455B">
        <w:rPr>
          <w:rFonts w:ascii="Times New Roman" w:hAnsi="Times New Roman" w:cs="Times New Roman"/>
          <w:sz w:val="28"/>
          <w:szCs w:val="28"/>
        </w:rPr>
        <w:t>uyên ngành đi</w:t>
      </w:r>
      <w:r w:rsidRPr="00DD455B">
        <w:rPr>
          <w:rFonts w:ascii="Times New Roman" w:hAnsi="Times New Roman" w:cs="Times New Roman"/>
          <w:sz w:val="28"/>
          <w:szCs w:val="28"/>
        </w:rPr>
        <w:t>ệ</w:t>
      </w:r>
      <w:r w:rsidRPr="00DD455B">
        <w:rPr>
          <w:rFonts w:ascii="Times New Roman" w:hAnsi="Times New Roman" w:cs="Times New Roman"/>
          <w:sz w:val="28"/>
          <w:szCs w:val="28"/>
        </w:rPr>
        <w:t>n, cơ khí, cơ đi</w:t>
      </w:r>
      <w:r w:rsidRPr="00DD455B">
        <w:rPr>
          <w:rFonts w:ascii="Times New Roman" w:hAnsi="Times New Roman" w:cs="Times New Roman"/>
          <w:sz w:val="28"/>
          <w:szCs w:val="28"/>
        </w:rPr>
        <w:t>ệ</w:t>
      </w:r>
      <w:r w:rsidRPr="00DD455B">
        <w:rPr>
          <w:rFonts w:ascii="Times New Roman" w:hAnsi="Times New Roman" w:cs="Times New Roman"/>
          <w:sz w:val="28"/>
          <w:szCs w:val="28"/>
        </w:rPr>
        <w:t>n t</w:t>
      </w:r>
      <w:r w:rsidRPr="00DD455B">
        <w:rPr>
          <w:rFonts w:ascii="Times New Roman" w:hAnsi="Times New Roman" w:cs="Times New Roman"/>
          <w:sz w:val="28"/>
          <w:szCs w:val="28"/>
        </w:rPr>
        <w:t>ử</w:t>
      </w:r>
      <w:r w:rsidRPr="00DD455B">
        <w:rPr>
          <w:rFonts w:ascii="Times New Roman" w:hAnsi="Times New Roman" w:cs="Times New Roman"/>
          <w:sz w:val="28"/>
          <w:szCs w:val="28"/>
        </w:rPr>
        <w:t xml:space="preserve"> ho</w:t>
      </w:r>
      <w:r w:rsidRPr="00DD455B">
        <w:rPr>
          <w:rFonts w:ascii="Times New Roman" w:hAnsi="Times New Roman" w:cs="Times New Roman"/>
          <w:sz w:val="28"/>
          <w:szCs w:val="28"/>
        </w:rPr>
        <w:t>ặ</w:t>
      </w:r>
      <w:r w:rsidRPr="00DD455B">
        <w:rPr>
          <w:rFonts w:ascii="Times New Roman" w:hAnsi="Times New Roman" w:cs="Times New Roman"/>
          <w:sz w:val="28"/>
          <w:szCs w:val="28"/>
        </w:rPr>
        <w:t>c liên quan.</w:t>
      </w:r>
      <w:r w:rsidRPr="00DD455B">
        <w:rPr>
          <w:rFonts w:ascii="Times New Roman" w:hAnsi="Times New Roman" w:cs="Times New Roman"/>
          <w:sz w:val="28"/>
          <w:szCs w:val="28"/>
        </w:rPr>
        <w:br/>
        <w:t>- Có kinh nghi</w:t>
      </w:r>
      <w:r w:rsidRPr="00DD455B">
        <w:rPr>
          <w:rFonts w:ascii="Times New Roman" w:hAnsi="Times New Roman" w:cs="Times New Roman"/>
          <w:sz w:val="28"/>
          <w:szCs w:val="28"/>
        </w:rPr>
        <w:t>ệ</w:t>
      </w:r>
      <w:r w:rsidRPr="00DD455B">
        <w:rPr>
          <w:rFonts w:ascii="Times New Roman" w:hAnsi="Times New Roman" w:cs="Times New Roman"/>
          <w:sz w:val="28"/>
          <w:szCs w:val="28"/>
        </w:rPr>
        <w:t>m trong lĩnh v</w:t>
      </w:r>
      <w:r w:rsidRPr="00DD455B">
        <w:rPr>
          <w:rFonts w:ascii="Times New Roman" w:hAnsi="Times New Roman" w:cs="Times New Roman"/>
          <w:sz w:val="28"/>
          <w:szCs w:val="28"/>
        </w:rPr>
        <w:t>ự</w:t>
      </w:r>
      <w:r w:rsidRPr="00DD455B">
        <w:rPr>
          <w:rFonts w:ascii="Times New Roman" w:hAnsi="Times New Roman" w:cs="Times New Roman"/>
          <w:sz w:val="28"/>
          <w:szCs w:val="28"/>
        </w:rPr>
        <w:t>c v</w:t>
      </w:r>
      <w:r w:rsidRPr="00DD455B">
        <w:rPr>
          <w:rFonts w:ascii="Times New Roman" w:hAnsi="Times New Roman" w:cs="Times New Roman"/>
          <w:sz w:val="28"/>
          <w:szCs w:val="28"/>
        </w:rPr>
        <w:t>ậ</w:t>
      </w:r>
      <w:r w:rsidRPr="00DD455B">
        <w:rPr>
          <w:rFonts w:ascii="Times New Roman" w:hAnsi="Times New Roman" w:cs="Times New Roman"/>
          <w:sz w:val="28"/>
          <w:szCs w:val="28"/>
        </w:rPr>
        <w:t>n hành, s</w:t>
      </w:r>
      <w:r w:rsidRPr="00DD455B">
        <w:rPr>
          <w:rFonts w:ascii="Times New Roman" w:hAnsi="Times New Roman" w:cs="Times New Roman"/>
          <w:sz w:val="28"/>
          <w:szCs w:val="28"/>
        </w:rPr>
        <w:t>ử</w:t>
      </w:r>
      <w:r w:rsidRPr="00DD455B">
        <w:rPr>
          <w:rFonts w:ascii="Times New Roman" w:hAnsi="Times New Roman" w:cs="Times New Roman"/>
          <w:sz w:val="28"/>
          <w:szCs w:val="28"/>
        </w:rPr>
        <w:t>a ch</w:t>
      </w:r>
      <w:r w:rsidRPr="00DD455B">
        <w:rPr>
          <w:rFonts w:ascii="Times New Roman" w:hAnsi="Times New Roman" w:cs="Times New Roman"/>
          <w:sz w:val="28"/>
          <w:szCs w:val="28"/>
        </w:rPr>
        <w:t>ữ</w:t>
      </w:r>
      <w:r w:rsidRPr="00DD455B">
        <w:rPr>
          <w:rFonts w:ascii="Times New Roman" w:hAnsi="Times New Roman" w:cs="Times New Roman"/>
          <w:sz w:val="28"/>
          <w:szCs w:val="28"/>
        </w:rPr>
        <w:t>a máy móc, h</w:t>
      </w:r>
      <w:r w:rsidRPr="00DD455B">
        <w:rPr>
          <w:rFonts w:ascii="Times New Roman" w:hAnsi="Times New Roman" w:cs="Times New Roman"/>
          <w:sz w:val="28"/>
          <w:szCs w:val="28"/>
        </w:rPr>
        <w:t>ệ</w:t>
      </w:r>
      <w:r w:rsidRPr="00DD455B">
        <w:rPr>
          <w:rFonts w:ascii="Times New Roman" w:hAnsi="Times New Roman" w:cs="Times New Roman"/>
          <w:sz w:val="28"/>
          <w:szCs w:val="28"/>
        </w:rPr>
        <w:t xml:space="preserve"> th</w:t>
      </w:r>
      <w:r w:rsidRPr="00DD455B">
        <w:rPr>
          <w:rFonts w:ascii="Times New Roman" w:hAnsi="Times New Roman" w:cs="Times New Roman"/>
          <w:sz w:val="28"/>
          <w:szCs w:val="28"/>
        </w:rPr>
        <w:t>ố</w:t>
      </w:r>
      <w:r w:rsidRPr="00DD455B">
        <w:rPr>
          <w:rFonts w:ascii="Times New Roman" w:hAnsi="Times New Roman" w:cs="Times New Roman"/>
          <w:sz w:val="28"/>
          <w:szCs w:val="28"/>
        </w:rPr>
        <w:t>ng đi</w:t>
      </w:r>
      <w:r w:rsidRPr="00DD455B">
        <w:rPr>
          <w:rFonts w:ascii="Times New Roman" w:hAnsi="Times New Roman" w:cs="Times New Roman"/>
          <w:sz w:val="28"/>
          <w:szCs w:val="28"/>
        </w:rPr>
        <w:t>ệ</w:t>
      </w:r>
      <w:r w:rsidRPr="00DD455B">
        <w:rPr>
          <w:rFonts w:ascii="Times New Roman" w:hAnsi="Times New Roman" w:cs="Times New Roman"/>
          <w:sz w:val="28"/>
          <w:szCs w:val="28"/>
        </w:rPr>
        <w:t>n là l</w:t>
      </w:r>
      <w:r w:rsidRPr="00DD455B">
        <w:rPr>
          <w:rFonts w:ascii="Times New Roman" w:hAnsi="Times New Roman" w:cs="Times New Roman"/>
          <w:sz w:val="28"/>
          <w:szCs w:val="28"/>
        </w:rPr>
        <w:t>ợ</w:t>
      </w:r>
      <w:r w:rsidRPr="00DD455B">
        <w:rPr>
          <w:rFonts w:ascii="Times New Roman" w:hAnsi="Times New Roman" w:cs="Times New Roman"/>
          <w:sz w:val="28"/>
          <w:szCs w:val="28"/>
        </w:rPr>
        <w:t>i th</w:t>
      </w:r>
      <w:r w:rsidRPr="00DD455B">
        <w:rPr>
          <w:rFonts w:ascii="Times New Roman" w:hAnsi="Times New Roman" w:cs="Times New Roman"/>
          <w:sz w:val="28"/>
          <w:szCs w:val="28"/>
        </w:rPr>
        <w:t>ế</w:t>
      </w:r>
      <w:r w:rsidRPr="00DD455B">
        <w:rPr>
          <w:rFonts w:ascii="Times New Roman" w:hAnsi="Times New Roman" w:cs="Times New Roman"/>
          <w:sz w:val="28"/>
          <w:szCs w:val="28"/>
        </w:rPr>
        <w:t>.</w:t>
      </w:r>
      <w:r w:rsidRPr="00DD455B">
        <w:rPr>
          <w:rFonts w:ascii="Times New Roman" w:hAnsi="Times New Roman" w:cs="Times New Roman"/>
          <w:sz w:val="28"/>
          <w:szCs w:val="28"/>
        </w:rPr>
        <w:br/>
        <w:t>- Nhanh nh</w:t>
      </w:r>
      <w:r w:rsidRPr="00DD455B">
        <w:rPr>
          <w:rFonts w:ascii="Times New Roman" w:hAnsi="Times New Roman" w:cs="Times New Roman"/>
          <w:sz w:val="28"/>
          <w:szCs w:val="28"/>
        </w:rPr>
        <w:t>ẹ</w:t>
      </w:r>
      <w:r w:rsidRPr="00DD455B">
        <w:rPr>
          <w:rFonts w:ascii="Times New Roman" w:hAnsi="Times New Roman" w:cs="Times New Roman"/>
          <w:sz w:val="28"/>
          <w:szCs w:val="28"/>
        </w:rPr>
        <w:t>n, ch</w:t>
      </w:r>
      <w:r w:rsidRPr="00DD455B">
        <w:rPr>
          <w:rFonts w:ascii="Times New Roman" w:hAnsi="Times New Roman" w:cs="Times New Roman"/>
          <w:sz w:val="28"/>
          <w:szCs w:val="28"/>
        </w:rPr>
        <w:t>ị</w:t>
      </w:r>
      <w:r w:rsidRPr="00DD455B">
        <w:rPr>
          <w:rFonts w:ascii="Times New Roman" w:hAnsi="Times New Roman" w:cs="Times New Roman"/>
          <w:sz w:val="28"/>
          <w:szCs w:val="28"/>
        </w:rPr>
        <w:t>u khó, có tinh th</w:t>
      </w:r>
      <w:r w:rsidRPr="00DD455B">
        <w:rPr>
          <w:rFonts w:ascii="Times New Roman" w:hAnsi="Times New Roman" w:cs="Times New Roman"/>
          <w:sz w:val="28"/>
          <w:szCs w:val="28"/>
        </w:rPr>
        <w:t>ầ</w:t>
      </w:r>
      <w:r w:rsidRPr="00DD455B">
        <w:rPr>
          <w:rFonts w:ascii="Times New Roman" w:hAnsi="Times New Roman" w:cs="Times New Roman"/>
          <w:sz w:val="28"/>
          <w:szCs w:val="28"/>
        </w:rPr>
        <w:t>n trách nhi</w:t>
      </w:r>
      <w:r w:rsidRPr="00DD455B">
        <w:rPr>
          <w:rFonts w:ascii="Times New Roman" w:hAnsi="Times New Roman" w:cs="Times New Roman"/>
          <w:sz w:val="28"/>
          <w:szCs w:val="28"/>
        </w:rPr>
        <w:t>ệ</w:t>
      </w:r>
      <w:r w:rsidRPr="00DD455B">
        <w:rPr>
          <w:rFonts w:ascii="Times New Roman" w:hAnsi="Times New Roman" w:cs="Times New Roman"/>
          <w:sz w:val="28"/>
          <w:szCs w:val="28"/>
        </w:rPr>
        <w:t>m trong công vi</w:t>
      </w:r>
      <w:r w:rsidRPr="00DD455B">
        <w:rPr>
          <w:rFonts w:ascii="Times New Roman" w:hAnsi="Times New Roman" w:cs="Times New Roman"/>
          <w:sz w:val="28"/>
          <w:szCs w:val="28"/>
        </w:rPr>
        <w:t>ệ</w:t>
      </w:r>
      <w:r w:rsidRPr="00DD455B">
        <w:rPr>
          <w:rFonts w:ascii="Times New Roman" w:hAnsi="Times New Roman" w:cs="Times New Roman"/>
          <w:sz w:val="28"/>
          <w:szCs w:val="28"/>
        </w:rPr>
        <w:t>c.</w:t>
      </w:r>
    </w:p>
    <w:p w:rsidR="000E30B8" w:rsidRPr="00DD455B" w:rsidRDefault="00DD455B" w:rsidP="00DD455B">
      <w:pPr>
        <w:pStyle w:val="Heading3"/>
        <w:rPr>
          <w:rFonts w:ascii="Times New Roman" w:hAnsi="Times New Roman" w:cs="Times New Roman"/>
          <w:color w:val="auto"/>
          <w:sz w:val="28"/>
          <w:szCs w:val="28"/>
        </w:rPr>
      </w:pPr>
      <w:r w:rsidRPr="00DD455B">
        <w:rPr>
          <w:rFonts w:ascii="Times New Roman" w:hAnsi="Times New Roman" w:cs="Times New Roman"/>
          <w:color w:val="auto"/>
          <w:sz w:val="28"/>
          <w:szCs w:val="28"/>
        </w:rPr>
        <w:t>3. Quy</w:t>
      </w:r>
      <w:r w:rsidRPr="00DD455B">
        <w:rPr>
          <w:rFonts w:ascii="Times New Roman" w:hAnsi="Times New Roman" w:cs="Times New Roman"/>
          <w:color w:val="auto"/>
          <w:sz w:val="28"/>
          <w:szCs w:val="28"/>
        </w:rPr>
        <w:t>ề</w:t>
      </w:r>
      <w:r w:rsidRPr="00DD455B">
        <w:rPr>
          <w:rFonts w:ascii="Times New Roman" w:hAnsi="Times New Roman" w:cs="Times New Roman"/>
          <w:color w:val="auto"/>
          <w:sz w:val="28"/>
          <w:szCs w:val="28"/>
        </w:rPr>
        <w:t>n l</w:t>
      </w:r>
      <w:r w:rsidRPr="00DD455B">
        <w:rPr>
          <w:rFonts w:ascii="Times New Roman" w:hAnsi="Times New Roman" w:cs="Times New Roman"/>
          <w:color w:val="auto"/>
          <w:sz w:val="28"/>
          <w:szCs w:val="28"/>
        </w:rPr>
        <w:t>ợ</w:t>
      </w:r>
      <w:r w:rsidRPr="00DD455B">
        <w:rPr>
          <w:rFonts w:ascii="Times New Roman" w:hAnsi="Times New Roman" w:cs="Times New Roman"/>
          <w:color w:val="auto"/>
          <w:sz w:val="28"/>
          <w:szCs w:val="28"/>
        </w:rPr>
        <w:t>i:</w:t>
      </w:r>
    </w:p>
    <w:p w:rsidR="000E30B8" w:rsidRPr="00DD455B" w:rsidRDefault="00DD455B" w:rsidP="00DD455B">
      <w:pPr>
        <w:rPr>
          <w:rFonts w:ascii="Times New Roman" w:hAnsi="Times New Roman" w:cs="Times New Roman"/>
          <w:sz w:val="28"/>
          <w:szCs w:val="28"/>
        </w:rPr>
      </w:pPr>
      <w:r w:rsidRPr="00DD455B">
        <w:rPr>
          <w:rFonts w:ascii="Times New Roman" w:hAnsi="Times New Roman" w:cs="Times New Roman"/>
          <w:sz w:val="28"/>
          <w:szCs w:val="28"/>
        </w:rPr>
        <w:t>- M</w:t>
      </w:r>
      <w:r w:rsidRPr="00DD455B">
        <w:rPr>
          <w:rFonts w:ascii="Times New Roman" w:hAnsi="Times New Roman" w:cs="Times New Roman"/>
          <w:sz w:val="28"/>
          <w:szCs w:val="28"/>
        </w:rPr>
        <w:t>ứ</w:t>
      </w:r>
      <w:r w:rsidRPr="00DD455B">
        <w:rPr>
          <w:rFonts w:ascii="Times New Roman" w:hAnsi="Times New Roman" w:cs="Times New Roman"/>
          <w:sz w:val="28"/>
          <w:szCs w:val="28"/>
        </w:rPr>
        <w:t>c lương: ………… (th</w:t>
      </w:r>
      <w:r w:rsidRPr="00DD455B">
        <w:rPr>
          <w:rFonts w:ascii="Times New Roman" w:hAnsi="Times New Roman" w:cs="Times New Roman"/>
          <w:sz w:val="28"/>
          <w:szCs w:val="28"/>
        </w:rPr>
        <w:t>ỏ</w:t>
      </w:r>
      <w:r w:rsidRPr="00DD455B">
        <w:rPr>
          <w:rFonts w:ascii="Times New Roman" w:hAnsi="Times New Roman" w:cs="Times New Roman"/>
          <w:sz w:val="28"/>
          <w:szCs w:val="28"/>
        </w:rPr>
        <w:t>a thu</w:t>
      </w:r>
      <w:r w:rsidRPr="00DD455B">
        <w:rPr>
          <w:rFonts w:ascii="Times New Roman" w:hAnsi="Times New Roman" w:cs="Times New Roman"/>
          <w:sz w:val="28"/>
          <w:szCs w:val="28"/>
        </w:rPr>
        <w:t>ậ</w:t>
      </w:r>
      <w:r w:rsidRPr="00DD455B">
        <w:rPr>
          <w:rFonts w:ascii="Times New Roman" w:hAnsi="Times New Roman" w:cs="Times New Roman"/>
          <w:sz w:val="28"/>
          <w:szCs w:val="28"/>
        </w:rPr>
        <w:t>n theo năn</w:t>
      </w:r>
      <w:r w:rsidRPr="00DD455B">
        <w:rPr>
          <w:rFonts w:ascii="Times New Roman" w:hAnsi="Times New Roman" w:cs="Times New Roman"/>
          <w:sz w:val="28"/>
          <w:szCs w:val="28"/>
        </w:rPr>
        <w:t>g l</w:t>
      </w:r>
      <w:r w:rsidRPr="00DD455B">
        <w:rPr>
          <w:rFonts w:ascii="Times New Roman" w:hAnsi="Times New Roman" w:cs="Times New Roman"/>
          <w:sz w:val="28"/>
          <w:szCs w:val="28"/>
        </w:rPr>
        <w:t>ự</w:t>
      </w:r>
      <w:r w:rsidRPr="00DD455B">
        <w:rPr>
          <w:rFonts w:ascii="Times New Roman" w:hAnsi="Times New Roman" w:cs="Times New Roman"/>
          <w:sz w:val="28"/>
          <w:szCs w:val="28"/>
        </w:rPr>
        <w:t>c).</w:t>
      </w:r>
      <w:r w:rsidRPr="00DD455B">
        <w:rPr>
          <w:rFonts w:ascii="Times New Roman" w:hAnsi="Times New Roman" w:cs="Times New Roman"/>
          <w:sz w:val="28"/>
          <w:szCs w:val="28"/>
        </w:rPr>
        <w:br/>
        <w:t>- Đư</w:t>
      </w:r>
      <w:r w:rsidRPr="00DD455B">
        <w:rPr>
          <w:rFonts w:ascii="Times New Roman" w:hAnsi="Times New Roman" w:cs="Times New Roman"/>
          <w:sz w:val="28"/>
          <w:szCs w:val="28"/>
        </w:rPr>
        <w:t>ợ</w:t>
      </w:r>
      <w:r w:rsidRPr="00DD455B">
        <w:rPr>
          <w:rFonts w:ascii="Times New Roman" w:hAnsi="Times New Roman" w:cs="Times New Roman"/>
          <w:sz w:val="28"/>
          <w:szCs w:val="28"/>
        </w:rPr>
        <w:t>c hư</w:t>
      </w:r>
      <w:r w:rsidRPr="00DD455B">
        <w:rPr>
          <w:rFonts w:ascii="Times New Roman" w:hAnsi="Times New Roman" w:cs="Times New Roman"/>
          <w:sz w:val="28"/>
          <w:szCs w:val="28"/>
        </w:rPr>
        <w:t>ở</w:t>
      </w:r>
      <w:r w:rsidRPr="00DD455B">
        <w:rPr>
          <w:rFonts w:ascii="Times New Roman" w:hAnsi="Times New Roman" w:cs="Times New Roman"/>
          <w:sz w:val="28"/>
          <w:szCs w:val="28"/>
        </w:rPr>
        <w:t>ng đ</w:t>
      </w:r>
      <w:r w:rsidRPr="00DD455B">
        <w:rPr>
          <w:rFonts w:ascii="Times New Roman" w:hAnsi="Times New Roman" w:cs="Times New Roman"/>
          <w:sz w:val="28"/>
          <w:szCs w:val="28"/>
        </w:rPr>
        <w:t>ầ</w:t>
      </w:r>
      <w:r w:rsidRPr="00DD455B">
        <w:rPr>
          <w:rFonts w:ascii="Times New Roman" w:hAnsi="Times New Roman" w:cs="Times New Roman"/>
          <w:sz w:val="28"/>
          <w:szCs w:val="28"/>
        </w:rPr>
        <w:t>y đ</w:t>
      </w:r>
      <w:r w:rsidRPr="00DD455B">
        <w:rPr>
          <w:rFonts w:ascii="Times New Roman" w:hAnsi="Times New Roman" w:cs="Times New Roman"/>
          <w:sz w:val="28"/>
          <w:szCs w:val="28"/>
        </w:rPr>
        <w:t>ủ</w:t>
      </w:r>
      <w:r w:rsidRPr="00DD455B">
        <w:rPr>
          <w:rFonts w:ascii="Times New Roman" w:hAnsi="Times New Roman" w:cs="Times New Roman"/>
          <w:sz w:val="28"/>
          <w:szCs w:val="28"/>
        </w:rPr>
        <w:t xml:space="preserve"> các ch</w:t>
      </w:r>
      <w:r w:rsidRPr="00DD455B">
        <w:rPr>
          <w:rFonts w:ascii="Times New Roman" w:hAnsi="Times New Roman" w:cs="Times New Roman"/>
          <w:sz w:val="28"/>
          <w:szCs w:val="28"/>
        </w:rPr>
        <w:t>ế</w:t>
      </w:r>
      <w:r w:rsidRPr="00DD455B">
        <w:rPr>
          <w:rFonts w:ascii="Times New Roman" w:hAnsi="Times New Roman" w:cs="Times New Roman"/>
          <w:sz w:val="28"/>
          <w:szCs w:val="28"/>
        </w:rPr>
        <w:t xml:space="preserve"> đ</w:t>
      </w:r>
      <w:r w:rsidRPr="00DD455B">
        <w:rPr>
          <w:rFonts w:ascii="Times New Roman" w:hAnsi="Times New Roman" w:cs="Times New Roman"/>
          <w:sz w:val="28"/>
          <w:szCs w:val="28"/>
        </w:rPr>
        <w:t>ộ</w:t>
      </w:r>
      <w:r w:rsidRPr="00DD455B">
        <w:rPr>
          <w:rFonts w:ascii="Times New Roman" w:hAnsi="Times New Roman" w:cs="Times New Roman"/>
          <w:sz w:val="28"/>
          <w:szCs w:val="28"/>
        </w:rPr>
        <w:t xml:space="preserve"> BHXH, BHYT, BHTN theo quy đ</w:t>
      </w:r>
      <w:r w:rsidRPr="00DD455B">
        <w:rPr>
          <w:rFonts w:ascii="Times New Roman" w:hAnsi="Times New Roman" w:cs="Times New Roman"/>
          <w:sz w:val="28"/>
          <w:szCs w:val="28"/>
        </w:rPr>
        <w:t>ị</w:t>
      </w:r>
      <w:r w:rsidRPr="00DD455B">
        <w:rPr>
          <w:rFonts w:ascii="Times New Roman" w:hAnsi="Times New Roman" w:cs="Times New Roman"/>
          <w:sz w:val="28"/>
          <w:szCs w:val="28"/>
        </w:rPr>
        <w:t>nh.</w:t>
      </w:r>
      <w:r w:rsidRPr="00DD455B">
        <w:rPr>
          <w:rFonts w:ascii="Times New Roman" w:hAnsi="Times New Roman" w:cs="Times New Roman"/>
          <w:sz w:val="28"/>
          <w:szCs w:val="28"/>
        </w:rPr>
        <w:br/>
        <w:t>- Ph</w:t>
      </w:r>
      <w:r w:rsidRPr="00DD455B">
        <w:rPr>
          <w:rFonts w:ascii="Times New Roman" w:hAnsi="Times New Roman" w:cs="Times New Roman"/>
          <w:sz w:val="28"/>
          <w:szCs w:val="28"/>
        </w:rPr>
        <w:t>ụ</w:t>
      </w:r>
      <w:r w:rsidRPr="00DD455B">
        <w:rPr>
          <w:rFonts w:ascii="Times New Roman" w:hAnsi="Times New Roman" w:cs="Times New Roman"/>
          <w:sz w:val="28"/>
          <w:szCs w:val="28"/>
        </w:rPr>
        <w:t xml:space="preserve"> c</w:t>
      </w:r>
      <w:r w:rsidRPr="00DD455B">
        <w:rPr>
          <w:rFonts w:ascii="Times New Roman" w:hAnsi="Times New Roman" w:cs="Times New Roman"/>
          <w:sz w:val="28"/>
          <w:szCs w:val="28"/>
        </w:rPr>
        <w:t>ấ</w:t>
      </w:r>
      <w:r w:rsidRPr="00DD455B">
        <w:rPr>
          <w:rFonts w:ascii="Times New Roman" w:hAnsi="Times New Roman" w:cs="Times New Roman"/>
          <w:sz w:val="28"/>
          <w:szCs w:val="28"/>
        </w:rPr>
        <w:t>p, thư</w:t>
      </w:r>
      <w:r w:rsidRPr="00DD455B">
        <w:rPr>
          <w:rFonts w:ascii="Times New Roman" w:hAnsi="Times New Roman" w:cs="Times New Roman"/>
          <w:sz w:val="28"/>
          <w:szCs w:val="28"/>
        </w:rPr>
        <w:t>ở</w:t>
      </w:r>
      <w:r w:rsidRPr="00DD455B">
        <w:rPr>
          <w:rFonts w:ascii="Times New Roman" w:hAnsi="Times New Roman" w:cs="Times New Roman"/>
          <w:sz w:val="28"/>
          <w:szCs w:val="28"/>
        </w:rPr>
        <w:t>ng l</w:t>
      </w:r>
      <w:r w:rsidRPr="00DD455B">
        <w:rPr>
          <w:rFonts w:ascii="Times New Roman" w:hAnsi="Times New Roman" w:cs="Times New Roman"/>
          <w:sz w:val="28"/>
          <w:szCs w:val="28"/>
        </w:rPr>
        <w:t>ễ</w:t>
      </w:r>
      <w:r w:rsidRPr="00DD455B">
        <w:rPr>
          <w:rFonts w:ascii="Times New Roman" w:hAnsi="Times New Roman" w:cs="Times New Roman"/>
          <w:sz w:val="28"/>
          <w:szCs w:val="28"/>
        </w:rPr>
        <w:t xml:space="preserve"> t</w:t>
      </w:r>
      <w:r w:rsidRPr="00DD455B">
        <w:rPr>
          <w:rFonts w:ascii="Times New Roman" w:hAnsi="Times New Roman" w:cs="Times New Roman"/>
          <w:sz w:val="28"/>
          <w:szCs w:val="28"/>
        </w:rPr>
        <w:t>ế</w:t>
      </w:r>
      <w:r w:rsidRPr="00DD455B">
        <w:rPr>
          <w:rFonts w:ascii="Times New Roman" w:hAnsi="Times New Roman" w:cs="Times New Roman"/>
          <w:sz w:val="28"/>
          <w:szCs w:val="28"/>
        </w:rPr>
        <w:t>t, lương tháng 13.</w:t>
      </w:r>
      <w:r w:rsidRPr="00DD455B">
        <w:rPr>
          <w:rFonts w:ascii="Times New Roman" w:hAnsi="Times New Roman" w:cs="Times New Roman"/>
          <w:sz w:val="28"/>
          <w:szCs w:val="28"/>
        </w:rPr>
        <w:br/>
        <w:t>- Môi trư</w:t>
      </w:r>
      <w:r w:rsidRPr="00DD455B">
        <w:rPr>
          <w:rFonts w:ascii="Times New Roman" w:hAnsi="Times New Roman" w:cs="Times New Roman"/>
          <w:sz w:val="28"/>
          <w:szCs w:val="28"/>
        </w:rPr>
        <w:t>ờ</w:t>
      </w:r>
      <w:r w:rsidRPr="00DD455B">
        <w:rPr>
          <w:rFonts w:ascii="Times New Roman" w:hAnsi="Times New Roman" w:cs="Times New Roman"/>
          <w:sz w:val="28"/>
          <w:szCs w:val="28"/>
        </w:rPr>
        <w:t>ng làm vi</w:t>
      </w:r>
      <w:r w:rsidRPr="00DD455B">
        <w:rPr>
          <w:rFonts w:ascii="Times New Roman" w:hAnsi="Times New Roman" w:cs="Times New Roman"/>
          <w:sz w:val="28"/>
          <w:szCs w:val="28"/>
        </w:rPr>
        <w:t>ệ</w:t>
      </w:r>
      <w:r w:rsidRPr="00DD455B">
        <w:rPr>
          <w:rFonts w:ascii="Times New Roman" w:hAnsi="Times New Roman" w:cs="Times New Roman"/>
          <w:sz w:val="28"/>
          <w:szCs w:val="28"/>
        </w:rPr>
        <w:t>c chuyên nghi</w:t>
      </w:r>
      <w:r w:rsidRPr="00DD455B">
        <w:rPr>
          <w:rFonts w:ascii="Times New Roman" w:hAnsi="Times New Roman" w:cs="Times New Roman"/>
          <w:sz w:val="28"/>
          <w:szCs w:val="28"/>
        </w:rPr>
        <w:t>ệ</w:t>
      </w:r>
      <w:r w:rsidRPr="00DD455B">
        <w:rPr>
          <w:rFonts w:ascii="Times New Roman" w:hAnsi="Times New Roman" w:cs="Times New Roman"/>
          <w:sz w:val="28"/>
          <w:szCs w:val="28"/>
        </w:rPr>
        <w:t>p, cơ h</w:t>
      </w:r>
      <w:r w:rsidRPr="00DD455B">
        <w:rPr>
          <w:rFonts w:ascii="Times New Roman" w:hAnsi="Times New Roman" w:cs="Times New Roman"/>
          <w:sz w:val="28"/>
          <w:szCs w:val="28"/>
        </w:rPr>
        <w:t>ộ</w:t>
      </w:r>
      <w:r w:rsidRPr="00DD455B">
        <w:rPr>
          <w:rFonts w:ascii="Times New Roman" w:hAnsi="Times New Roman" w:cs="Times New Roman"/>
          <w:sz w:val="28"/>
          <w:szCs w:val="28"/>
        </w:rPr>
        <w:t>i phát tri</w:t>
      </w:r>
      <w:r w:rsidRPr="00DD455B">
        <w:rPr>
          <w:rFonts w:ascii="Times New Roman" w:hAnsi="Times New Roman" w:cs="Times New Roman"/>
          <w:sz w:val="28"/>
          <w:szCs w:val="28"/>
        </w:rPr>
        <w:t>ể</w:t>
      </w:r>
      <w:r w:rsidRPr="00DD455B">
        <w:rPr>
          <w:rFonts w:ascii="Times New Roman" w:hAnsi="Times New Roman" w:cs="Times New Roman"/>
          <w:sz w:val="28"/>
          <w:szCs w:val="28"/>
        </w:rPr>
        <w:t>n ngh</w:t>
      </w:r>
      <w:r w:rsidRPr="00DD455B">
        <w:rPr>
          <w:rFonts w:ascii="Times New Roman" w:hAnsi="Times New Roman" w:cs="Times New Roman"/>
          <w:sz w:val="28"/>
          <w:szCs w:val="28"/>
        </w:rPr>
        <w:t>ề</w:t>
      </w:r>
      <w:r w:rsidRPr="00DD455B">
        <w:rPr>
          <w:rFonts w:ascii="Times New Roman" w:hAnsi="Times New Roman" w:cs="Times New Roman"/>
          <w:sz w:val="28"/>
          <w:szCs w:val="28"/>
        </w:rPr>
        <w:t xml:space="preserve"> nghi</w:t>
      </w:r>
      <w:r w:rsidRPr="00DD455B">
        <w:rPr>
          <w:rFonts w:ascii="Times New Roman" w:hAnsi="Times New Roman" w:cs="Times New Roman"/>
          <w:sz w:val="28"/>
          <w:szCs w:val="28"/>
        </w:rPr>
        <w:t>ệ</w:t>
      </w:r>
      <w:r w:rsidRPr="00DD455B">
        <w:rPr>
          <w:rFonts w:ascii="Times New Roman" w:hAnsi="Times New Roman" w:cs="Times New Roman"/>
          <w:sz w:val="28"/>
          <w:szCs w:val="28"/>
        </w:rPr>
        <w:t>p.</w:t>
      </w:r>
    </w:p>
    <w:p w:rsidR="000E30B8" w:rsidRPr="00DD455B" w:rsidRDefault="00DD455B" w:rsidP="00DD455B">
      <w:pPr>
        <w:pStyle w:val="Heading3"/>
        <w:rPr>
          <w:rFonts w:ascii="Times New Roman" w:hAnsi="Times New Roman" w:cs="Times New Roman"/>
          <w:color w:val="auto"/>
          <w:sz w:val="28"/>
          <w:szCs w:val="28"/>
        </w:rPr>
      </w:pPr>
      <w:r w:rsidRPr="00DD455B">
        <w:rPr>
          <w:rFonts w:ascii="Times New Roman" w:hAnsi="Times New Roman" w:cs="Times New Roman"/>
          <w:color w:val="auto"/>
          <w:sz w:val="28"/>
          <w:szCs w:val="28"/>
        </w:rPr>
        <w:t>4. H</w:t>
      </w:r>
      <w:r w:rsidRPr="00DD455B">
        <w:rPr>
          <w:rFonts w:ascii="Times New Roman" w:hAnsi="Times New Roman" w:cs="Times New Roman"/>
          <w:color w:val="auto"/>
          <w:sz w:val="28"/>
          <w:szCs w:val="28"/>
        </w:rPr>
        <w:t>ồ</w:t>
      </w:r>
      <w:r w:rsidRPr="00DD455B">
        <w:rPr>
          <w:rFonts w:ascii="Times New Roman" w:hAnsi="Times New Roman" w:cs="Times New Roman"/>
          <w:color w:val="auto"/>
          <w:sz w:val="28"/>
          <w:szCs w:val="28"/>
        </w:rPr>
        <w:t xml:space="preserve"> sơ d</w:t>
      </w:r>
      <w:r w:rsidRPr="00DD455B">
        <w:rPr>
          <w:rFonts w:ascii="Times New Roman" w:hAnsi="Times New Roman" w:cs="Times New Roman"/>
          <w:color w:val="auto"/>
          <w:sz w:val="28"/>
          <w:szCs w:val="28"/>
        </w:rPr>
        <w:t>ự</w:t>
      </w:r>
      <w:r w:rsidRPr="00DD455B">
        <w:rPr>
          <w:rFonts w:ascii="Times New Roman" w:hAnsi="Times New Roman" w:cs="Times New Roman"/>
          <w:color w:val="auto"/>
          <w:sz w:val="28"/>
          <w:szCs w:val="28"/>
        </w:rPr>
        <w:t xml:space="preserve"> tuy</w:t>
      </w:r>
      <w:r w:rsidRPr="00DD455B">
        <w:rPr>
          <w:rFonts w:ascii="Times New Roman" w:hAnsi="Times New Roman" w:cs="Times New Roman"/>
          <w:color w:val="auto"/>
          <w:sz w:val="28"/>
          <w:szCs w:val="28"/>
        </w:rPr>
        <w:t>ể</w:t>
      </w:r>
      <w:r w:rsidRPr="00DD455B">
        <w:rPr>
          <w:rFonts w:ascii="Times New Roman" w:hAnsi="Times New Roman" w:cs="Times New Roman"/>
          <w:color w:val="auto"/>
          <w:sz w:val="28"/>
          <w:szCs w:val="28"/>
        </w:rPr>
        <w:t>n g</w:t>
      </w:r>
      <w:r w:rsidRPr="00DD455B">
        <w:rPr>
          <w:rFonts w:ascii="Times New Roman" w:hAnsi="Times New Roman" w:cs="Times New Roman"/>
          <w:color w:val="auto"/>
          <w:sz w:val="28"/>
          <w:szCs w:val="28"/>
        </w:rPr>
        <w:t>ồ</w:t>
      </w:r>
      <w:r w:rsidRPr="00DD455B">
        <w:rPr>
          <w:rFonts w:ascii="Times New Roman" w:hAnsi="Times New Roman" w:cs="Times New Roman"/>
          <w:color w:val="auto"/>
          <w:sz w:val="28"/>
          <w:szCs w:val="28"/>
        </w:rPr>
        <w:t>m:</w:t>
      </w:r>
    </w:p>
    <w:p w:rsidR="000E30B8" w:rsidRPr="00DD455B" w:rsidRDefault="00DD455B" w:rsidP="00DD455B">
      <w:pPr>
        <w:rPr>
          <w:rFonts w:ascii="Times New Roman" w:hAnsi="Times New Roman" w:cs="Times New Roman"/>
          <w:sz w:val="28"/>
          <w:szCs w:val="28"/>
        </w:rPr>
      </w:pPr>
      <w:r w:rsidRPr="00DD455B">
        <w:rPr>
          <w:rFonts w:ascii="Times New Roman" w:hAnsi="Times New Roman" w:cs="Times New Roman"/>
          <w:sz w:val="28"/>
          <w:szCs w:val="28"/>
        </w:rPr>
        <w:t>- Đơn xin vi</w:t>
      </w:r>
      <w:r w:rsidRPr="00DD455B">
        <w:rPr>
          <w:rFonts w:ascii="Times New Roman" w:hAnsi="Times New Roman" w:cs="Times New Roman"/>
          <w:sz w:val="28"/>
          <w:szCs w:val="28"/>
        </w:rPr>
        <w:t>ệ</w:t>
      </w:r>
      <w:r w:rsidRPr="00DD455B">
        <w:rPr>
          <w:rFonts w:ascii="Times New Roman" w:hAnsi="Times New Roman" w:cs="Times New Roman"/>
          <w:sz w:val="28"/>
          <w:szCs w:val="28"/>
        </w:rPr>
        <w:t>c.</w:t>
      </w:r>
      <w:r w:rsidRPr="00DD455B">
        <w:rPr>
          <w:rFonts w:ascii="Times New Roman" w:hAnsi="Times New Roman" w:cs="Times New Roman"/>
          <w:sz w:val="28"/>
          <w:szCs w:val="28"/>
        </w:rPr>
        <w:br/>
        <w:t>- CV mô t</w:t>
      </w:r>
      <w:r w:rsidRPr="00DD455B">
        <w:rPr>
          <w:rFonts w:ascii="Times New Roman" w:hAnsi="Times New Roman" w:cs="Times New Roman"/>
          <w:sz w:val="28"/>
          <w:szCs w:val="28"/>
        </w:rPr>
        <w:t>ả</w:t>
      </w:r>
      <w:r w:rsidRPr="00DD455B">
        <w:rPr>
          <w:rFonts w:ascii="Times New Roman" w:hAnsi="Times New Roman" w:cs="Times New Roman"/>
          <w:sz w:val="28"/>
          <w:szCs w:val="28"/>
        </w:rPr>
        <w:t xml:space="preserve"> kinh nghi</w:t>
      </w:r>
      <w:r w:rsidRPr="00DD455B">
        <w:rPr>
          <w:rFonts w:ascii="Times New Roman" w:hAnsi="Times New Roman" w:cs="Times New Roman"/>
          <w:sz w:val="28"/>
          <w:szCs w:val="28"/>
        </w:rPr>
        <w:t>ệ</w:t>
      </w:r>
      <w:r w:rsidRPr="00DD455B">
        <w:rPr>
          <w:rFonts w:ascii="Times New Roman" w:hAnsi="Times New Roman" w:cs="Times New Roman"/>
          <w:sz w:val="28"/>
          <w:szCs w:val="28"/>
        </w:rPr>
        <w:t>m làm vi</w:t>
      </w:r>
      <w:r w:rsidRPr="00DD455B">
        <w:rPr>
          <w:rFonts w:ascii="Times New Roman" w:hAnsi="Times New Roman" w:cs="Times New Roman"/>
          <w:sz w:val="28"/>
          <w:szCs w:val="28"/>
        </w:rPr>
        <w:t>ệ</w:t>
      </w:r>
      <w:r w:rsidRPr="00DD455B">
        <w:rPr>
          <w:rFonts w:ascii="Times New Roman" w:hAnsi="Times New Roman" w:cs="Times New Roman"/>
          <w:sz w:val="28"/>
          <w:szCs w:val="28"/>
        </w:rPr>
        <w:t>c.</w:t>
      </w:r>
      <w:r w:rsidRPr="00DD455B">
        <w:rPr>
          <w:rFonts w:ascii="Times New Roman" w:hAnsi="Times New Roman" w:cs="Times New Roman"/>
          <w:sz w:val="28"/>
          <w:szCs w:val="28"/>
        </w:rPr>
        <w:br/>
        <w:t>- S</w:t>
      </w:r>
      <w:r w:rsidRPr="00DD455B">
        <w:rPr>
          <w:rFonts w:ascii="Times New Roman" w:hAnsi="Times New Roman" w:cs="Times New Roman"/>
          <w:sz w:val="28"/>
          <w:szCs w:val="28"/>
        </w:rPr>
        <w:t>ơ y</w:t>
      </w:r>
      <w:r w:rsidRPr="00DD455B">
        <w:rPr>
          <w:rFonts w:ascii="Times New Roman" w:hAnsi="Times New Roman" w:cs="Times New Roman"/>
          <w:sz w:val="28"/>
          <w:szCs w:val="28"/>
        </w:rPr>
        <w:t>ế</w:t>
      </w:r>
      <w:r w:rsidRPr="00DD455B">
        <w:rPr>
          <w:rFonts w:ascii="Times New Roman" w:hAnsi="Times New Roman" w:cs="Times New Roman"/>
          <w:sz w:val="28"/>
          <w:szCs w:val="28"/>
        </w:rPr>
        <w:t>u lý l</w:t>
      </w:r>
      <w:r w:rsidRPr="00DD455B">
        <w:rPr>
          <w:rFonts w:ascii="Times New Roman" w:hAnsi="Times New Roman" w:cs="Times New Roman"/>
          <w:sz w:val="28"/>
          <w:szCs w:val="28"/>
        </w:rPr>
        <w:t>ị</w:t>
      </w:r>
      <w:r w:rsidRPr="00DD455B">
        <w:rPr>
          <w:rFonts w:ascii="Times New Roman" w:hAnsi="Times New Roman" w:cs="Times New Roman"/>
          <w:sz w:val="28"/>
          <w:szCs w:val="28"/>
        </w:rPr>
        <w:t>ch, CMND/CCCD, h</w:t>
      </w:r>
      <w:r w:rsidRPr="00DD455B">
        <w:rPr>
          <w:rFonts w:ascii="Times New Roman" w:hAnsi="Times New Roman" w:cs="Times New Roman"/>
          <w:sz w:val="28"/>
          <w:szCs w:val="28"/>
        </w:rPr>
        <w:t>ộ</w:t>
      </w:r>
      <w:r w:rsidRPr="00DD455B">
        <w:rPr>
          <w:rFonts w:ascii="Times New Roman" w:hAnsi="Times New Roman" w:cs="Times New Roman"/>
          <w:sz w:val="28"/>
          <w:szCs w:val="28"/>
        </w:rPr>
        <w:t xml:space="preserve"> kh</w:t>
      </w:r>
      <w:r w:rsidRPr="00DD455B">
        <w:rPr>
          <w:rFonts w:ascii="Times New Roman" w:hAnsi="Times New Roman" w:cs="Times New Roman"/>
          <w:sz w:val="28"/>
          <w:szCs w:val="28"/>
        </w:rPr>
        <w:t>ẩ</w:t>
      </w:r>
      <w:r w:rsidRPr="00DD455B">
        <w:rPr>
          <w:rFonts w:ascii="Times New Roman" w:hAnsi="Times New Roman" w:cs="Times New Roman"/>
          <w:sz w:val="28"/>
          <w:szCs w:val="28"/>
        </w:rPr>
        <w:t>u (b</w:t>
      </w:r>
      <w:r w:rsidRPr="00DD455B">
        <w:rPr>
          <w:rFonts w:ascii="Times New Roman" w:hAnsi="Times New Roman" w:cs="Times New Roman"/>
          <w:sz w:val="28"/>
          <w:szCs w:val="28"/>
        </w:rPr>
        <w:t>ả</w:t>
      </w:r>
      <w:r w:rsidRPr="00DD455B">
        <w:rPr>
          <w:rFonts w:ascii="Times New Roman" w:hAnsi="Times New Roman" w:cs="Times New Roman"/>
          <w:sz w:val="28"/>
          <w:szCs w:val="28"/>
        </w:rPr>
        <w:t>n sao).</w:t>
      </w:r>
      <w:r w:rsidRPr="00DD455B">
        <w:rPr>
          <w:rFonts w:ascii="Times New Roman" w:hAnsi="Times New Roman" w:cs="Times New Roman"/>
          <w:sz w:val="28"/>
          <w:szCs w:val="28"/>
        </w:rPr>
        <w:br/>
        <w:t>- B</w:t>
      </w:r>
      <w:r w:rsidRPr="00DD455B">
        <w:rPr>
          <w:rFonts w:ascii="Times New Roman" w:hAnsi="Times New Roman" w:cs="Times New Roman"/>
          <w:sz w:val="28"/>
          <w:szCs w:val="28"/>
        </w:rPr>
        <w:t>ằ</w:t>
      </w:r>
      <w:r w:rsidRPr="00DD455B">
        <w:rPr>
          <w:rFonts w:ascii="Times New Roman" w:hAnsi="Times New Roman" w:cs="Times New Roman"/>
          <w:sz w:val="28"/>
          <w:szCs w:val="28"/>
        </w:rPr>
        <w:t>ng c</w:t>
      </w:r>
      <w:r w:rsidRPr="00DD455B">
        <w:rPr>
          <w:rFonts w:ascii="Times New Roman" w:hAnsi="Times New Roman" w:cs="Times New Roman"/>
          <w:sz w:val="28"/>
          <w:szCs w:val="28"/>
        </w:rPr>
        <w:t>ấ</w:t>
      </w:r>
      <w:r w:rsidRPr="00DD455B">
        <w:rPr>
          <w:rFonts w:ascii="Times New Roman" w:hAnsi="Times New Roman" w:cs="Times New Roman"/>
          <w:sz w:val="28"/>
          <w:szCs w:val="28"/>
        </w:rPr>
        <w:t>p, ch</w:t>
      </w:r>
      <w:r w:rsidRPr="00DD455B">
        <w:rPr>
          <w:rFonts w:ascii="Times New Roman" w:hAnsi="Times New Roman" w:cs="Times New Roman"/>
          <w:sz w:val="28"/>
          <w:szCs w:val="28"/>
        </w:rPr>
        <w:t>ứ</w:t>
      </w:r>
      <w:r w:rsidRPr="00DD455B">
        <w:rPr>
          <w:rFonts w:ascii="Times New Roman" w:hAnsi="Times New Roman" w:cs="Times New Roman"/>
          <w:sz w:val="28"/>
          <w:szCs w:val="28"/>
        </w:rPr>
        <w:t>ng ch</w:t>
      </w:r>
      <w:r w:rsidRPr="00DD455B">
        <w:rPr>
          <w:rFonts w:ascii="Times New Roman" w:hAnsi="Times New Roman" w:cs="Times New Roman"/>
          <w:sz w:val="28"/>
          <w:szCs w:val="28"/>
        </w:rPr>
        <w:t>ỉ</w:t>
      </w:r>
      <w:r w:rsidRPr="00DD455B">
        <w:rPr>
          <w:rFonts w:ascii="Times New Roman" w:hAnsi="Times New Roman" w:cs="Times New Roman"/>
          <w:sz w:val="28"/>
          <w:szCs w:val="28"/>
        </w:rPr>
        <w:t xml:space="preserve"> liên quan.</w:t>
      </w:r>
    </w:p>
    <w:p w:rsidR="000E30B8" w:rsidRPr="00DD455B" w:rsidRDefault="00DD455B" w:rsidP="00DD455B">
      <w:pPr>
        <w:pStyle w:val="Heading3"/>
        <w:rPr>
          <w:rFonts w:ascii="Times New Roman" w:hAnsi="Times New Roman" w:cs="Times New Roman"/>
          <w:color w:val="auto"/>
          <w:sz w:val="28"/>
          <w:szCs w:val="28"/>
        </w:rPr>
      </w:pPr>
      <w:r w:rsidRPr="00DD455B">
        <w:rPr>
          <w:rFonts w:ascii="Times New Roman" w:hAnsi="Times New Roman" w:cs="Times New Roman"/>
          <w:color w:val="auto"/>
          <w:sz w:val="28"/>
          <w:szCs w:val="28"/>
        </w:rPr>
        <w:lastRenderedPageBreak/>
        <w:t>5. Th</w:t>
      </w:r>
      <w:r w:rsidRPr="00DD455B">
        <w:rPr>
          <w:rFonts w:ascii="Times New Roman" w:hAnsi="Times New Roman" w:cs="Times New Roman"/>
          <w:color w:val="auto"/>
          <w:sz w:val="28"/>
          <w:szCs w:val="28"/>
        </w:rPr>
        <w:t>ờ</w:t>
      </w:r>
      <w:r w:rsidRPr="00DD455B">
        <w:rPr>
          <w:rFonts w:ascii="Times New Roman" w:hAnsi="Times New Roman" w:cs="Times New Roman"/>
          <w:color w:val="auto"/>
          <w:sz w:val="28"/>
          <w:szCs w:val="28"/>
        </w:rPr>
        <w:t>i h</w:t>
      </w:r>
      <w:r w:rsidRPr="00DD455B">
        <w:rPr>
          <w:rFonts w:ascii="Times New Roman" w:hAnsi="Times New Roman" w:cs="Times New Roman"/>
          <w:color w:val="auto"/>
          <w:sz w:val="28"/>
          <w:szCs w:val="28"/>
        </w:rPr>
        <w:t>ạ</w:t>
      </w:r>
      <w:r w:rsidRPr="00DD455B">
        <w:rPr>
          <w:rFonts w:ascii="Times New Roman" w:hAnsi="Times New Roman" w:cs="Times New Roman"/>
          <w:color w:val="auto"/>
          <w:sz w:val="28"/>
          <w:szCs w:val="28"/>
        </w:rPr>
        <w:t>n và cách th</w:t>
      </w:r>
      <w:r w:rsidRPr="00DD455B">
        <w:rPr>
          <w:rFonts w:ascii="Times New Roman" w:hAnsi="Times New Roman" w:cs="Times New Roman"/>
          <w:color w:val="auto"/>
          <w:sz w:val="28"/>
          <w:szCs w:val="28"/>
        </w:rPr>
        <w:t>ứ</w:t>
      </w:r>
      <w:r w:rsidRPr="00DD455B">
        <w:rPr>
          <w:rFonts w:ascii="Times New Roman" w:hAnsi="Times New Roman" w:cs="Times New Roman"/>
          <w:color w:val="auto"/>
          <w:sz w:val="28"/>
          <w:szCs w:val="28"/>
        </w:rPr>
        <w:t>c n</w:t>
      </w:r>
      <w:r w:rsidRPr="00DD455B">
        <w:rPr>
          <w:rFonts w:ascii="Times New Roman" w:hAnsi="Times New Roman" w:cs="Times New Roman"/>
          <w:color w:val="auto"/>
          <w:sz w:val="28"/>
          <w:szCs w:val="28"/>
        </w:rPr>
        <w:t>ộ</w:t>
      </w:r>
      <w:r w:rsidRPr="00DD455B">
        <w:rPr>
          <w:rFonts w:ascii="Times New Roman" w:hAnsi="Times New Roman" w:cs="Times New Roman"/>
          <w:color w:val="auto"/>
          <w:sz w:val="28"/>
          <w:szCs w:val="28"/>
        </w:rPr>
        <w:t>p h</w:t>
      </w:r>
      <w:r w:rsidRPr="00DD455B">
        <w:rPr>
          <w:rFonts w:ascii="Times New Roman" w:hAnsi="Times New Roman" w:cs="Times New Roman"/>
          <w:color w:val="auto"/>
          <w:sz w:val="28"/>
          <w:szCs w:val="28"/>
        </w:rPr>
        <w:t>ồ</w:t>
      </w:r>
      <w:r w:rsidRPr="00DD455B">
        <w:rPr>
          <w:rFonts w:ascii="Times New Roman" w:hAnsi="Times New Roman" w:cs="Times New Roman"/>
          <w:color w:val="auto"/>
          <w:sz w:val="28"/>
          <w:szCs w:val="28"/>
        </w:rPr>
        <w:t xml:space="preserve"> sơ:</w:t>
      </w:r>
    </w:p>
    <w:p w:rsidR="000E30B8" w:rsidRPr="00DD455B" w:rsidRDefault="00DD455B" w:rsidP="00DD455B">
      <w:pPr>
        <w:rPr>
          <w:rFonts w:ascii="Times New Roman" w:hAnsi="Times New Roman" w:cs="Times New Roman"/>
          <w:sz w:val="28"/>
          <w:szCs w:val="28"/>
        </w:rPr>
      </w:pPr>
      <w:r w:rsidRPr="00DD455B">
        <w:rPr>
          <w:rFonts w:ascii="Times New Roman" w:hAnsi="Times New Roman" w:cs="Times New Roman"/>
          <w:sz w:val="28"/>
          <w:szCs w:val="28"/>
        </w:rPr>
        <w:t>- Th</w:t>
      </w:r>
      <w:r w:rsidRPr="00DD455B">
        <w:rPr>
          <w:rFonts w:ascii="Times New Roman" w:hAnsi="Times New Roman" w:cs="Times New Roman"/>
          <w:sz w:val="28"/>
          <w:szCs w:val="28"/>
        </w:rPr>
        <w:t>ờ</w:t>
      </w:r>
      <w:r w:rsidRPr="00DD455B">
        <w:rPr>
          <w:rFonts w:ascii="Times New Roman" w:hAnsi="Times New Roman" w:cs="Times New Roman"/>
          <w:sz w:val="28"/>
          <w:szCs w:val="28"/>
        </w:rPr>
        <w:t>i h</w:t>
      </w:r>
      <w:r w:rsidRPr="00DD455B">
        <w:rPr>
          <w:rFonts w:ascii="Times New Roman" w:hAnsi="Times New Roman" w:cs="Times New Roman"/>
          <w:sz w:val="28"/>
          <w:szCs w:val="28"/>
        </w:rPr>
        <w:t>ạ</w:t>
      </w:r>
      <w:r w:rsidRPr="00DD455B">
        <w:rPr>
          <w:rFonts w:ascii="Times New Roman" w:hAnsi="Times New Roman" w:cs="Times New Roman"/>
          <w:sz w:val="28"/>
          <w:szCs w:val="28"/>
        </w:rPr>
        <w:t>n nh</w:t>
      </w:r>
      <w:r w:rsidRPr="00DD455B">
        <w:rPr>
          <w:rFonts w:ascii="Times New Roman" w:hAnsi="Times New Roman" w:cs="Times New Roman"/>
          <w:sz w:val="28"/>
          <w:szCs w:val="28"/>
        </w:rPr>
        <w:t>ậ</w:t>
      </w:r>
      <w:r w:rsidRPr="00DD455B">
        <w:rPr>
          <w:rFonts w:ascii="Times New Roman" w:hAnsi="Times New Roman" w:cs="Times New Roman"/>
          <w:sz w:val="28"/>
          <w:szCs w:val="28"/>
        </w:rPr>
        <w:t>n h</w:t>
      </w:r>
      <w:r w:rsidRPr="00DD455B">
        <w:rPr>
          <w:rFonts w:ascii="Times New Roman" w:hAnsi="Times New Roman" w:cs="Times New Roman"/>
          <w:sz w:val="28"/>
          <w:szCs w:val="28"/>
        </w:rPr>
        <w:t>ồ</w:t>
      </w:r>
      <w:r w:rsidRPr="00DD455B">
        <w:rPr>
          <w:rFonts w:ascii="Times New Roman" w:hAnsi="Times New Roman" w:cs="Times New Roman"/>
          <w:sz w:val="28"/>
          <w:szCs w:val="28"/>
        </w:rPr>
        <w:t xml:space="preserve"> sơ: ……………</w:t>
      </w:r>
      <w:r w:rsidRPr="00DD455B">
        <w:rPr>
          <w:rFonts w:ascii="Times New Roman" w:hAnsi="Times New Roman" w:cs="Times New Roman"/>
          <w:sz w:val="28"/>
          <w:szCs w:val="28"/>
        </w:rPr>
        <w:br/>
        <w:t>- N</w:t>
      </w:r>
      <w:r w:rsidRPr="00DD455B">
        <w:rPr>
          <w:rFonts w:ascii="Times New Roman" w:hAnsi="Times New Roman" w:cs="Times New Roman"/>
          <w:sz w:val="28"/>
          <w:szCs w:val="28"/>
        </w:rPr>
        <w:t>ộ</w:t>
      </w:r>
      <w:r w:rsidRPr="00DD455B">
        <w:rPr>
          <w:rFonts w:ascii="Times New Roman" w:hAnsi="Times New Roman" w:cs="Times New Roman"/>
          <w:sz w:val="28"/>
          <w:szCs w:val="28"/>
        </w:rPr>
        <w:t>p h</w:t>
      </w:r>
      <w:r w:rsidRPr="00DD455B">
        <w:rPr>
          <w:rFonts w:ascii="Times New Roman" w:hAnsi="Times New Roman" w:cs="Times New Roman"/>
          <w:sz w:val="28"/>
          <w:szCs w:val="28"/>
        </w:rPr>
        <w:t>ồ</w:t>
      </w:r>
      <w:r w:rsidRPr="00DD455B">
        <w:rPr>
          <w:rFonts w:ascii="Times New Roman" w:hAnsi="Times New Roman" w:cs="Times New Roman"/>
          <w:sz w:val="28"/>
          <w:szCs w:val="28"/>
        </w:rPr>
        <w:t xml:space="preserve"> sơ tr</w:t>
      </w:r>
      <w:r w:rsidRPr="00DD455B">
        <w:rPr>
          <w:rFonts w:ascii="Times New Roman" w:hAnsi="Times New Roman" w:cs="Times New Roman"/>
          <w:sz w:val="28"/>
          <w:szCs w:val="28"/>
        </w:rPr>
        <w:t>ự</w:t>
      </w:r>
      <w:r w:rsidRPr="00DD455B">
        <w:rPr>
          <w:rFonts w:ascii="Times New Roman" w:hAnsi="Times New Roman" w:cs="Times New Roman"/>
          <w:sz w:val="28"/>
          <w:szCs w:val="28"/>
        </w:rPr>
        <w:t>c ti</w:t>
      </w:r>
      <w:r w:rsidRPr="00DD455B">
        <w:rPr>
          <w:rFonts w:ascii="Times New Roman" w:hAnsi="Times New Roman" w:cs="Times New Roman"/>
          <w:sz w:val="28"/>
          <w:szCs w:val="28"/>
        </w:rPr>
        <w:t>ế</w:t>
      </w:r>
      <w:r w:rsidRPr="00DD455B">
        <w:rPr>
          <w:rFonts w:ascii="Times New Roman" w:hAnsi="Times New Roman" w:cs="Times New Roman"/>
          <w:sz w:val="28"/>
          <w:szCs w:val="28"/>
        </w:rPr>
        <w:t>p t</w:t>
      </w:r>
      <w:r w:rsidRPr="00DD455B">
        <w:rPr>
          <w:rFonts w:ascii="Times New Roman" w:hAnsi="Times New Roman" w:cs="Times New Roman"/>
          <w:sz w:val="28"/>
          <w:szCs w:val="28"/>
        </w:rPr>
        <w:t>ạ</w:t>
      </w:r>
      <w:r w:rsidRPr="00DD455B">
        <w:rPr>
          <w:rFonts w:ascii="Times New Roman" w:hAnsi="Times New Roman" w:cs="Times New Roman"/>
          <w:sz w:val="28"/>
          <w:szCs w:val="28"/>
        </w:rPr>
        <w:t>i: ……………</w:t>
      </w:r>
      <w:r w:rsidRPr="00DD455B">
        <w:rPr>
          <w:rFonts w:ascii="Times New Roman" w:hAnsi="Times New Roman" w:cs="Times New Roman"/>
          <w:sz w:val="28"/>
          <w:szCs w:val="28"/>
        </w:rPr>
        <w:br/>
        <w:t>- Ho</w:t>
      </w:r>
      <w:r w:rsidRPr="00DD455B">
        <w:rPr>
          <w:rFonts w:ascii="Times New Roman" w:hAnsi="Times New Roman" w:cs="Times New Roman"/>
          <w:sz w:val="28"/>
          <w:szCs w:val="28"/>
        </w:rPr>
        <w:t>ặ</w:t>
      </w:r>
      <w:r w:rsidRPr="00DD455B">
        <w:rPr>
          <w:rFonts w:ascii="Times New Roman" w:hAnsi="Times New Roman" w:cs="Times New Roman"/>
          <w:sz w:val="28"/>
          <w:szCs w:val="28"/>
        </w:rPr>
        <w:t>c g</w:t>
      </w:r>
      <w:r w:rsidRPr="00DD455B">
        <w:rPr>
          <w:rFonts w:ascii="Times New Roman" w:hAnsi="Times New Roman" w:cs="Times New Roman"/>
          <w:sz w:val="28"/>
          <w:szCs w:val="28"/>
        </w:rPr>
        <w:t>ử</w:t>
      </w:r>
      <w:r w:rsidRPr="00DD455B">
        <w:rPr>
          <w:rFonts w:ascii="Times New Roman" w:hAnsi="Times New Roman" w:cs="Times New Roman"/>
          <w:sz w:val="28"/>
          <w:szCs w:val="28"/>
        </w:rPr>
        <w:t>i qua email: ……………</w:t>
      </w:r>
      <w:r w:rsidRPr="00DD455B">
        <w:rPr>
          <w:rFonts w:ascii="Times New Roman" w:hAnsi="Times New Roman" w:cs="Times New Roman"/>
          <w:sz w:val="28"/>
          <w:szCs w:val="28"/>
        </w:rPr>
        <w:br/>
        <w:t>- Đi</w:t>
      </w:r>
      <w:r w:rsidRPr="00DD455B">
        <w:rPr>
          <w:rFonts w:ascii="Times New Roman" w:hAnsi="Times New Roman" w:cs="Times New Roman"/>
          <w:sz w:val="28"/>
          <w:szCs w:val="28"/>
        </w:rPr>
        <w:t>ệ</w:t>
      </w:r>
      <w:r w:rsidRPr="00DD455B">
        <w:rPr>
          <w:rFonts w:ascii="Times New Roman" w:hAnsi="Times New Roman" w:cs="Times New Roman"/>
          <w:sz w:val="28"/>
          <w:szCs w:val="28"/>
        </w:rPr>
        <w:t>n tho</w:t>
      </w:r>
      <w:r w:rsidRPr="00DD455B">
        <w:rPr>
          <w:rFonts w:ascii="Times New Roman" w:hAnsi="Times New Roman" w:cs="Times New Roman"/>
          <w:sz w:val="28"/>
          <w:szCs w:val="28"/>
        </w:rPr>
        <w:t>ạ</w:t>
      </w:r>
      <w:r w:rsidRPr="00DD455B">
        <w:rPr>
          <w:rFonts w:ascii="Times New Roman" w:hAnsi="Times New Roman" w:cs="Times New Roman"/>
          <w:sz w:val="28"/>
          <w:szCs w:val="28"/>
        </w:rPr>
        <w:t>i liên h</w:t>
      </w:r>
      <w:r w:rsidRPr="00DD455B">
        <w:rPr>
          <w:rFonts w:ascii="Times New Roman" w:hAnsi="Times New Roman" w:cs="Times New Roman"/>
          <w:sz w:val="28"/>
          <w:szCs w:val="28"/>
        </w:rPr>
        <w:t>ệ</w:t>
      </w:r>
      <w:r w:rsidRPr="00DD455B">
        <w:rPr>
          <w:rFonts w:ascii="Times New Roman" w:hAnsi="Times New Roman" w:cs="Times New Roman"/>
          <w:sz w:val="28"/>
          <w:szCs w:val="28"/>
        </w:rPr>
        <w:t>: ……………</w:t>
      </w:r>
    </w:p>
    <w:p w:rsidR="000E30B8" w:rsidRPr="00DD455B" w:rsidRDefault="00DD455B" w:rsidP="00DD455B">
      <w:pPr>
        <w:rPr>
          <w:rFonts w:ascii="Times New Roman" w:hAnsi="Times New Roman" w:cs="Times New Roman"/>
          <w:sz w:val="28"/>
          <w:szCs w:val="28"/>
        </w:rPr>
      </w:pPr>
      <w:r w:rsidRPr="00DD455B">
        <w:rPr>
          <w:rFonts w:ascii="Times New Roman" w:hAnsi="Times New Roman" w:cs="Times New Roman"/>
          <w:sz w:val="28"/>
          <w:szCs w:val="28"/>
        </w:rPr>
        <w:br/>
        <w:t>Trân tr</w:t>
      </w:r>
      <w:r w:rsidRPr="00DD455B">
        <w:rPr>
          <w:rFonts w:ascii="Times New Roman" w:hAnsi="Times New Roman" w:cs="Times New Roman"/>
          <w:sz w:val="28"/>
          <w:szCs w:val="28"/>
        </w:rPr>
        <w:t>ọ</w:t>
      </w:r>
      <w:r w:rsidRPr="00DD455B">
        <w:rPr>
          <w:rFonts w:ascii="Times New Roman" w:hAnsi="Times New Roman" w:cs="Times New Roman"/>
          <w:sz w:val="28"/>
          <w:szCs w:val="28"/>
        </w:rPr>
        <w:t>ng thông báo!</w:t>
      </w:r>
      <w:r w:rsidRPr="00DD455B">
        <w:rPr>
          <w:rFonts w:ascii="Times New Roman" w:hAnsi="Times New Roman" w:cs="Times New Roman"/>
          <w:sz w:val="28"/>
          <w:szCs w:val="28"/>
        </w:rPr>
        <w:br/>
      </w:r>
      <w:r w:rsidRPr="00DD455B">
        <w:rPr>
          <w:rFonts w:ascii="Times New Roman" w:hAnsi="Times New Roman" w:cs="Times New Roman"/>
          <w:sz w:val="28"/>
          <w:szCs w:val="28"/>
        </w:rPr>
        <w:br/>
      </w:r>
      <w:r w:rsidRPr="00DD455B">
        <w:rPr>
          <w:rFonts w:ascii="Times New Roman" w:hAnsi="Times New Roman" w:cs="Times New Roman"/>
          <w:sz w:val="28"/>
          <w:szCs w:val="28"/>
        </w:rPr>
        <w:t>(Ký tên, đóng d</w:t>
      </w:r>
      <w:r w:rsidRPr="00DD455B">
        <w:rPr>
          <w:rFonts w:ascii="Times New Roman" w:hAnsi="Times New Roman" w:cs="Times New Roman"/>
          <w:sz w:val="28"/>
          <w:szCs w:val="28"/>
        </w:rPr>
        <w:t>ấ</w:t>
      </w:r>
      <w:r w:rsidRPr="00DD455B">
        <w:rPr>
          <w:rFonts w:ascii="Times New Roman" w:hAnsi="Times New Roman" w:cs="Times New Roman"/>
          <w:sz w:val="28"/>
          <w:szCs w:val="28"/>
        </w:rPr>
        <w:t>u công ty)</w:t>
      </w:r>
    </w:p>
    <w:sectPr w:rsidR="000E30B8" w:rsidRPr="00DD455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E30B8"/>
    <w:rsid w:val="0015074B"/>
    <w:rsid w:val="0029639D"/>
    <w:rsid w:val="00326F90"/>
    <w:rsid w:val="00AA1D8D"/>
    <w:rsid w:val="00B47730"/>
    <w:rsid w:val="00CB0664"/>
    <w:rsid w:val="00DD455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48E23D74-E071-4B61-BE63-DA03158CE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C0FCF9E-F49C-454E-9CC1-F34E49372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203</Words>
  <Characters>1160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</vt:i4>
      </vt:variant>
    </vt:vector>
  </HeadingPairs>
  <TitlesOfParts>
    <vt:vector size="8" baseType="lpstr">
      <vt:lpstr/>
      <vt:lpstr/>
      <vt:lpstr>    THÔNG BÁO TUYỂN DỤNG</vt:lpstr>
      <vt:lpstr>        1. Mô tả công việc:</vt:lpstr>
      <vt:lpstr>        2. Yêu cầu:</vt:lpstr>
      <vt:lpstr>        3. Quyền lợi:</vt:lpstr>
      <vt:lpstr>        4. Hồ sơ dự tuyển gồm:</vt:lpstr>
      <vt:lpstr>        5. Thời hạn và cách thức nộp hồ sơ:</vt:lpstr>
    </vt:vector>
  </TitlesOfParts>
  <Manager/>
  <Company/>
  <LinksUpToDate>false</LinksUpToDate>
  <CharactersWithSpaces>1361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2025-09-15T01:59:00Z</dcterms:created>
  <dcterms:modified xsi:type="dcterms:W3CDTF">2025-09-15T01:59:00Z</dcterms:modified>
  <cp:category/>
</cp:coreProperties>
</file>