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188"/>
      </w:tblGrid>
      <w:tr w:rsidR="00810354" w:rsidRPr="00810354" w:rsidTr="00810354">
        <w:tc>
          <w:tcPr>
            <w:tcW w:w="1668" w:type="dxa"/>
          </w:tcPr>
          <w:p w:rsidR="00810354" w:rsidRPr="00810354" w:rsidRDefault="00810354" w:rsidP="00810354">
            <w:pPr>
              <w:pStyle w:val="Heading1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810354">
              <w:rPr>
                <w:rFonts w:ascii="Times New Roman" w:hAnsi="Times New Roman" w:cs="Times New Roman"/>
                <w:color w:val="000000" w:themeColor="text1"/>
              </w:rPr>
              <w:t>BỘ GIÁO DỤC VÀ ĐÀO TẠO</w:t>
            </w:r>
          </w:p>
          <w:p w:rsidR="00810354" w:rsidRPr="00810354" w:rsidRDefault="00810354" w:rsidP="008103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354">
              <w:rPr>
                <w:rFonts w:ascii="Times New Roman" w:hAnsi="Times New Roman" w:cs="Times New Roman"/>
                <w:b/>
                <w:sz w:val="28"/>
                <w:szCs w:val="28"/>
              </w:rPr>
              <w:t>………….</w:t>
            </w:r>
          </w:p>
        </w:tc>
        <w:tc>
          <w:tcPr>
            <w:tcW w:w="7188" w:type="dxa"/>
          </w:tcPr>
          <w:p w:rsidR="00810354" w:rsidRPr="00810354" w:rsidRDefault="00810354" w:rsidP="00810354">
            <w:pPr>
              <w:pStyle w:val="Heading1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810354">
              <w:rPr>
                <w:rFonts w:ascii="Times New Roman" w:hAnsi="Times New Roman" w:cs="Times New Roman"/>
                <w:color w:val="000000" w:themeColor="text1"/>
              </w:rPr>
              <w:t>CỘNG HÒA XÃ HỘI CHỦ NGHĨA VIỆT NAM</w:t>
            </w:r>
          </w:p>
          <w:p w:rsidR="00810354" w:rsidRPr="00810354" w:rsidRDefault="00810354" w:rsidP="008103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0354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1849C1" w:rsidRPr="00810354" w:rsidRDefault="00810354" w:rsidP="00810354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10354">
        <w:rPr>
          <w:rFonts w:ascii="Times New Roman" w:hAnsi="Times New Roman" w:cs="Times New Roman"/>
          <w:color w:val="000000" w:themeColor="text1"/>
        </w:rPr>
        <w:t>THÔNG BÁO V</w:t>
      </w:r>
      <w:r w:rsidRPr="00810354">
        <w:rPr>
          <w:rFonts w:ascii="Times New Roman" w:hAnsi="Times New Roman" w:cs="Times New Roman"/>
          <w:color w:val="000000" w:themeColor="text1"/>
        </w:rPr>
        <w:t>Ề</w:t>
      </w:r>
      <w:r w:rsidRPr="00810354">
        <w:rPr>
          <w:rFonts w:ascii="Times New Roman" w:hAnsi="Times New Roman" w:cs="Times New Roman"/>
          <w:color w:val="000000" w:themeColor="text1"/>
        </w:rPr>
        <w:t xml:space="preserve"> CHÍNH SÁCH H</w:t>
      </w:r>
      <w:r w:rsidRPr="00810354">
        <w:rPr>
          <w:rFonts w:ascii="Times New Roman" w:hAnsi="Times New Roman" w:cs="Times New Roman"/>
          <w:color w:val="000000" w:themeColor="text1"/>
        </w:rPr>
        <w:t>Ọ</w:t>
      </w:r>
      <w:r w:rsidRPr="00810354">
        <w:rPr>
          <w:rFonts w:ascii="Times New Roman" w:hAnsi="Times New Roman" w:cs="Times New Roman"/>
          <w:color w:val="000000" w:themeColor="text1"/>
        </w:rPr>
        <w:t>C B</w:t>
      </w:r>
      <w:r w:rsidRPr="00810354">
        <w:rPr>
          <w:rFonts w:ascii="Times New Roman" w:hAnsi="Times New Roman" w:cs="Times New Roman"/>
          <w:color w:val="000000" w:themeColor="text1"/>
        </w:rPr>
        <w:t>Ổ</w:t>
      </w:r>
      <w:r w:rsidRPr="00810354">
        <w:rPr>
          <w:rFonts w:ascii="Times New Roman" w:hAnsi="Times New Roman" w:cs="Times New Roman"/>
          <w:color w:val="000000" w:themeColor="text1"/>
        </w:rPr>
        <w:t>NG, H</w:t>
      </w:r>
      <w:r w:rsidRPr="00810354">
        <w:rPr>
          <w:rFonts w:ascii="Times New Roman" w:hAnsi="Times New Roman" w:cs="Times New Roman"/>
          <w:color w:val="000000" w:themeColor="text1"/>
        </w:rPr>
        <w:t>Ỗ</w:t>
      </w:r>
      <w:r w:rsidRPr="00810354">
        <w:rPr>
          <w:rFonts w:ascii="Times New Roman" w:hAnsi="Times New Roman" w:cs="Times New Roman"/>
          <w:color w:val="000000" w:themeColor="text1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</w:rPr>
        <w:t>Ợ</w:t>
      </w:r>
      <w:r w:rsidRPr="00810354">
        <w:rPr>
          <w:rFonts w:ascii="Times New Roman" w:hAnsi="Times New Roman" w:cs="Times New Roman"/>
          <w:color w:val="000000" w:themeColor="text1"/>
        </w:rPr>
        <w:t xml:space="preserve"> VÀ MI</w:t>
      </w:r>
      <w:r w:rsidRPr="00810354">
        <w:rPr>
          <w:rFonts w:ascii="Times New Roman" w:hAnsi="Times New Roman" w:cs="Times New Roman"/>
          <w:color w:val="000000" w:themeColor="text1"/>
        </w:rPr>
        <w:t>Ễ</w:t>
      </w:r>
      <w:r w:rsidRPr="00810354">
        <w:rPr>
          <w:rFonts w:ascii="Times New Roman" w:hAnsi="Times New Roman" w:cs="Times New Roman"/>
          <w:color w:val="000000" w:themeColor="text1"/>
        </w:rPr>
        <w:t>N GI</w:t>
      </w:r>
      <w:r w:rsidRPr="00810354">
        <w:rPr>
          <w:rFonts w:ascii="Times New Roman" w:hAnsi="Times New Roman" w:cs="Times New Roman"/>
          <w:color w:val="000000" w:themeColor="text1"/>
        </w:rPr>
        <w:t>Ả</w:t>
      </w:r>
      <w:r w:rsidRPr="00810354">
        <w:rPr>
          <w:rFonts w:ascii="Times New Roman" w:hAnsi="Times New Roman" w:cs="Times New Roman"/>
          <w:color w:val="000000" w:themeColor="text1"/>
        </w:rPr>
        <w:t>M H</w:t>
      </w:r>
      <w:r w:rsidRPr="00810354">
        <w:rPr>
          <w:rFonts w:ascii="Times New Roman" w:hAnsi="Times New Roman" w:cs="Times New Roman"/>
          <w:color w:val="000000" w:themeColor="text1"/>
        </w:rPr>
        <w:t>Ọ</w:t>
      </w:r>
      <w:r w:rsidRPr="00810354">
        <w:rPr>
          <w:rFonts w:ascii="Times New Roman" w:hAnsi="Times New Roman" w:cs="Times New Roman"/>
          <w:color w:val="000000" w:themeColor="text1"/>
        </w:rPr>
        <w:t>C PHÍ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i: Quý ph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huynh và sinh viên,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khuy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khích tinh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p,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sinh viên có hoàn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 khó khăn,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[Tên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ng] trân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thông báo chính sách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ng,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mi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phí trong năm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[2025 – 2026] như sau: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️</w:t>
      </w:r>
      <w:r w:rsidRPr="00810354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khuy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khích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ng: Sinh viên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thành tích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 và rèn luy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xu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s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trong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/năm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ng: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[x%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y%]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phí, ho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[s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], 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tùy theo k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qu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đăng ký: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đi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m,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y xác nh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thành tích (n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u có).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️</w:t>
      </w:r>
      <w:r w:rsidRPr="00810354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sinh viên có hoàn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 khó khăn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ng: Sinh viên thu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nghèo,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nghèo, ho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có hoàn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bi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khó khăn.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: Xem xét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ph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phí, chi phí sinh ho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t, tài li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u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đăng ký: Đơn xin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,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y xác nh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hoàn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 khó khăn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a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a phương ho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c cơ qU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an có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quy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️</w:t>
      </w:r>
      <w:r w:rsidRPr="00810354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n,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phí theo quy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 Nhà nư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ng: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+ Con thương binh, li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sĩ.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+ Sin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h viên khuy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+ Sinh viên thu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di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chính sách xã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khác theo quy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mi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n,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m: Theo quy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nh hi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hành c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a Chính ph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đăng ký: Đơn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phí, kèm gi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y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minh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️</w:t>
      </w:r>
      <w:r w:rsidRPr="00810354">
        <w:rPr>
          <w:rFonts w:ascii="MS Gothic" w:eastAsia="MS Gothic" w:hAnsi="MS Gothic" w:cs="MS Gothic"/>
          <w:color w:val="000000" w:themeColor="text1"/>
          <w:sz w:val="28"/>
          <w:szCs w:val="28"/>
        </w:rPr>
        <w:t>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gian và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n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gian: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[..../..../2025]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ngày [..../..../2025].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m: Phòng Công tác Sinh viên/Phòng Tài chính – K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toán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[Tên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ng].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Segoe UI Symbol" w:hAnsi="Segoe UI Symbol" w:cs="Segoe UI Symbol"/>
          <w:color w:val="000000" w:themeColor="text1"/>
          <w:sz w:val="28"/>
          <w:szCs w:val="28"/>
        </w:rPr>
        <w:t>📌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Lưu ý: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Sinh viên n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sơ đúng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xét duy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trong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u tiên.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Các chính sách đư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xét công khai, minh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ch,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o đúng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 th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m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vui lòng liên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: [s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i/email b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Segoe UI Symbol" w:hAnsi="Segoe UI Symbol" w:cs="Segoe UI Symbol"/>
          <w:color w:val="000000" w:themeColor="text1"/>
          <w:sz w:val="28"/>
          <w:szCs w:val="28"/>
        </w:rPr>
        <w:t>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[Tên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ng] mong 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các chính sách trên s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góp ph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hành,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sinh viên trong quá trình h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p và rèn luy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  <w:bookmarkStart w:id="0" w:name="_GoBack"/>
      <w:bookmarkEnd w:id="0"/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 thông báo!</w:t>
      </w:r>
    </w:p>
    <w:p w:rsidR="001849C1" w:rsidRPr="00810354" w:rsidRDefault="008103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0354">
        <w:rPr>
          <w:rFonts w:ascii="Segoe UI Symbol" w:hAnsi="Segoe UI Symbol" w:cs="Segoe UI Symbol"/>
          <w:color w:val="000000" w:themeColor="text1"/>
          <w:sz w:val="28"/>
          <w:szCs w:val="28"/>
        </w:rPr>
        <w:t>👉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[Tên trư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10354">
        <w:rPr>
          <w:rFonts w:ascii="Times New Roman" w:hAnsi="Times New Roman" w:cs="Times New Roman"/>
          <w:color w:val="000000" w:themeColor="text1"/>
          <w:sz w:val="28"/>
          <w:szCs w:val="28"/>
        </w:rPr>
        <w:t>ng]</w:t>
      </w:r>
    </w:p>
    <w:sectPr w:rsidR="001849C1" w:rsidRPr="0081035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49C1"/>
    <w:rsid w:val="0029639D"/>
    <w:rsid w:val="00326F90"/>
    <w:rsid w:val="0081035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1690F99-F13B-4037-840C-504B3BD5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1D6F1C-D518-4604-BA3E-E03538E04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THÔNG BÁO VỀ CHÍNH SÁCH HỌC BỔNG, HỖ TRỢ VÀ MIỄN GIẢM HỌC PHÍ</vt:lpstr>
    </vt:vector>
  </TitlesOfParts>
  <Manager/>
  <Company/>
  <LinksUpToDate>false</LinksUpToDate>
  <CharactersWithSpaces>1905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2025-08-30T15:10:00Z</dcterms:created>
  <dcterms:modified xsi:type="dcterms:W3CDTF">2025-08-30T15:10:00Z</dcterms:modified>
  <cp:category/>
</cp:coreProperties>
</file>