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7758" w:rsidRPr="009E59E5" w:rsidRDefault="009E59E5">
      <w:pPr>
        <w:pStyle w:val="Heading1"/>
        <w:jc w:val="center"/>
        <w:rPr>
          <w:rFonts w:ascii="Times New Roman" w:hAnsi="Times New Roman" w:cs="Times New Roman"/>
          <w:color w:val="000000" w:themeColor="text1"/>
        </w:rPr>
      </w:pPr>
      <w:r w:rsidRPr="009E59E5">
        <w:rPr>
          <w:rFonts w:ascii="Times New Roman" w:hAnsi="Times New Roman" w:cs="Times New Roman"/>
          <w:color w:val="000000" w:themeColor="text1"/>
        </w:rPr>
        <w:t>C</w:t>
      </w:r>
      <w:r w:rsidRPr="009E59E5">
        <w:rPr>
          <w:rFonts w:ascii="Times New Roman" w:hAnsi="Times New Roman" w:cs="Times New Roman"/>
          <w:color w:val="000000" w:themeColor="text1"/>
        </w:rPr>
        <w:t>Ộ</w:t>
      </w:r>
      <w:r w:rsidRPr="009E59E5">
        <w:rPr>
          <w:rFonts w:ascii="Times New Roman" w:hAnsi="Times New Roman" w:cs="Times New Roman"/>
          <w:color w:val="000000" w:themeColor="text1"/>
        </w:rPr>
        <w:t>NG HÒA XÃ H</w:t>
      </w:r>
      <w:r w:rsidRPr="009E59E5">
        <w:rPr>
          <w:rFonts w:ascii="Times New Roman" w:hAnsi="Times New Roman" w:cs="Times New Roman"/>
          <w:color w:val="000000" w:themeColor="text1"/>
        </w:rPr>
        <w:t>Ộ</w:t>
      </w:r>
      <w:r w:rsidRPr="009E59E5">
        <w:rPr>
          <w:rFonts w:ascii="Times New Roman" w:hAnsi="Times New Roman" w:cs="Times New Roman"/>
          <w:color w:val="000000" w:themeColor="text1"/>
        </w:rPr>
        <w:t>I CH</w:t>
      </w:r>
      <w:r w:rsidRPr="009E59E5">
        <w:rPr>
          <w:rFonts w:ascii="Times New Roman" w:hAnsi="Times New Roman" w:cs="Times New Roman"/>
          <w:color w:val="000000" w:themeColor="text1"/>
        </w:rPr>
        <w:t>Ủ</w:t>
      </w:r>
      <w:r w:rsidRPr="009E59E5">
        <w:rPr>
          <w:rFonts w:ascii="Times New Roman" w:hAnsi="Times New Roman" w:cs="Times New Roman"/>
          <w:color w:val="000000" w:themeColor="text1"/>
        </w:rPr>
        <w:t xml:space="preserve"> NGHĨA VI</w:t>
      </w:r>
      <w:r w:rsidRPr="009E59E5">
        <w:rPr>
          <w:rFonts w:ascii="Times New Roman" w:hAnsi="Times New Roman" w:cs="Times New Roman"/>
          <w:color w:val="000000" w:themeColor="text1"/>
        </w:rPr>
        <w:t>Ệ</w:t>
      </w:r>
      <w:r w:rsidRPr="009E59E5">
        <w:rPr>
          <w:rFonts w:ascii="Times New Roman" w:hAnsi="Times New Roman" w:cs="Times New Roman"/>
          <w:color w:val="000000" w:themeColor="text1"/>
        </w:rPr>
        <w:t>T NAM</w:t>
      </w:r>
    </w:p>
    <w:p w:rsidR="00C57758" w:rsidRPr="009E59E5" w:rsidRDefault="009E59E5">
      <w:pPr>
        <w:pStyle w:val="Heading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Đ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c l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p - T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do - H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nh phúc</w:t>
      </w:r>
    </w:p>
    <w:p w:rsidR="00C57758" w:rsidRPr="009E59E5" w:rsidRDefault="009E59E5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-------------------------</w:t>
      </w:r>
    </w:p>
    <w:p w:rsidR="00C57758" w:rsidRPr="009E59E5" w:rsidRDefault="009E59E5">
      <w:pPr>
        <w:pStyle w:val="Heading1"/>
        <w:jc w:val="center"/>
        <w:rPr>
          <w:rFonts w:ascii="Times New Roman" w:hAnsi="Times New Roman" w:cs="Times New Roman"/>
          <w:color w:val="000000" w:themeColor="text1"/>
        </w:rPr>
      </w:pPr>
      <w:r w:rsidRPr="009E59E5">
        <w:rPr>
          <w:rFonts w:ascii="Times New Roman" w:hAnsi="Times New Roman" w:cs="Times New Roman"/>
          <w:color w:val="000000" w:themeColor="text1"/>
        </w:rPr>
        <w:t>TH</w:t>
      </w:r>
      <w:r w:rsidRPr="009E59E5">
        <w:rPr>
          <w:rFonts w:ascii="Times New Roman" w:hAnsi="Times New Roman" w:cs="Times New Roman"/>
          <w:color w:val="000000" w:themeColor="text1"/>
        </w:rPr>
        <w:t>Ỏ</w:t>
      </w:r>
      <w:r w:rsidRPr="009E59E5">
        <w:rPr>
          <w:rFonts w:ascii="Times New Roman" w:hAnsi="Times New Roman" w:cs="Times New Roman"/>
          <w:color w:val="000000" w:themeColor="text1"/>
        </w:rPr>
        <w:t>A THU</w:t>
      </w:r>
      <w:r w:rsidRPr="009E59E5">
        <w:rPr>
          <w:rFonts w:ascii="Times New Roman" w:hAnsi="Times New Roman" w:cs="Times New Roman"/>
          <w:color w:val="000000" w:themeColor="text1"/>
        </w:rPr>
        <w:t>Ậ</w:t>
      </w:r>
      <w:r w:rsidRPr="009E59E5">
        <w:rPr>
          <w:rFonts w:ascii="Times New Roman" w:hAnsi="Times New Roman" w:cs="Times New Roman"/>
          <w:color w:val="000000" w:themeColor="text1"/>
        </w:rPr>
        <w:t>N LÀM THÊM GI</w:t>
      </w:r>
      <w:r w:rsidRPr="009E59E5">
        <w:rPr>
          <w:rFonts w:ascii="Times New Roman" w:hAnsi="Times New Roman" w:cs="Times New Roman"/>
          <w:color w:val="000000" w:themeColor="text1"/>
        </w:rPr>
        <w:t>Ờ</w:t>
      </w:r>
      <w:r w:rsidRPr="009E59E5">
        <w:rPr>
          <w:rFonts w:ascii="Times New Roman" w:hAnsi="Times New Roman" w:cs="Times New Roman"/>
          <w:color w:val="000000" w:themeColor="text1"/>
        </w:rPr>
        <w:t xml:space="preserve"> VÀO NGÀY L</w:t>
      </w:r>
      <w:r w:rsidRPr="009E59E5">
        <w:rPr>
          <w:rFonts w:ascii="Times New Roman" w:hAnsi="Times New Roman" w:cs="Times New Roman"/>
          <w:color w:val="000000" w:themeColor="text1"/>
        </w:rPr>
        <w:t>Ễ 02/</w:t>
      </w:r>
      <w:r w:rsidRPr="009E59E5">
        <w:rPr>
          <w:rFonts w:ascii="Times New Roman" w:hAnsi="Times New Roman" w:cs="Times New Roman"/>
          <w:color w:val="000000" w:themeColor="text1"/>
        </w:rPr>
        <w:t>9</w:t>
      </w:r>
    </w:p>
    <w:p w:rsidR="00C57758" w:rsidRPr="009E59E5" w:rsidRDefault="009E59E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Hôm nay, ngày …… tháng …… năm …… t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i ………………………., chúng tôi g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m có:</w:t>
      </w:r>
    </w:p>
    <w:p w:rsidR="00C57758" w:rsidRPr="009E59E5" w:rsidRDefault="009E59E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1. Đ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i di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n ngư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i s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ử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ng lao đ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ng (NSDLĐ):</w:t>
      </w:r>
    </w:p>
    <w:p w:rsidR="00C57758" w:rsidRPr="009E59E5" w:rsidRDefault="009E59E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Tên doanh 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nghi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p: …………………………………………………………………………</w:t>
      </w:r>
    </w:p>
    <w:p w:rsidR="00C57758" w:rsidRPr="009E59E5" w:rsidRDefault="009E59E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- Đ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a ch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ỉ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: …………………………………………………………………………</w:t>
      </w:r>
    </w:p>
    <w:p w:rsidR="00C57758" w:rsidRPr="009E59E5" w:rsidRDefault="009E59E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- Ngư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i đ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i di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n: ………………………………  Ch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c v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: ………………………</w:t>
      </w:r>
    </w:p>
    <w:p w:rsidR="00C57758" w:rsidRPr="009E59E5" w:rsidRDefault="009E59E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2. Ngư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i lao đ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ng (NLĐ):</w:t>
      </w:r>
    </w:p>
    <w:p w:rsidR="00C57758" w:rsidRPr="009E59E5" w:rsidRDefault="009E59E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- H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và tên: …………………………………………………………………………</w:t>
      </w:r>
    </w:p>
    <w:p w:rsidR="00C57758" w:rsidRPr="009E59E5" w:rsidRDefault="009E59E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- Ch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c danh công vi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c: …………………………………………………………………………</w:t>
      </w:r>
    </w:p>
    <w:p w:rsidR="00C57758" w:rsidRPr="009E59E5" w:rsidRDefault="009E59E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- B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ph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n: ……………………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……………………………………………………</w:t>
      </w:r>
    </w:p>
    <w:p w:rsidR="00C57758" w:rsidRPr="009E59E5" w:rsidRDefault="009E59E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Hai bên cùng th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ỏ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a thu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n v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vi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c làm thêm gi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vào ngày l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ễ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Qu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 khánh 02/9 </w:t>
      </w:r>
      <w:bookmarkStart w:id="0" w:name="_GoBack"/>
      <w:bookmarkEnd w:id="0"/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như sau:</w:t>
      </w:r>
    </w:p>
    <w:p w:rsidR="00C57758" w:rsidRPr="009E59E5" w:rsidRDefault="009E59E5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Đi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u 1. Th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i gian làm thêm gi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</w:p>
    <w:p w:rsidR="00C57758" w:rsidRPr="009E59E5" w:rsidRDefault="009E59E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- NLĐ đ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ng ý làm thêm vào ngày 02/9/……</w:t>
      </w:r>
    </w:p>
    <w:p w:rsidR="00C57758" w:rsidRPr="009E59E5" w:rsidRDefault="009E59E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- Th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i gian: t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ừ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…… gi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…… đ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n …… gi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……</w:t>
      </w:r>
    </w:p>
    <w:p w:rsidR="00C57758" w:rsidRPr="009E59E5" w:rsidRDefault="009E59E5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Đi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u 2. Công vi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c th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c hi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n</w:t>
      </w:r>
    </w:p>
    <w:p w:rsidR="00C57758" w:rsidRPr="009E59E5" w:rsidRDefault="009E59E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- Công vi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c c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th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: …………………………………………………………………………</w:t>
      </w:r>
    </w:p>
    <w:p w:rsidR="00C57758" w:rsidRPr="009E59E5" w:rsidRDefault="009E59E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- Đ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a đi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m làm vi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c: …………………………………………………………………………</w:t>
      </w:r>
    </w:p>
    <w:p w:rsidR="00C57758" w:rsidRPr="009E59E5" w:rsidRDefault="009E59E5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Đi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u 3. Ti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n lương làm thêm gi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</w:p>
    <w:p w:rsidR="00C57758" w:rsidRPr="009E59E5" w:rsidRDefault="009E59E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- M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c lương làm thêm vào ngày l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ễ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đư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c tính theo quy đ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nh t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i Đi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u 98 B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lu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t Lao đ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ng 2019, c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th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: ít nh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t b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ằ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ng 300% ti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n lương theo đơn giá ti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n lươ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ng ho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ặ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c ti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n lương theo công vi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c đang làm, chưa k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ti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n lương ngày l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ễ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, t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t, ngày ngh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ỉ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có hư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ở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ng lương.</w:t>
      </w:r>
    </w:p>
    <w:p w:rsidR="00C57758" w:rsidRPr="009E59E5" w:rsidRDefault="009E59E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- Cách th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c tr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lương: …………………………………………………………………………</w:t>
      </w:r>
    </w:p>
    <w:p w:rsidR="00C57758" w:rsidRPr="009E59E5" w:rsidRDefault="009E59E5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Đi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u 4. Quy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n và nghĩa v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a các bên</w:t>
      </w:r>
    </w:p>
    <w:p w:rsidR="00C57758" w:rsidRPr="009E59E5" w:rsidRDefault="009E59E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- NLĐ có trách nhi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m hoàn thành công vi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c đư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c giao trong th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i gian 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làm thêm gi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57758" w:rsidRPr="009E59E5" w:rsidRDefault="009E59E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- NSDLĐ đ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m b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o các ch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an toàn lao đ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ng, s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c kh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ỏ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e và tr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lương đúng th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ỏ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a thu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n.</w:t>
      </w:r>
    </w:p>
    <w:p w:rsidR="00C57758" w:rsidRPr="009E59E5" w:rsidRDefault="009E59E5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Đi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u 5. Hi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u l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c th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ỏ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a thu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n</w:t>
      </w:r>
    </w:p>
    <w:p w:rsidR="00C57758" w:rsidRPr="009E59E5" w:rsidRDefault="009E59E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- Th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ỏ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a thu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n này có hi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u l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c k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ừ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ngày ký.</w:t>
      </w:r>
    </w:p>
    <w:p w:rsidR="00C57758" w:rsidRPr="009E59E5" w:rsidRDefault="009E59E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- Đư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c l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p thành 02 b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n có giá tr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pháp lý như nhau, m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ỗ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i bên gi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ữ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01 b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t>n.</w:t>
      </w:r>
    </w:p>
    <w:p w:rsidR="00C57758" w:rsidRPr="009E59E5" w:rsidRDefault="009E59E5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E59E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E59E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</w:t>
      </w:r>
      <w:r w:rsidRPr="009E59E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Ạ</w:t>
      </w:r>
      <w:r w:rsidRPr="009E59E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I DI</w:t>
      </w:r>
      <w:r w:rsidRPr="009E59E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Ệ</w:t>
      </w:r>
      <w:r w:rsidRPr="009E59E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</w:t>
      </w:r>
      <w:r w:rsidRPr="009E59E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NSDLĐ                         NGƯ</w:t>
      </w:r>
      <w:r w:rsidRPr="009E59E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Ờ</w:t>
      </w:r>
      <w:r w:rsidRPr="009E59E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I LAO Đ</w:t>
      </w:r>
      <w:r w:rsidRPr="009E59E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Ộ</w:t>
      </w:r>
      <w:r w:rsidRPr="009E59E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NG</w:t>
      </w:r>
    </w:p>
    <w:p w:rsidR="00C57758" w:rsidRPr="009E59E5" w:rsidRDefault="009E59E5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E59E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(Ký, ghi rõ h</w:t>
      </w:r>
      <w:r w:rsidRPr="009E59E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ọ</w:t>
      </w:r>
      <w:r w:rsidRPr="009E59E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tên)                      (Ký, ghi rõ h</w:t>
      </w:r>
      <w:r w:rsidRPr="009E59E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ọ</w:t>
      </w:r>
      <w:r w:rsidRPr="009E59E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tên)</w:t>
      </w:r>
    </w:p>
    <w:sectPr w:rsidR="00C57758" w:rsidRPr="009E59E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4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E59E5"/>
    <w:rsid w:val="00AA1D8D"/>
    <w:rsid w:val="00B47730"/>
    <w:rsid w:val="00C57758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210B06B4-C0ED-488B-A82E-F8847BA43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8B3A9DD-0467-4C5C-A4C5-577464979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1417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8</vt:i4>
      </vt:variant>
    </vt:vector>
  </HeadingPairs>
  <TitlesOfParts>
    <vt:vector size="9" baseType="lpstr">
      <vt:lpstr/>
      <vt:lpstr>CỘNG HÒA XÃ HỘI CHỦ NGHĨA VIỆT NAM</vt:lpstr>
      <vt:lpstr>    Độc lập - Tự do - Hạnh phúc</vt:lpstr>
      <vt:lpstr>THỎA THUẬN LÀM THÊM GIỜ VÀO NGÀY LỄ 02/9</vt:lpstr>
      <vt:lpstr>    Điều 1. Thời gian làm thêm giờ</vt:lpstr>
      <vt:lpstr>    Điều 2. Công việc thực hiện</vt:lpstr>
      <vt:lpstr>    Điều 3. Tiền lương làm thêm giờ</vt:lpstr>
      <vt:lpstr>    Điều 4. Quyền và nghĩa vụ của các bên</vt:lpstr>
      <vt:lpstr>    Điều 5. Hiệu lực thỏa thuận</vt:lpstr>
    </vt:vector>
  </TitlesOfParts>
  <Manager/>
  <Company/>
  <LinksUpToDate>false</LinksUpToDate>
  <CharactersWithSpaces>1662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2025-08-25T14:27:00Z</dcterms:created>
  <dcterms:modified xsi:type="dcterms:W3CDTF">2025-08-25T14:27:00Z</dcterms:modified>
  <cp:category/>
</cp:coreProperties>
</file>