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58A" w:rsidRPr="003D2A50" w:rsidRDefault="003D2A5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D2A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CÔNG TY ……………</w:t>
      </w:r>
    </w:p>
    <w:p w:rsidR="0037558A" w:rsidRPr="003D2A50" w:rsidRDefault="003D2A5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D2A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</w:t>
      </w:r>
      <w:r w:rsidRPr="003D2A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ố</w:t>
      </w:r>
      <w:r w:rsidRPr="003D2A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 …/TB-…</w:t>
      </w:r>
    </w:p>
    <w:p w:rsidR="0037558A" w:rsidRPr="003D2A50" w:rsidRDefault="003D2A50" w:rsidP="003D2A50">
      <w:pPr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D2A5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…, ngày … tháng … năm …</w:t>
      </w:r>
    </w:p>
    <w:p w:rsidR="0037558A" w:rsidRPr="003D2A50" w:rsidRDefault="003D2A50" w:rsidP="003D2A5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D2A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THÔNG BÁO</w:t>
      </w:r>
    </w:p>
    <w:p w:rsidR="0037558A" w:rsidRPr="003D2A50" w:rsidRDefault="003D2A50" w:rsidP="003D2A5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D2A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(V/v t</w:t>
      </w:r>
      <w:r w:rsidRPr="003D2A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ặ</w:t>
      </w:r>
      <w:r w:rsidRPr="003D2A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ng quà T</w:t>
      </w:r>
      <w:r w:rsidRPr="003D2A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ế</w:t>
      </w:r>
      <w:r w:rsidRPr="003D2A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 Trung thu cho cán b</w:t>
      </w:r>
      <w:r w:rsidRPr="003D2A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ộ</w:t>
      </w:r>
      <w:r w:rsidRPr="003D2A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nhân viên)</w:t>
      </w:r>
    </w:p>
    <w:p w:rsidR="0037558A" w:rsidRPr="003D2A50" w:rsidRDefault="003D2A5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br/>
        <w:t>Kính g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i: Toàn th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cán b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, nhân viên Công ty …………..</w:t>
      </w:r>
    </w:p>
    <w:p w:rsidR="0037558A" w:rsidRPr="003D2A50" w:rsidRDefault="003D2A5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Nhân d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p T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t Trung thu năm …, Ban Lãnh đ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o Công ty xin g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i đ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 toàn th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cán b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nhân viên 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cùng gia đình l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i chúc s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c kh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e, 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nh phúc và đoàn viên.</w:t>
      </w:r>
    </w:p>
    <w:p w:rsidR="0037558A" w:rsidRPr="003D2A50" w:rsidRDefault="003D2A5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Đ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hi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 s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quan tâm, tri ân đ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 s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đóng góp c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a t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p th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trong th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i gian qua, Công ty s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ẽ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c t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ng quà T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t Trung thu c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như sau:</w:t>
      </w:r>
    </w:p>
    <w:p w:rsidR="0037558A" w:rsidRPr="003D2A50" w:rsidRDefault="003D2A5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- Đ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i tư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ng nh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 quà: Toàn th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cán b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, nhân viên đang làm vi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c t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i Công ty tính đ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 ngày … tháng … năm …</w:t>
      </w:r>
    </w:p>
    <w:p w:rsidR="0037558A" w:rsidRPr="003D2A50" w:rsidRDefault="003D2A5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- Hình th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c quà t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ng: … (ví d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: 01 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p bánh Trung thu/nhân viên ho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c ph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 quà tr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giá … đ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ng)</w:t>
      </w:r>
    </w:p>
    <w:p w:rsidR="0037558A" w:rsidRPr="003D2A50" w:rsidRDefault="003D2A5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- Th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i gian phát quà: T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… đ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 ngày … tháng … năm …</w:t>
      </w:r>
    </w:p>
    <w:p w:rsidR="0037558A" w:rsidRPr="003D2A50" w:rsidRDefault="003D2A5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- Đ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a đi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m nh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 quà: Phòng Hành chính – Nhân s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(ho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c t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i b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 qu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 lý tr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c ti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p).</w:t>
      </w:r>
    </w:p>
    <w:p w:rsidR="0037558A" w:rsidRPr="003D2A50" w:rsidRDefault="003D2A5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Đ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các Trư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ng phòng, Qu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 lý b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 ph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p thông báo và t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o đi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u ki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 đ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nhân viên nh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 quà đ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y đ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, đúng th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i gian quy đ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nh.</w:t>
      </w:r>
    </w:p>
    <w:p w:rsidR="0037558A" w:rsidRPr="003D2A50" w:rsidRDefault="003D2A5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Ban Lãnh đ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o Công ty trân tr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ng c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m ơn nh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ng đóng góp và n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c c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a toàn th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cán b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, nhân viên. C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húc các b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 và gia đình đón m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t mùa Trung thu vui v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ẻ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m áp, h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nh phúc.</w:t>
      </w:r>
    </w:p>
    <w:p w:rsidR="0037558A" w:rsidRPr="003D2A50" w:rsidRDefault="003D2A5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br/>
        <w:t>Trân tr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3D2A50">
        <w:rPr>
          <w:rFonts w:ascii="Times New Roman" w:hAnsi="Times New Roman" w:cs="Times New Roman"/>
          <w:color w:val="000000" w:themeColor="text1"/>
          <w:sz w:val="28"/>
          <w:szCs w:val="28"/>
        </w:rPr>
        <w:t>ng,</w:t>
      </w:r>
      <w:bookmarkStart w:id="0" w:name="_GoBack"/>
      <w:bookmarkEnd w:id="0"/>
    </w:p>
    <w:p w:rsidR="0037558A" w:rsidRPr="003D2A50" w:rsidRDefault="003D2A50" w:rsidP="003D2A50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D2A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br/>
        <w:t>TM. BAN LÃNH Đ</w:t>
      </w:r>
      <w:r w:rsidRPr="003D2A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Ạ</w:t>
      </w:r>
      <w:r w:rsidRPr="003D2A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 CÔNG TY</w:t>
      </w:r>
    </w:p>
    <w:p w:rsidR="0037558A" w:rsidRPr="003D2A50" w:rsidRDefault="003D2A50" w:rsidP="003D2A50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D2A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(Ký, ghi rõ h</w:t>
      </w:r>
      <w:r w:rsidRPr="003D2A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3D2A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tên, đóng d</w:t>
      </w:r>
      <w:r w:rsidRPr="003D2A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ấ</w:t>
      </w:r>
      <w:r w:rsidRPr="003D2A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u)</w:t>
      </w:r>
    </w:p>
    <w:sectPr w:rsidR="0037558A" w:rsidRPr="003D2A5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558A"/>
    <w:rsid w:val="003D2A5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AA14F3B1-600A-4B3E-8DD7-E3BC26FED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B5B707-CDB2-4409-A702-B91DF5181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2025-09-06T07:09:00Z</dcterms:created>
  <dcterms:modified xsi:type="dcterms:W3CDTF">2025-09-06T07:09:00Z</dcterms:modified>
  <cp:category/>
</cp:coreProperties>
</file>